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065" w:type="dxa"/>
        <w:tblLayout w:type="fixed"/>
        <w:tblLook w:val="04A0" w:firstRow="1" w:lastRow="0" w:firstColumn="1" w:lastColumn="0" w:noHBand="0" w:noVBand="1"/>
      </w:tblPr>
      <w:tblGrid>
        <w:gridCol w:w="1660"/>
        <w:gridCol w:w="2990"/>
        <w:gridCol w:w="553"/>
        <w:gridCol w:w="1560"/>
        <w:gridCol w:w="3302"/>
      </w:tblGrid>
      <w:tr w:rsidR="00A435A5" w:rsidRPr="00C174A9" w14:paraId="698E4592" w14:textId="77777777" w:rsidTr="001E704F">
        <w:trPr>
          <w:cantSplit/>
          <w:trHeight w:val="434"/>
        </w:trPr>
        <w:tc>
          <w:tcPr>
            <w:tcW w:w="1660" w:type="dxa"/>
            <w:shd w:val="clear" w:color="auto" w:fill="BFBFBF" w:themeFill="background1" w:themeFillShade="BF"/>
            <w:tcMar>
              <w:top w:w="80" w:type="dxa"/>
              <w:left w:w="100" w:type="dxa"/>
              <w:bottom w:w="80" w:type="dxa"/>
              <w:right w:w="100" w:type="dxa"/>
            </w:tcMar>
            <w:vAlign w:val="center"/>
          </w:tcPr>
          <w:p w14:paraId="369A5145" w14:textId="31DC4E62" w:rsidR="00A435A5" w:rsidRPr="00C174A9" w:rsidRDefault="00A435A5" w:rsidP="00A435A5">
            <w:pPr>
              <w:spacing w:after="0" w:line="228" w:lineRule="auto"/>
              <w:jc w:val="center"/>
              <w:rPr>
                <w:sz w:val="15"/>
                <w:szCs w:val="15"/>
              </w:rPr>
            </w:pPr>
            <w:r w:rsidRPr="00C174A9">
              <w:rPr>
                <w:b/>
                <w:sz w:val="15"/>
                <w:szCs w:val="15"/>
              </w:rPr>
              <w:t>Fecha de corte de la información</w:t>
            </w:r>
          </w:p>
        </w:tc>
        <w:tc>
          <w:tcPr>
            <w:tcW w:w="2990" w:type="dxa"/>
            <w:tcBorders>
              <w:right w:val="single" w:sz="4" w:space="0" w:color="000000"/>
            </w:tcBorders>
            <w:vAlign w:val="center"/>
          </w:tcPr>
          <w:p w14:paraId="24F43C01" w14:textId="6045622C" w:rsidR="00A435A5" w:rsidRPr="00C174A9" w:rsidRDefault="00A435A5" w:rsidP="00A435A5">
            <w:pPr>
              <w:spacing w:after="0" w:line="228" w:lineRule="auto"/>
              <w:rPr>
                <w:sz w:val="15"/>
                <w:szCs w:val="15"/>
              </w:rPr>
            </w:pPr>
            <w:r w:rsidRPr="00C174A9">
              <w:rPr>
                <w:sz w:val="15"/>
                <w:szCs w:val="15"/>
                <w:highlight w:val="yellow"/>
              </w:rPr>
              <w:t>(2)</w:t>
            </w:r>
          </w:p>
        </w:tc>
        <w:tc>
          <w:tcPr>
            <w:tcW w:w="553" w:type="dxa"/>
            <w:tcBorders>
              <w:top w:val="nil"/>
              <w:left w:val="single" w:sz="4" w:space="0" w:color="000000"/>
              <w:bottom w:val="nil"/>
              <w:right w:val="single" w:sz="4" w:space="0" w:color="000000"/>
            </w:tcBorders>
            <w:vAlign w:val="center"/>
          </w:tcPr>
          <w:p w14:paraId="04498CF5" w14:textId="5045E879" w:rsidR="00A435A5" w:rsidRPr="00C174A9" w:rsidRDefault="00A435A5" w:rsidP="00A435A5">
            <w:pPr>
              <w:spacing w:after="0" w:line="228" w:lineRule="auto"/>
              <w:rPr>
                <w:sz w:val="15"/>
                <w:szCs w:val="15"/>
              </w:rPr>
            </w:pPr>
          </w:p>
        </w:tc>
        <w:tc>
          <w:tcPr>
            <w:tcW w:w="1560" w:type="dxa"/>
            <w:tcBorders>
              <w:left w:val="single" w:sz="4" w:space="0" w:color="000000"/>
            </w:tcBorders>
            <w:shd w:val="clear" w:color="auto" w:fill="BFBFBF" w:themeFill="background1" w:themeFillShade="BF"/>
            <w:tcMar>
              <w:top w:w="80" w:type="dxa"/>
              <w:left w:w="100" w:type="dxa"/>
              <w:bottom w:w="80" w:type="dxa"/>
              <w:right w:w="100" w:type="dxa"/>
            </w:tcMar>
            <w:vAlign w:val="center"/>
          </w:tcPr>
          <w:p w14:paraId="592C98BC" w14:textId="6E67197C" w:rsidR="00A435A5" w:rsidRPr="00C174A9" w:rsidRDefault="00A435A5" w:rsidP="00A435A5">
            <w:pPr>
              <w:spacing w:after="0" w:line="228" w:lineRule="auto"/>
              <w:jc w:val="center"/>
              <w:rPr>
                <w:sz w:val="15"/>
                <w:szCs w:val="15"/>
              </w:rPr>
            </w:pPr>
            <w:r w:rsidRPr="00C174A9">
              <w:rPr>
                <w:b/>
                <w:sz w:val="15"/>
                <w:szCs w:val="15"/>
              </w:rPr>
              <w:t>Fecha de suscripción</w:t>
            </w:r>
          </w:p>
        </w:tc>
        <w:tc>
          <w:tcPr>
            <w:tcW w:w="3302" w:type="dxa"/>
            <w:tcMar>
              <w:top w:w="80" w:type="dxa"/>
              <w:left w:w="100" w:type="dxa"/>
              <w:bottom w:w="80" w:type="dxa"/>
              <w:right w:w="100" w:type="dxa"/>
            </w:tcMar>
            <w:vAlign w:val="center"/>
          </w:tcPr>
          <w:p w14:paraId="1EEC47E1" w14:textId="42C50497" w:rsidR="00A435A5" w:rsidRPr="00C174A9" w:rsidRDefault="00A435A5" w:rsidP="00A435A5">
            <w:pPr>
              <w:spacing w:after="0" w:line="228" w:lineRule="auto"/>
              <w:rPr>
                <w:sz w:val="15"/>
                <w:szCs w:val="15"/>
                <w:highlight w:val="yellow"/>
              </w:rPr>
            </w:pPr>
            <w:r w:rsidRPr="00C174A9">
              <w:rPr>
                <w:sz w:val="15"/>
                <w:szCs w:val="15"/>
                <w:highlight w:val="yellow"/>
              </w:rPr>
              <w:t>(2.1)</w:t>
            </w:r>
          </w:p>
        </w:tc>
      </w:tr>
    </w:tbl>
    <w:p w14:paraId="2D8EE089" w14:textId="77777777" w:rsidR="00EF0F62" w:rsidRPr="00C174A9" w:rsidRDefault="00EF0F62" w:rsidP="00F16A53">
      <w:pPr>
        <w:spacing w:after="0" w:line="228" w:lineRule="auto"/>
        <w:rPr>
          <w:sz w:val="15"/>
          <w:szCs w:val="15"/>
        </w:rPr>
      </w:pPr>
    </w:p>
    <w:tbl>
      <w:tblPr>
        <w:tblStyle w:val="Tablaconcuadrcula"/>
        <w:tblW w:w="10023" w:type="dxa"/>
        <w:tblLayout w:type="fixed"/>
        <w:tblLook w:val="04A0" w:firstRow="1" w:lastRow="0" w:firstColumn="1" w:lastColumn="0" w:noHBand="0" w:noVBand="1"/>
      </w:tblPr>
      <w:tblGrid>
        <w:gridCol w:w="1413"/>
        <w:gridCol w:w="913"/>
        <w:gridCol w:w="2913"/>
        <w:gridCol w:w="1949"/>
        <w:gridCol w:w="2835"/>
      </w:tblGrid>
      <w:tr w:rsidR="00205B3B" w:rsidRPr="00C174A9" w14:paraId="636CF6E3" w14:textId="77777777" w:rsidTr="00EE78A1">
        <w:trPr>
          <w:cantSplit/>
          <w:trHeight w:val="232"/>
        </w:trPr>
        <w:tc>
          <w:tcPr>
            <w:tcW w:w="10023" w:type="dxa"/>
            <w:gridSpan w:val="5"/>
            <w:shd w:val="clear" w:color="auto" w:fill="000000" w:themeFill="text1"/>
            <w:tcMar>
              <w:top w:w="80" w:type="dxa"/>
              <w:left w:w="100" w:type="dxa"/>
              <w:bottom w:w="80" w:type="dxa"/>
              <w:right w:w="100" w:type="dxa"/>
            </w:tcMar>
            <w:vAlign w:val="center"/>
          </w:tcPr>
          <w:p w14:paraId="3BF28F37" w14:textId="22FC4571" w:rsidR="00205B3B" w:rsidRPr="00C174A9" w:rsidRDefault="00205B3B" w:rsidP="00F16A53">
            <w:pPr>
              <w:spacing w:after="0" w:line="228" w:lineRule="auto"/>
              <w:rPr>
                <w:sz w:val="15"/>
                <w:szCs w:val="15"/>
              </w:rPr>
            </w:pPr>
            <w:r w:rsidRPr="00C174A9">
              <w:rPr>
                <w:b/>
                <w:color w:val="FFFFFF"/>
                <w:sz w:val="15"/>
                <w:szCs w:val="15"/>
              </w:rPr>
              <w:t>1. Empleo, cargo o comisión objeto de la entrega</w:t>
            </w:r>
          </w:p>
        </w:tc>
      </w:tr>
      <w:tr w:rsidR="00BC7ACB" w:rsidRPr="00C174A9" w14:paraId="501A1DBE" w14:textId="24326989" w:rsidTr="001E704F">
        <w:trPr>
          <w:cantSplit/>
          <w:trHeight w:val="395"/>
        </w:trPr>
        <w:tc>
          <w:tcPr>
            <w:tcW w:w="1413" w:type="dxa"/>
            <w:shd w:val="clear" w:color="auto" w:fill="BFBFBF" w:themeFill="background1" w:themeFillShade="BF"/>
            <w:tcMar>
              <w:top w:w="80" w:type="dxa"/>
              <w:left w:w="100" w:type="dxa"/>
              <w:bottom w:w="80" w:type="dxa"/>
              <w:right w:w="100" w:type="dxa"/>
            </w:tcMar>
            <w:vAlign w:val="center"/>
          </w:tcPr>
          <w:p w14:paraId="67C07C3D" w14:textId="77777777" w:rsidR="00BC7ACB" w:rsidRPr="00C174A9" w:rsidRDefault="00BC7ACB" w:rsidP="00F16A53">
            <w:pPr>
              <w:spacing w:after="0" w:line="228" w:lineRule="auto"/>
              <w:jc w:val="center"/>
              <w:rPr>
                <w:sz w:val="15"/>
                <w:szCs w:val="15"/>
              </w:rPr>
            </w:pPr>
            <w:r w:rsidRPr="00C174A9">
              <w:rPr>
                <w:b/>
                <w:color w:val="1F1F1F"/>
                <w:sz w:val="15"/>
                <w:szCs w:val="15"/>
              </w:rPr>
              <w:t>Denominación</w:t>
            </w:r>
          </w:p>
        </w:tc>
        <w:tc>
          <w:tcPr>
            <w:tcW w:w="3826" w:type="dxa"/>
            <w:gridSpan w:val="2"/>
            <w:tcBorders>
              <w:right w:val="single" w:sz="4" w:space="0" w:color="auto"/>
            </w:tcBorders>
            <w:tcMar>
              <w:top w:w="80" w:type="dxa"/>
              <w:left w:w="100" w:type="dxa"/>
              <w:bottom w:w="80" w:type="dxa"/>
              <w:right w:w="100" w:type="dxa"/>
            </w:tcMar>
            <w:vAlign w:val="center"/>
          </w:tcPr>
          <w:p w14:paraId="5E6B293E" w14:textId="09C1259D" w:rsidR="00BC7ACB" w:rsidRPr="00C174A9" w:rsidRDefault="00BC7ACB" w:rsidP="009E40D6">
            <w:pPr>
              <w:spacing w:after="0" w:line="228" w:lineRule="auto"/>
              <w:jc w:val="both"/>
              <w:rPr>
                <w:sz w:val="15"/>
                <w:szCs w:val="15"/>
                <w:highlight w:val="yellow"/>
              </w:rPr>
            </w:pPr>
            <w:r w:rsidRPr="00C174A9">
              <w:rPr>
                <w:sz w:val="15"/>
                <w:szCs w:val="15"/>
                <w:highlight w:val="yellow"/>
              </w:rPr>
              <w:t>(3)</w:t>
            </w:r>
          </w:p>
        </w:tc>
        <w:tc>
          <w:tcPr>
            <w:tcW w:w="1949" w:type="dxa"/>
            <w:tcBorders>
              <w:left w:val="single" w:sz="4" w:space="0" w:color="auto"/>
            </w:tcBorders>
            <w:shd w:val="clear" w:color="auto" w:fill="BFBFBF" w:themeFill="background1" w:themeFillShade="BF"/>
            <w:vAlign w:val="center"/>
          </w:tcPr>
          <w:p w14:paraId="3BB8777C" w14:textId="0E11D1E3" w:rsidR="00BC7ACB" w:rsidRPr="00C174A9" w:rsidRDefault="00BC7ACB" w:rsidP="00F16A53">
            <w:pPr>
              <w:spacing w:after="0" w:line="228" w:lineRule="auto"/>
              <w:jc w:val="center"/>
              <w:rPr>
                <w:sz w:val="15"/>
                <w:szCs w:val="15"/>
                <w:highlight w:val="yellow"/>
              </w:rPr>
            </w:pPr>
            <w:r w:rsidRPr="00C174A9">
              <w:rPr>
                <w:b/>
                <w:color w:val="1F1F1F"/>
                <w:sz w:val="15"/>
                <w:szCs w:val="15"/>
              </w:rPr>
              <w:t>Unidad de adscripción</w:t>
            </w:r>
          </w:p>
        </w:tc>
        <w:tc>
          <w:tcPr>
            <w:tcW w:w="2835" w:type="dxa"/>
            <w:tcBorders>
              <w:left w:val="single" w:sz="4" w:space="0" w:color="auto"/>
            </w:tcBorders>
            <w:vAlign w:val="center"/>
          </w:tcPr>
          <w:p w14:paraId="3D077F7E" w14:textId="581E0C0C" w:rsidR="00BC7ACB" w:rsidRPr="00C174A9" w:rsidRDefault="00BC7ACB" w:rsidP="009E40D6">
            <w:pPr>
              <w:spacing w:after="0" w:line="228" w:lineRule="auto"/>
              <w:jc w:val="both"/>
              <w:rPr>
                <w:sz w:val="15"/>
                <w:szCs w:val="15"/>
                <w:highlight w:val="yellow"/>
              </w:rPr>
            </w:pPr>
            <w:r w:rsidRPr="00C174A9">
              <w:rPr>
                <w:sz w:val="15"/>
                <w:szCs w:val="15"/>
                <w:highlight w:val="yellow"/>
              </w:rPr>
              <w:t>(</w:t>
            </w:r>
            <w:r w:rsidR="0099243A" w:rsidRPr="00C174A9">
              <w:rPr>
                <w:sz w:val="15"/>
                <w:szCs w:val="15"/>
                <w:highlight w:val="yellow"/>
              </w:rPr>
              <w:t>7</w:t>
            </w:r>
            <w:r w:rsidRPr="00C174A9">
              <w:rPr>
                <w:sz w:val="15"/>
                <w:szCs w:val="15"/>
                <w:highlight w:val="yellow"/>
              </w:rPr>
              <w:t>)</w:t>
            </w:r>
          </w:p>
        </w:tc>
      </w:tr>
      <w:tr w:rsidR="00BC7ACB" w:rsidRPr="00C174A9" w14:paraId="6556AC57" w14:textId="6575B6FE" w:rsidTr="001E704F">
        <w:trPr>
          <w:cantSplit/>
          <w:trHeight w:val="389"/>
        </w:trPr>
        <w:tc>
          <w:tcPr>
            <w:tcW w:w="1413" w:type="dxa"/>
            <w:shd w:val="clear" w:color="auto" w:fill="BFBFBF" w:themeFill="background1" w:themeFillShade="BF"/>
            <w:tcMar>
              <w:top w:w="80" w:type="dxa"/>
              <w:left w:w="100" w:type="dxa"/>
              <w:bottom w:w="80" w:type="dxa"/>
              <w:right w:w="100" w:type="dxa"/>
            </w:tcMar>
            <w:vAlign w:val="center"/>
          </w:tcPr>
          <w:p w14:paraId="1C5F32FE" w14:textId="77777777" w:rsidR="00BC7ACB" w:rsidRPr="00C174A9" w:rsidRDefault="00BC7ACB" w:rsidP="00F16A53">
            <w:pPr>
              <w:spacing w:after="0" w:line="228" w:lineRule="auto"/>
              <w:jc w:val="center"/>
              <w:rPr>
                <w:sz w:val="15"/>
                <w:szCs w:val="15"/>
              </w:rPr>
            </w:pPr>
            <w:r w:rsidRPr="00C174A9">
              <w:rPr>
                <w:b/>
                <w:color w:val="1F1F1F"/>
                <w:sz w:val="15"/>
                <w:szCs w:val="15"/>
              </w:rPr>
              <w:t>Tipo de personal</w:t>
            </w:r>
          </w:p>
        </w:tc>
        <w:tc>
          <w:tcPr>
            <w:tcW w:w="3826" w:type="dxa"/>
            <w:gridSpan w:val="2"/>
            <w:tcMar>
              <w:top w:w="80" w:type="dxa"/>
              <w:left w:w="100" w:type="dxa"/>
              <w:bottom w:w="80" w:type="dxa"/>
              <w:right w:w="100" w:type="dxa"/>
            </w:tcMar>
            <w:vAlign w:val="center"/>
          </w:tcPr>
          <w:p w14:paraId="0B3402A8" w14:textId="62FB789C" w:rsidR="00BC7ACB" w:rsidRPr="00C174A9" w:rsidRDefault="00000000" w:rsidP="009E40D6">
            <w:pPr>
              <w:spacing w:after="0" w:line="228" w:lineRule="auto"/>
              <w:jc w:val="both"/>
              <w:rPr>
                <w:sz w:val="15"/>
                <w:szCs w:val="15"/>
                <w:highlight w:val="yellow"/>
              </w:rPr>
            </w:pPr>
            <w:sdt>
              <w:sdtPr>
                <w:rPr>
                  <w:sz w:val="15"/>
                  <w:szCs w:val="15"/>
                  <w:highlight w:val="yellow"/>
                </w:rPr>
                <w:alias w:val="&lt;&lt;Seleccione (4)&gt;&gt;"/>
                <w:tag w:val="&lt;&lt;Seleccione (4)&gt;&gt;"/>
                <w:id w:val="-333462756"/>
                <w:placeholder>
                  <w:docPart w:val="796273E247104A52B402EB16B40D8DC5"/>
                </w:placeholder>
                <w15:color w:val="FF0000"/>
                <w:dropDownList>
                  <w:listItem w:displayText="&lt;&lt;Seleccione (4)&gt;&gt;" w:value="&lt;&lt;Seleccione (4)&gt;&gt;"/>
                  <w:listItem w:displayText="Permanente" w:value="Permanente"/>
                  <w:listItem w:displayText="Temporal o eventual" w:value="Temporal o eventual"/>
                  <w:listItem w:displayText="Honorarios" w:value="Honorarios"/>
                  <w:listItem w:displayText="Otro, especificar" w:value="Otro, especificar"/>
                </w:dropDownList>
              </w:sdtPr>
              <w:sdtContent>
                <w:r w:rsidR="0099243A" w:rsidRPr="00C174A9">
                  <w:rPr>
                    <w:sz w:val="15"/>
                    <w:szCs w:val="15"/>
                    <w:highlight w:val="yellow"/>
                  </w:rPr>
                  <w:t>&lt;&lt;Seleccione (4)&gt;&gt;</w:t>
                </w:r>
              </w:sdtContent>
            </w:sdt>
          </w:p>
        </w:tc>
        <w:tc>
          <w:tcPr>
            <w:tcW w:w="1949" w:type="dxa"/>
            <w:shd w:val="clear" w:color="auto" w:fill="BFBFBF" w:themeFill="background1" w:themeFillShade="BF"/>
            <w:vAlign w:val="center"/>
          </w:tcPr>
          <w:p w14:paraId="167A48E9" w14:textId="0D689356" w:rsidR="00BC7ACB" w:rsidRPr="00C174A9" w:rsidRDefault="00BC7ACB" w:rsidP="00F16A53">
            <w:pPr>
              <w:spacing w:after="0" w:line="228" w:lineRule="auto"/>
              <w:jc w:val="center"/>
              <w:rPr>
                <w:spacing w:val="-4"/>
                <w:sz w:val="15"/>
                <w:szCs w:val="15"/>
                <w:highlight w:val="yellow"/>
              </w:rPr>
            </w:pPr>
            <w:r w:rsidRPr="00C174A9">
              <w:rPr>
                <w:b/>
                <w:color w:val="1F1F1F"/>
                <w:spacing w:val="-4"/>
                <w:sz w:val="15"/>
                <w:szCs w:val="15"/>
              </w:rPr>
              <w:t>Motivo de la separación</w:t>
            </w:r>
          </w:p>
        </w:tc>
        <w:tc>
          <w:tcPr>
            <w:tcW w:w="2835" w:type="dxa"/>
            <w:vAlign w:val="center"/>
          </w:tcPr>
          <w:p w14:paraId="6FFA19CB" w14:textId="7FE9068E" w:rsidR="00BC7ACB" w:rsidRPr="00C174A9" w:rsidRDefault="00000000" w:rsidP="009E40D6">
            <w:pPr>
              <w:spacing w:after="0" w:line="228" w:lineRule="auto"/>
              <w:jc w:val="both"/>
              <w:rPr>
                <w:sz w:val="15"/>
                <w:szCs w:val="15"/>
                <w:highlight w:val="yellow"/>
              </w:rPr>
            </w:pPr>
            <w:sdt>
              <w:sdtPr>
                <w:rPr>
                  <w:sz w:val="15"/>
                  <w:szCs w:val="15"/>
                  <w:highlight w:val="yellow"/>
                </w:rPr>
                <w:alias w:val="&lt;&lt;Seleccione (8)&gt;&gt;"/>
                <w:tag w:val="&lt;&lt;Seleccione (8)&gt;&gt;"/>
                <w:id w:val="969394634"/>
                <w:dropDownList>
                  <w:listItem w:displayText="&lt;&lt;Seleccione (8)&gt;&gt;" w:value="&lt;&lt;Seleccione (8)&gt;&gt;"/>
                  <w:listItem w:displayText="Renuncia" w:value="Renuncia"/>
                  <w:listItem w:displayText="Remoción" w:value="Remoción"/>
                  <w:listItem w:displayText="Destitución" w:value="Destitución"/>
                  <w:listItem w:displayText="Goce de licencia mayor a quince días hábiles" w:value="Goce de licencia mayor a quince días hábiles"/>
                  <w:listItem w:displayText="Suplencia" w:value="Suplencia"/>
                  <w:listItem w:displayText="Suspensión" w:value="Suspensión"/>
                  <w:listItem w:displayText="Cambio de adscripción" w:value="Cambio de adscripción"/>
                  <w:listItem w:displayText="Inhabilitación" w:value="Inhabilitación"/>
                  <w:listItem w:displayText="Término del periodo o nombramiento" w:value="Término del periodo o nombramiento"/>
                  <w:listItem w:displayText="Otro, especificar" w:value="Otro, especificar"/>
                </w:dropDownList>
              </w:sdtPr>
              <w:sdtContent>
                <w:r w:rsidR="00BC7ACB" w:rsidRPr="00C174A9">
                  <w:rPr>
                    <w:color w:val="000000"/>
                    <w:sz w:val="15"/>
                    <w:szCs w:val="15"/>
                    <w:highlight w:val="yellow"/>
                    <w:shd w:val="clear" w:color="auto" w:fill="FFF2CC"/>
                  </w:rPr>
                  <w:t>&lt;&lt;Seleccione (8)&gt;&gt;</w:t>
                </w:r>
              </w:sdtContent>
            </w:sdt>
          </w:p>
        </w:tc>
      </w:tr>
      <w:tr w:rsidR="00BC7ACB" w:rsidRPr="00C174A9" w14:paraId="7BAC6065" w14:textId="36C100CF" w:rsidTr="00EE78A1">
        <w:trPr>
          <w:cantSplit/>
          <w:trHeight w:val="253"/>
        </w:trPr>
        <w:tc>
          <w:tcPr>
            <w:tcW w:w="1413" w:type="dxa"/>
            <w:shd w:val="clear" w:color="auto" w:fill="BFBFBF" w:themeFill="background1" w:themeFillShade="BF"/>
            <w:tcMar>
              <w:top w:w="80" w:type="dxa"/>
              <w:left w:w="100" w:type="dxa"/>
              <w:bottom w:w="80" w:type="dxa"/>
              <w:right w:w="100" w:type="dxa"/>
            </w:tcMar>
            <w:vAlign w:val="center"/>
          </w:tcPr>
          <w:p w14:paraId="491E601E" w14:textId="059EA886" w:rsidR="00BC7ACB" w:rsidRPr="00C174A9" w:rsidRDefault="00BC7ACB" w:rsidP="00F16A53">
            <w:pPr>
              <w:spacing w:after="0" w:line="228" w:lineRule="auto"/>
              <w:jc w:val="center"/>
              <w:rPr>
                <w:sz w:val="15"/>
                <w:szCs w:val="15"/>
              </w:rPr>
            </w:pPr>
            <w:r w:rsidRPr="00C174A9">
              <w:rPr>
                <w:b/>
                <w:color w:val="1F1F1F"/>
                <w:sz w:val="15"/>
                <w:szCs w:val="15"/>
              </w:rPr>
              <w:t>Fecha de inicio</w:t>
            </w:r>
          </w:p>
        </w:tc>
        <w:tc>
          <w:tcPr>
            <w:tcW w:w="3826" w:type="dxa"/>
            <w:gridSpan w:val="2"/>
            <w:tcMar>
              <w:top w:w="80" w:type="dxa"/>
              <w:left w:w="100" w:type="dxa"/>
              <w:bottom w:w="80" w:type="dxa"/>
              <w:right w:w="100" w:type="dxa"/>
            </w:tcMar>
            <w:vAlign w:val="center"/>
          </w:tcPr>
          <w:p w14:paraId="2D5A48EC" w14:textId="3FEBB1E2" w:rsidR="00BC7ACB" w:rsidRPr="00C174A9" w:rsidRDefault="00BC7ACB" w:rsidP="009E40D6">
            <w:pPr>
              <w:spacing w:after="0" w:line="228" w:lineRule="auto"/>
              <w:jc w:val="both"/>
              <w:rPr>
                <w:sz w:val="15"/>
                <w:szCs w:val="15"/>
                <w:highlight w:val="yellow"/>
              </w:rPr>
            </w:pPr>
            <w:r w:rsidRPr="00C174A9">
              <w:rPr>
                <w:sz w:val="15"/>
                <w:szCs w:val="15"/>
                <w:highlight w:val="yellow"/>
              </w:rPr>
              <w:t>(</w:t>
            </w:r>
            <w:r w:rsidR="0099243A" w:rsidRPr="00C174A9">
              <w:rPr>
                <w:sz w:val="15"/>
                <w:szCs w:val="15"/>
                <w:highlight w:val="yellow"/>
              </w:rPr>
              <w:t>5</w:t>
            </w:r>
            <w:r w:rsidRPr="00C174A9">
              <w:rPr>
                <w:sz w:val="15"/>
                <w:szCs w:val="15"/>
                <w:highlight w:val="yellow"/>
              </w:rPr>
              <w:t>)</w:t>
            </w:r>
          </w:p>
        </w:tc>
        <w:tc>
          <w:tcPr>
            <w:tcW w:w="1949" w:type="dxa"/>
            <w:shd w:val="clear" w:color="auto" w:fill="BFBFBF" w:themeFill="background1" w:themeFillShade="BF"/>
            <w:vAlign w:val="center"/>
          </w:tcPr>
          <w:p w14:paraId="1E851A49" w14:textId="245D06D9" w:rsidR="00BC7ACB" w:rsidRPr="00C174A9" w:rsidRDefault="00BC7ACB" w:rsidP="00F16A53">
            <w:pPr>
              <w:spacing w:after="0" w:line="228" w:lineRule="auto"/>
              <w:jc w:val="center"/>
              <w:rPr>
                <w:sz w:val="15"/>
                <w:szCs w:val="15"/>
                <w:highlight w:val="yellow"/>
              </w:rPr>
            </w:pPr>
            <w:r w:rsidRPr="00C174A9">
              <w:rPr>
                <w:b/>
                <w:color w:val="1F1F1F"/>
                <w:sz w:val="15"/>
                <w:szCs w:val="15"/>
              </w:rPr>
              <w:t>Fecha en que surtió efectos la separación</w:t>
            </w:r>
          </w:p>
        </w:tc>
        <w:tc>
          <w:tcPr>
            <w:tcW w:w="2835" w:type="dxa"/>
            <w:vAlign w:val="center"/>
          </w:tcPr>
          <w:p w14:paraId="2548DE5E" w14:textId="1049E0B7" w:rsidR="00BC7ACB" w:rsidRPr="00C174A9" w:rsidRDefault="00BC7ACB" w:rsidP="009E40D6">
            <w:pPr>
              <w:spacing w:after="0" w:line="228" w:lineRule="auto"/>
              <w:jc w:val="both"/>
              <w:rPr>
                <w:sz w:val="15"/>
                <w:szCs w:val="15"/>
                <w:highlight w:val="yellow"/>
              </w:rPr>
            </w:pPr>
            <w:r w:rsidRPr="00C174A9">
              <w:rPr>
                <w:sz w:val="15"/>
                <w:szCs w:val="15"/>
                <w:highlight w:val="yellow"/>
              </w:rPr>
              <w:t>(9)</w:t>
            </w:r>
          </w:p>
        </w:tc>
      </w:tr>
      <w:tr w:rsidR="00D34664" w:rsidRPr="00C174A9" w14:paraId="16029625" w14:textId="0E8B2D40" w:rsidTr="001E704F">
        <w:trPr>
          <w:cantSplit/>
          <w:trHeight w:val="535"/>
        </w:trPr>
        <w:tc>
          <w:tcPr>
            <w:tcW w:w="2326" w:type="dxa"/>
            <w:gridSpan w:val="2"/>
            <w:shd w:val="clear" w:color="auto" w:fill="BFBFBF" w:themeFill="background1" w:themeFillShade="BF"/>
            <w:tcMar>
              <w:top w:w="80" w:type="dxa"/>
              <w:left w:w="100" w:type="dxa"/>
              <w:bottom w:w="80" w:type="dxa"/>
              <w:right w:w="100" w:type="dxa"/>
            </w:tcMar>
            <w:vAlign w:val="center"/>
          </w:tcPr>
          <w:p w14:paraId="7B522669" w14:textId="3A2A2E69" w:rsidR="00D34664" w:rsidRPr="00C174A9" w:rsidRDefault="00D34664" w:rsidP="009E40D6">
            <w:pPr>
              <w:spacing w:after="0" w:line="228" w:lineRule="auto"/>
              <w:jc w:val="center"/>
              <w:rPr>
                <w:sz w:val="15"/>
                <w:szCs w:val="15"/>
                <w:highlight w:val="yellow"/>
              </w:rPr>
            </w:pPr>
            <w:r w:rsidRPr="00C174A9">
              <w:rPr>
                <w:b/>
                <w:bCs/>
                <w:color w:val="1F1F1F"/>
                <w:sz w:val="15"/>
                <w:szCs w:val="15"/>
              </w:rPr>
              <w:t>Documento que acredita el empleo, cargo o comisión</w:t>
            </w:r>
          </w:p>
        </w:tc>
        <w:tc>
          <w:tcPr>
            <w:tcW w:w="2913" w:type="dxa"/>
            <w:vAlign w:val="center"/>
          </w:tcPr>
          <w:p w14:paraId="4006EB23" w14:textId="4CD7A1DD" w:rsidR="00D34664" w:rsidRPr="00C174A9" w:rsidRDefault="00D34664" w:rsidP="009E40D6">
            <w:pPr>
              <w:spacing w:after="0" w:line="228" w:lineRule="auto"/>
              <w:jc w:val="both"/>
              <w:rPr>
                <w:sz w:val="15"/>
                <w:szCs w:val="15"/>
                <w:highlight w:val="yellow"/>
              </w:rPr>
            </w:pPr>
            <w:r w:rsidRPr="00C174A9">
              <w:rPr>
                <w:sz w:val="15"/>
                <w:szCs w:val="15"/>
                <w:highlight w:val="yellow"/>
              </w:rPr>
              <w:t>(6)</w:t>
            </w:r>
          </w:p>
        </w:tc>
        <w:tc>
          <w:tcPr>
            <w:tcW w:w="1949" w:type="dxa"/>
            <w:shd w:val="clear" w:color="auto" w:fill="BFBFBF" w:themeFill="background1" w:themeFillShade="BF"/>
            <w:vAlign w:val="center"/>
          </w:tcPr>
          <w:p w14:paraId="0AEF364B" w14:textId="3819359A" w:rsidR="00D34664" w:rsidRPr="00C174A9" w:rsidRDefault="00D34664" w:rsidP="00D34664">
            <w:pPr>
              <w:spacing w:after="0" w:line="228" w:lineRule="auto"/>
              <w:jc w:val="center"/>
              <w:rPr>
                <w:sz w:val="15"/>
                <w:szCs w:val="15"/>
                <w:highlight w:val="yellow"/>
              </w:rPr>
            </w:pPr>
            <w:r w:rsidRPr="00C174A9">
              <w:rPr>
                <w:b/>
                <w:color w:val="1F1F1F"/>
                <w:sz w:val="15"/>
                <w:szCs w:val="15"/>
              </w:rPr>
              <w:t>Documento que acredita la separación</w:t>
            </w:r>
          </w:p>
        </w:tc>
        <w:tc>
          <w:tcPr>
            <w:tcW w:w="2835" w:type="dxa"/>
            <w:vAlign w:val="center"/>
          </w:tcPr>
          <w:p w14:paraId="0C539F29" w14:textId="7096CD5A" w:rsidR="00D34664" w:rsidRPr="00C174A9" w:rsidRDefault="00D34664" w:rsidP="009E40D6">
            <w:pPr>
              <w:spacing w:after="0" w:line="228" w:lineRule="auto"/>
              <w:jc w:val="both"/>
              <w:rPr>
                <w:sz w:val="15"/>
                <w:szCs w:val="15"/>
                <w:highlight w:val="yellow"/>
              </w:rPr>
            </w:pPr>
            <w:r w:rsidRPr="00C174A9">
              <w:rPr>
                <w:sz w:val="15"/>
                <w:szCs w:val="15"/>
                <w:highlight w:val="yellow"/>
              </w:rPr>
              <w:t>(9.1)</w:t>
            </w:r>
          </w:p>
        </w:tc>
      </w:tr>
    </w:tbl>
    <w:p w14:paraId="499DF4C9" w14:textId="77777777" w:rsidR="00EF0F62" w:rsidRPr="00C174A9" w:rsidRDefault="00EF0F62" w:rsidP="00F16A53">
      <w:pPr>
        <w:spacing w:after="0" w:line="228" w:lineRule="auto"/>
        <w:rPr>
          <w:sz w:val="15"/>
          <w:szCs w:val="15"/>
        </w:rPr>
      </w:pPr>
    </w:p>
    <w:tbl>
      <w:tblPr>
        <w:tblStyle w:val="Tablaconcuadrcula"/>
        <w:tblW w:w="10028" w:type="dxa"/>
        <w:tblLayout w:type="fixed"/>
        <w:tblLook w:val="04A0" w:firstRow="1" w:lastRow="0" w:firstColumn="1" w:lastColumn="0" w:noHBand="0" w:noVBand="1"/>
      </w:tblPr>
      <w:tblGrid>
        <w:gridCol w:w="1696"/>
        <w:gridCol w:w="2694"/>
        <w:gridCol w:w="283"/>
        <w:gridCol w:w="1985"/>
        <w:gridCol w:w="3370"/>
      </w:tblGrid>
      <w:tr w:rsidR="0083203A" w:rsidRPr="00C174A9" w14:paraId="0BCB152B" w14:textId="77777777" w:rsidTr="00EE78A1">
        <w:trPr>
          <w:cantSplit/>
          <w:trHeight w:val="205"/>
        </w:trPr>
        <w:tc>
          <w:tcPr>
            <w:tcW w:w="10028" w:type="dxa"/>
            <w:gridSpan w:val="5"/>
            <w:tcBorders>
              <w:bottom w:val="nil"/>
            </w:tcBorders>
            <w:shd w:val="clear" w:color="auto" w:fill="000000" w:themeFill="text1"/>
            <w:tcMar>
              <w:top w:w="80" w:type="dxa"/>
              <w:left w:w="100" w:type="dxa"/>
              <w:bottom w:w="80" w:type="dxa"/>
              <w:right w:w="100" w:type="dxa"/>
            </w:tcMar>
            <w:vAlign w:val="center"/>
          </w:tcPr>
          <w:p w14:paraId="293C5D11" w14:textId="6C8AAAE0" w:rsidR="0083203A" w:rsidRPr="00C174A9" w:rsidRDefault="0083203A" w:rsidP="00F16A53">
            <w:pPr>
              <w:spacing w:after="0" w:line="228" w:lineRule="auto"/>
              <w:rPr>
                <w:b/>
                <w:bCs/>
                <w:sz w:val="15"/>
                <w:szCs w:val="15"/>
              </w:rPr>
            </w:pPr>
            <w:r w:rsidRPr="00C174A9">
              <w:rPr>
                <w:b/>
                <w:color w:val="FFFFFF"/>
                <w:sz w:val="15"/>
                <w:szCs w:val="15"/>
              </w:rPr>
              <w:t>2. Personas que intervienen</w:t>
            </w:r>
          </w:p>
        </w:tc>
      </w:tr>
      <w:tr w:rsidR="0083203A" w:rsidRPr="00C174A9" w14:paraId="4A2F5483" w14:textId="77777777" w:rsidTr="00EE78A1">
        <w:trPr>
          <w:cantSplit/>
          <w:trHeight w:val="20"/>
        </w:trPr>
        <w:tc>
          <w:tcPr>
            <w:tcW w:w="4390" w:type="dxa"/>
            <w:gridSpan w:val="2"/>
            <w:tcBorders>
              <w:top w:val="nil"/>
              <w:left w:val="nil"/>
              <w:bottom w:val="single" w:sz="4" w:space="0" w:color="auto"/>
              <w:right w:val="nil"/>
            </w:tcBorders>
            <w:tcMar>
              <w:top w:w="80" w:type="dxa"/>
              <w:left w:w="100" w:type="dxa"/>
              <w:bottom w:w="80" w:type="dxa"/>
              <w:right w:w="100" w:type="dxa"/>
            </w:tcMar>
            <w:vAlign w:val="center"/>
          </w:tcPr>
          <w:p w14:paraId="498C10B9" w14:textId="74B803C0" w:rsidR="0083203A" w:rsidRPr="00C174A9" w:rsidRDefault="0083203A" w:rsidP="00F16A53">
            <w:pPr>
              <w:spacing w:after="0" w:line="228" w:lineRule="auto"/>
              <w:jc w:val="center"/>
              <w:rPr>
                <w:b/>
                <w:bCs/>
                <w:sz w:val="15"/>
                <w:szCs w:val="15"/>
              </w:rPr>
            </w:pPr>
            <w:r w:rsidRPr="00C174A9">
              <w:rPr>
                <w:b/>
                <w:bCs/>
                <w:sz w:val="15"/>
                <w:szCs w:val="15"/>
              </w:rPr>
              <w:t>Persona saliente</w:t>
            </w:r>
          </w:p>
        </w:tc>
        <w:tc>
          <w:tcPr>
            <w:tcW w:w="283" w:type="dxa"/>
            <w:tcBorders>
              <w:top w:val="nil"/>
              <w:left w:val="nil"/>
              <w:bottom w:val="nil"/>
              <w:right w:val="nil"/>
            </w:tcBorders>
          </w:tcPr>
          <w:p w14:paraId="1D6A54E3" w14:textId="77777777" w:rsidR="0083203A" w:rsidRPr="00C174A9" w:rsidRDefault="0083203A" w:rsidP="00F16A53">
            <w:pPr>
              <w:spacing w:after="0" w:line="228" w:lineRule="auto"/>
              <w:rPr>
                <w:sz w:val="15"/>
                <w:szCs w:val="15"/>
              </w:rPr>
            </w:pPr>
          </w:p>
        </w:tc>
        <w:tc>
          <w:tcPr>
            <w:tcW w:w="5355" w:type="dxa"/>
            <w:gridSpan w:val="2"/>
            <w:tcBorders>
              <w:top w:val="nil"/>
              <w:left w:val="nil"/>
              <w:bottom w:val="single" w:sz="4" w:space="0" w:color="auto"/>
              <w:right w:val="nil"/>
            </w:tcBorders>
            <w:vAlign w:val="center"/>
          </w:tcPr>
          <w:p w14:paraId="3173FFF6" w14:textId="2652982E" w:rsidR="0083203A" w:rsidRPr="00C174A9" w:rsidRDefault="0083203A" w:rsidP="00F16A53">
            <w:pPr>
              <w:spacing w:after="0" w:line="228" w:lineRule="auto"/>
              <w:jc w:val="center"/>
              <w:rPr>
                <w:b/>
                <w:bCs/>
                <w:sz w:val="15"/>
                <w:szCs w:val="15"/>
              </w:rPr>
            </w:pPr>
            <w:r w:rsidRPr="00C174A9">
              <w:rPr>
                <w:b/>
                <w:bCs/>
                <w:sz w:val="15"/>
                <w:szCs w:val="15"/>
              </w:rPr>
              <w:t xml:space="preserve">Persona </w:t>
            </w:r>
            <w:r w:rsidR="00C82D3D" w:rsidRPr="00C174A9">
              <w:rPr>
                <w:b/>
                <w:bCs/>
                <w:sz w:val="15"/>
                <w:szCs w:val="15"/>
              </w:rPr>
              <w:t>que recibe</w:t>
            </w:r>
          </w:p>
        </w:tc>
      </w:tr>
      <w:tr w:rsidR="00EF0F62" w:rsidRPr="00C174A9" w14:paraId="24C2A75F" w14:textId="379C5C25" w:rsidTr="00EE78A1">
        <w:trPr>
          <w:cantSplit/>
          <w:trHeight w:val="319"/>
        </w:trPr>
        <w:tc>
          <w:tcPr>
            <w:tcW w:w="1696"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6A24850C" w14:textId="77777777" w:rsidR="00EF0F62" w:rsidRPr="00C174A9" w:rsidRDefault="00EF0F62" w:rsidP="00F16A53">
            <w:pPr>
              <w:spacing w:after="0" w:line="228" w:lineRule="auto"/>
              <w:jc w:val="center"/>
              <w:rPr>
                <w:sz w:val="15"/>
                <w:szCs w:val="15"/>
              </w:rPr>
            </w:pPr>
            <w:r w:rsidRPr="00C174A9">
              <w:rPr>
                <w:b/>
                <w:sz w:val="15"/>
                <w:szCs w:val="15"/>
              </w:rPr>
              <w:t>Nombre completo</w:t>
            </w:r>
          </w:p>
        </w:tc>
        <w:tc>
          <w:tcPr>
            <w:tcW w:w="2694" w:type="dxa"/>
            <w:tcBorders>
              <w:top w:val="single" w:sz="4" w:space="0" w:color="auto"/>
              <w:right w:val="single" w:sz="4" w:space="0" w:color="auto"/>
            </w:tcBorders>
            <w:tcMar>
              <w:top w:w="80" w:type="dxa"/>
              <w:left w:w="100" w:type="dxa"/>
              <w:bottom w:w="80" w:type="dxa"/>
              <w:right w:w="100" w:type="dxa"/>
            </w:tcMar>
            <w:vAlign w:val="center"/>
          </w:tcPr>
          <w:p w14:paraId="1610FCE5" w14:textId="6FC97481" w:rsidR="00EF0F62" w:rsidRPr="00C174A9" w:rsidRDefault="001D6433" w:rsidP="00F16A53">
            <w:pPr>
              <w:spacing w:after="0" w:line="228" w:lineRule="auto"/>
              <w:jc w:val="both"/>
              <w:rPr>
                <w:sz w:val="15"/>
                <w:szCs w:val="15"/>
                <w:highlight w:val="yellow"/>
              </w:rPr>
            </w:pPr>
            <w:r w:rsidRPr="00C174A9">
              <w:rPr>
                <w:sz w:val="15"/>
                <w:szCs w:val="15"/>
                <w:highlight w:val="yellow"/>
              </w:rPr>
              <w:t>(10)</w:t>
            </w:r>
          </w:p>
        </w:tc>
        <w:tc>
          <w:tcPr>
            <w:tcW w:w="283" w:type="dxa"/>
            <w:tcBorders>
              <w:top w:val="nil"/>
              <w:left w:val="single" w:sz="4" w:space="0" w:color="auto"/>
              <w:bottom w:val="nil"/>
              <w:right w:val="single" w:sz="4" w:space="0" w:color="auto"/>
            </w:tcBorders>
          </w:tcPr>
          <w:p w14:paraId="6D5011AE" w14:textId="77777777" w:rsidR="00EF0F62" w:rsidRPr="00C174A9" w:rsidRDefault="00EF0F62" w:rsidP="00F16A53">
            <w:pPr>
              <w:spacing w:after="0" w:line="228" w:lineRule="auto"/>
              <w:rPr>
                <w:sz w:val="15"/>
                <w:szCs w:val="15"/>
              </w:rPr>
            </w:pPr>
          </w:p>
        </w:tc>
        <w:tc>
          <w:tcPr>
            <w:tcW w:w="1985" w:type="dxa"/>
            <w:tcBorders>
              <w:top w:val="single" w:sz="4" w:space="0" w:color="auto"/>
              <w:left w:val="single" w:sz="4" w:space="0" w:color="auto"/>
            </w:tcBorders>
            <w:shd w:val="clear" w:color="auto" w:fill="BFBFBF" w:themeFill="background1" w:themeFillShade="BF"/>
            <w:vAlign w:val="center"/>
          </w:tcPr>
          <w:p w14:paraId="4D00005A" w14:textId="5A302D71" w:rsidR="00EF0F62" w:rsidRPr="00C174A9" w:rsidRDefault="00EF0F62" w:rsidP="00F16A53">
            <w:pPr>
              <w:spacing w:after="0" w:line="228" w:lineRule="auto"/>
              <w:jc w:val="center"/>
              <w:rPr>
                <w:sz w:val="15"/>
                <w:szCs w:val="15"/>
              </w:rPr>
            </w:pPr>
            <w:r w:rsidRPr="00C174A9">
              <w:rPr>
                <w:b/>
                <w:color w:val="1F1F1F"/>
                <w:sz w:val="15"/>
                <w:szCs w:val="15"/>
              </w:rPr>
              <w:t>Nombre completo</w:t>
            </w:r>
          </w:p>
        </w:tc>
        <w:tc>
          <w:tcPr>
            <w:tcW w:w="3370" w:type="dxa"/>
            <w:tcBorders>
              <w:top w:val="single" w:sz="4" w:space="0" w:color="auto"/>
            </w:tcBorders>
            <w:vAlign w:val="center"/>
          </w:tcPr>
          <w:p w14:paraId="0487C37F" w14:textId="1FE9F19C" w:rsidR="00EF0F62" w:rsidRPr="00C174A9" w:rsidRDefault="0069704D" w:rsidP="00F16A53">
            <w:pPr>
              <w:spacing w:after="0" w:line="228" w:lineRule="auto"/>
              <w:jc w:val="both"/>
              <w:rPr>
                <w:sz w:val="15"/>
                <w:szCs w:val="15"/>
                <w:highlight w:val="yellow"/>
              </w:rPr>
            </w:pPr>
            <w:r w:rsidRPr="00C174A9">
              <w:rPr>
                <w:sz w:val="15"/>
                <w:szCs w:val="15"/>
                <w:highlight w:val="yellow"/>
              </w:rPr>
              <w:t>(19)</w:t>
            </w:r>
          </w:p>
        </w:tc>
      </w:tr>
      <w:tr w:rsidR="00EF0F62" w:rsidRPr="00C174A9" w14:paraId="37439461" w14:textId="6763A09F" w:rsidTr="00EE78A1">
        <w:trPr>
          <w:cantSplit/>
          <w:trHeight w:val="449"/>
        </w:trPr>
        <w:tc>
          <w:tcPr>
            <w:tcW w:w="1696" w:type="dxa"/>
            <w:shd w:val="clear" w:color="auto" w:fill="BFBFBF" w:themeFill="background1" w:themeFillShade="BF"/>
            <w:tcMar>
              <w:top w:w="80" w:type="dxa"/>
              <w:left w:w="100" w:type="dxa"/>
              <w:bottom w:w="80" w:type="dxa"/>
              <w:right w:w="100" w:type="dxa"/>
            </w:tcMar>
            <w:vAlign w:val="center"/>
          </w:tcPr>
          <w:p w14:paraId="5A9BBA9B" w14:textId="42BC2EBB" w:rsidR="00EF0F62" w:rsidRPr="00C174A9" w:rsidRDefault="00EF0F62" w:rsidP="00F16A53">
            <w:pPr>
              <w:spacing w:after="0" w:line="228" w:lineRule="auto"/>
              <w:jc w:val="center"/>
              <w:rPr>
                <w:sz w:val="15"/>
                <w:szCs w:val="15"/>
              </w:rPr>
            </w:pPr>
            <w:r w:rsidRPr="00C174A9">
              <w:rPr>
                <w:b/>
                <w:sz w:val="15"/>
                <w:szCs w:val="15"/>
              </w:rPr>
              <w:t>Identificación oficial vigente</w:t>
            </w:r>
          </w:p>
        </w:tc>
        <w:tc>
          <w:tcPr>
            <w:tcW w:w="2694" w:type="dxa"/>
            <w:tcBorders>
              <w:right w:val="single" w:sz="4" w:space="0" w:color="auto"/>
            </w:tcBorders>
            <w:tcMar>
              <w:top w:w="80" w:type="dxa"/>
              <w:left w:w="100" w:type="dxa"/>
              <w:bottom w:w="80" w:type="dxa"/>
              <w:right w:w="100" w:type="dxa"/>
            </w:tcMar>
            <w:vAlign w:val="center"/>
          </w:tcPr>
          <w:p w14:paraId="2352B702" w14:textId="10438ADE" w:rsidR="00EF0F62" w:rsidRPr="00C174A9" w:rsidRDefault="00000000" w:rsidP="00F16A53">
            <w:pPr>
              <w:spacing w:after="0" w:line="228" w:lineRule="auto"/>
              <w:jc w:val="both"/>
              <w:rPr>
                <w:sz w:val="15"/>
                <w:szCs w:val="15"/>
                <w:highlight w:val="yellow"/>
              </w:rPr>
            </w:pPr>
            <w:sdt>
              <w:sdtPr>
                <w:rPr>
                  <w:sz w:val="15"/>
                  <w:szCs w:val="15"/>
                  <w:highlight w:val="yellow"/>
                </w:rPr>
                <w:alias w:val="&lt;&lt;Seleccione (11)&gt;&gt;"/>
                <w:tag w:val="&lt;&lt;Seleccione (11)&gt;&gt;"/>
                <w:id w:val="1512416836"/>
                <w:dropDownList>
                  <w:listItem w:displayText="&lt;&lt;Seleccione (11)&gt;&gt;" w:value="&lt;&lt;Seleccione (11)&gt;&gt;"/>
                  <w:listItem w:displayText="Credencial para votar" w:value="Credencial para votar"/>
                  <w:listItem w:displayText="Pasaporte" w:value="Pasaporte"/>
                </w:dropDownList>
              </w:sdtPr>
              <w:sdtContent>
                <w:r w:rsidR="0069704D" w:rsidRPr="00C174A9">
                  <w:rPr>
                    <w:sz w:val="15"/>
                    <w:szCs w:val="15"/>
                    <w:highlight w:val="yellow"/>
                  </w:rPr>
                  <w:t>&lt;&lt;Seleccione (11)&gt;&gt;</w:t>
                </w:r>
              </w:sdtContent>
            </w:sdt>
            <w:r w:rsidR="0069704D" w:rsidRPr="00C174A9">
              <w:rPr>
                <w:sz w:val="15"/>
                <w:szCs w:val="15"/>
              </w:rPr>
              <w:t xml:space="preserve"> </w:t>
            </w:r>
            <w:r w:rsidR="00EF0F62" w:rsidRPr="00C174A9">
              <w:rPr>
                <w:sz w:val="15"/>
                <w:szCs w:val="15"/>
              </w:rPr>
              <w:t>número</w:t>
            </w:r>
            <w:r w:rsidR="001D6433" w:rsidRPr="00C174A9">
              <w:rPr>
                <w:sz w:val="15"/>
                <w:szCs w:val="15"/>
              </w:rPr>
              <w:t xml:space="preserve"> </w:t>
            </w:r>
            <w:r w:rsidR="001D6433" w:rsidRPr="00C174A9">
              <w:rPr>
                <w:sz w:val="15"/>
                <w:szCs w:val="15"/>
                <w:highlight w:val="yellow"/>
              </w:rPr>
              <w:t>(12)</w:t>
            </w:r>
            <w:r w:rsidR="00EF0F62" w:rsidRPr="00C174A9">
              <w:rPr>
                <w:sz w:val="15"/>
                <w:szCs w:val="15"/>
              </w:rPr>
              <w:t xml:space="preserve">, expedida por </w:t>
            </w:r>
            <w:sdt>
              <w:sdtPr>
                <w:rPr>
                  <w:sz w:val="15"/>
                  <w:szCs w:val="15"/>
                  <w:highlight w:val="yellow"/>
                </w:rPr>
                <w:alias w:val="&lt;&lt;Seleccione (13)&gt;&gt;"/>
                <w:tag w:val="&lt;&lt;Seleccione (13)&gt;&gt;"/>
                <w:id w:val="-645587608"/>
                <w:dropDownList>
                  <w:listItem w:displayText="&lt;&lt;Seleccione (13)&gt;&gt;" w:value="&lt;&lt;Seleccione (13)&gt;&gt;"/>
                  <w:listItem w:displayText="el Instituto Nacional Electoral" w:value="el Instituto Nacional Electoral"/>
                  <w:listItem w:displayText="la Secretaría de Relaciones Exteriores" w:value="la Secretaría de Relaciones Exteriores"/>
                </w:dropDownList>
              </w:sdtPr>
              <w:sdtContent>
                <w:r w:rsidR="0069704D" w:rsidRPr="00C174A9">
                  <w:rPr>
                    <w:sz w:val="15"/>
                    <w:szCs w:val="15"/>
                    <w:highlight w:val="yellow"/>
                  </w:rPr>
                  <w:t>&lt;&lt;Seleccione (13)&gt;&gt;</w:t>
                </w:r>
              </w:sdtContent>
            </w:sdt>
          </w:p>
        </w:tc>
        <w:tc>
          <w:tcPr>
            <w:tcW w:w="283" w:type="dxa"/>
            <w:tcBorders>
              <w:top w:val="nil"/>
              <w:left w:val="single" w:sz="4" w:space="0" w:color="auto"/>
              <w:bottom w:val="nil"/>
              <w:right w:val="single" w:sz="4" w:space="0" w:color="auto"/>
            </w:tcBorders>
          </w:tcPr>
          <w:p w14:paraId="6199D623" w14:textId="77777777" w:rsidR="00EF0F62" w:rsidRPr="00C174A9" w:rsidRDefault="00EF0F62" w:rsidP="00F16A53">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502C0650" w14:textId="4859995E" w:rsidR="00EF0F62" w:rsidRPr="00C174A9" w:rsidRDefault="00EF0F62" w:rsidP="00F16A53">
            <w:pPr>
              <w:spacing w:after="0" w:line="228" w:lineRule="auto"/>
              <w:jc w:val="center"/>
              <w:rPr>
                <w:sz w:val="15"/>
                <w:szCs w:val="15"/>
              </w:rPr>
            </w:pPr>
            <w:r w:rsidRPr="00C174A9">
              <w:rPr>
                <w:b/>
                <w:sz w:val="15"/>
                <w:szCs w:val="15"/>
              </w:rPr>
              <w:t>Identificación oficial vigente</w:t>
            </w:r>
            <w:r w:rsidR="00205B3B" w:rsidRPr="00C174A9">
              <w:rPr>
                <w:b/>
                <w:sz w:val="15"/>
                <w:szCs w:val="15"/>
              </w:rPr>
              <w:t xml:space="preserve"> </w:t>
            </w:r>
          </w:p>
        </w:tc>
        <w:tc>
          <w:tcPr>
            <w:tcW w:w="3370" w:type="dxa"/>
            <w:vAlign w:val="center"/>
          </w:tcPr>
          <w:p w14:paraId="7415EA85" w14:textId="747A0284" w:rsidR="00EF0F62" w:rsidRPr="00C174A9" w:rsidRDefault="00000000" w:rsidP="00F16A53">
            <w:pPr>
              <w:spacing w:after="0" w:line="228" w:lineRule="auto"/>
              <w:jc w:val="both"/>
              <w:rPr>
                <w:sz w:val="15"/>
                <w:szCs w:val="15"/>
                <w:highlight w:val="yellow"/>
              </w:rPr>
            </w:pPr>
            <w:sdt>
              <w:sdtPr>
                <w:rPr>
                  <w:sz w:val="15"/>
                  <w:szCs w:val="15"/>
                  <w:highlight w:val="yellow"/>
                </w:rPr>
                <w:alias w:val="&lt;&lt;Seleccione (20)&gt;&gt;"/>
                <w:tag w:val="&lt;&lt;Seleccione (20)&gt;&gt;"/>
                <w:id w:val="1040865710"/>
                <w:dropDownList>
                  <w:listItem w:displayText="&lt;&lt;Seleccione (20)&gt;&gt;" w:value="&lt;&lt;Seleccione (20)&gt;&gt;"/>
                  <w:listItem w:displayText="Credencial para votar" w:value="Credencial para votar"/>
                  <w:listItem w:displayText="Pasaporte" w:value="Pasaporte"/>
                </w:dropDownList>
              </w:sdtPr>
              <w:sdtContent>
                <w:r w:rsidR="0069704D" w:rsidRPr="00C174A9">
                  <w:rPr>
                    <w:sz w:val="15"/>
                    <w:szCs w:val="15"/>
                    <w:highlight w:val="yellow"/>
                  </w:rPr>
                  <w:t>&lt;&lt;Seleccione (20)&gt;&gt;</w:t>
                </w:r>
              </w:sdtContent>
            </w:sdt>
            <w:r w:rsidR="0069704D" w:rsidRPr="00C174A9">
              <w:rPr>
                <w:color w:val="1F1F1F"/>
                <w:sz w:val="15"/>
                <w:szCs w:val="15"/>
              </w:rPr>
              <w:t xml:space="preserve"> número </w:t>
            </w:r>
            <w:r w:rsidR="0069704D" w:rsidRPr="00C174A9">
              <w:rPr>
                <w:color w:val="1F1F1F"/>
                <w:sz w:val="15"/>
                <w:szCs w:val="15"/>
                <w:highlight w:val="yellow"/>
              </w:rPr>
              <w:t>(21)</w:t>
            </w:r>
            <w:r w:rsidR="0069704D" w:rsidRPr="00C174A9">
              <w:rPr>
                <w:color w:val="1F1F1F"/>
                <w:sz w:val="15"/>
                <w:szCs w:val="15"/>
              </w:rPr>
              <w:t xml:space="preserve">, expedida por </w:t>
            </w:r>
            <w:sdt>
              <w:sdtPr>
                <w:rPr>
                  <w:sz w:val="15"/>
                  <w:szCs w:val="15"/>
                  <w:highlight w:val="yellow"/>
                </w:rPr>
                <w:alias w:val="&lt;&lt;Seleccione (22)&gt;&gt;"/>
                <w:tag w:val="&lt;&lt;Seleccione (22)&gt;&gt;"/>
                <w:id w:val="-823116020"/>
                <w:dropDownList>
                  <w:listItem w:displayText="&lt;&lt;Seleccione (22)&gt;&gt;" w:value="&lt;&lt;Seleccione (22)&gt;&gt;"/>
                  <w:listItem w:displayText="el Instituto Nacional Electoral" w:value="el Instituto Nacional Electoral"/>
                  <w:listItem w:displayText="la Secretaría de Relaciones Exteriores" w:value="la Secretaría de Relaciones Exteriores"/>
                </w:dropDownList>
              </w:sdtPr>
              <w:sdtContent>
                <w:r w:rsidR="0069704D" w:rsidRPr="00C174A9">
                  <w:rPr>
                    <w:sz w:val="15"/>
                    <w:szCs w:val="15"/>
                    <w:highlight w:val="yellow"/>
                  </w:rPr>
                  <w:t>&lt;&lt;Seleccione (22)&gt;&gt;</w:t>
                </w:r>
              </w:sdtContent>
            </w:sdt>
          </w:p>
        </w:tc>
      </w:tr>
      <w:tr w:rsidR="00405F56" w:rsidRPr="00C174A9" w14:paraId="72C487BE" w14:textId="07D2ECB3" w:rsidTr="00EE78A1">
        <w:trPr>
          <w:cantSplit/>
          <w:trHeight w:val="548"/>
        </w:trPr>
        <w:tc>
          <w:tcPr>
            <w:tcW w:w="1696" w:type="dxa"/>
            <w:shd w:val="clear" w:color="auto" w:fill="BFBFBF" w:themeFill="background1" w:themeFillShade="BF"/>
            <w:tcMar>
              <w:top w:w="80" w:type="dxa"/>
              <w:left w:w="100" w:type="dxa"/>
              <w:bottom w:w="80" w:type="dxa"/>
              <w:right w:w="100" w:type="dxa"/>
            </w:tcMar>
            <w:vAlign w:val="center"/>
          </w:tcPr>
          <w:p w14:paraId="36A0201C" w14:textId="68E0FDD4" w:rsidR="00405F56" w:rsidRPr="00C174A9" w:rsidRDefault="00405F56" w:rsidP="00F16A53">
            <w:pPr>
              <w:spacing w:after="0" w:line="228" w:lineRule="auto"/>
              <w:jc w:val="center"/>
              <w:rPr>
                <w:sz w:val="15"/>
                <w:szCs w:val="15"/>
              </w:rPr>
            </w:pPr>
            <w:r w:rsidRPr="00C174A9">
              <w:rPr>
                <w:b/>
                <w:sz w:val="15"/>
                <w:szCs w:val="15"/>
              </w:rPr>
              <w:t xml:space="preserve">Domicilio para oír y recibir documentos </w:t>
            </w:r>
          </w:p>
        </w:tc>
        <w:tc>
          <w:tcPr>
            <w:tcW w:w="2694" w:type="dxa"/>
            <w:tcBorders>
              <w:right w:val="single" w:sz="4" w:space="0" w:color="auto"/>
            </w:tcBorders>
            <w:tcMar>
              <w:top w:w="80" w:type="dxa"/>
              <w:left w:w="100" w:type="dxa"/>
              <w:bottom w:w="80" w:type="dxa"/>
              <w:right w:w="100" w:type="dxa"/>
            </w:tcMar>
            <w:vAlign w:val="center"/>
          </w:tcPr>
          <w:p w14:paraId="37FCA7F7" w14:textId="4C209083" w:rsidR="00405F56" w:rsidRPr="00C174A9" w:rsidRDefault="00405F56" w:rsidP="00F16A53">
            <w:pPr>
              <w:spacing w:after="0" w:line="228" w:lineRule="auto"/>
              <w:jc w:val="both"/>
              <w:rPr>
                <w:sz w:val="15"/>
                <w:szCs w:val="15"/>
                <w:highlight w:val="yellow"/>
              </w:rPr>
            </w:pPr>
            <w:r w:rsidRPr="00C174A9">
              <w:rPr>
                <w:sz w:val="15"/>
                <w:szCs w:val="15"/>
                <w:highlight w:val="yellow"/>
                <w:shd w:val="clear" w:color="auto" w:fill="FFF2CC"/>
              </w:rPr>
              <w:t>(14)</w:t>
            </w:r>
          </w:p>
        </w:tc>
        <w:tc>
          <w:tcPr>
            <w:tcW w:w="283" w:type="dxa"/>
            <w:tcBorders>
              <w:top w:val="nil"/>
              <w:left w:val="single" w:sz="4" w:space="0" w:color="auto"/>
              <w:bottom w:val="nil"/>
              <w:right w:val="single" w:sz="4" w:space="0" w:color="auto"/>
            </w:tcBorders>
          </w:tcPr>
          <w:p w14:paraId="00DAA271" w14:textId="77777777" w:rsidR="00405F56" w:rsidRPr="00C174A9" w:rsidRDefault="00405F56" w:rsidP="00F16A53">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11EEECF6" w14:textId="26E196FC" w:rsidR="00405F56" w:rsidRPr="00C174A9" w:rsidRDefault="00405F56" w:rsidP="00F16A53">
            <w:pPr>
              <w:spacing w:after="0" w:line="228" w:lineRule="auto"/>
              <w:jc w:val="center"/>
              <w:rPr>
                <w:sz w:val="15"/>
                <w:szCs w:val="15"/>
              </w:rPr>
            </w:pPr>
            <w:r w:rsidRPr="00C174A9">
              <w:rPr>
                <w:b/>
                <w:sz w:val="15"/>
                <w:szCs w:val="15"/>
              </w:rPr>
              <w:t xml:space="preserve">Domicilio para oír y recibir documentos </w:t>
            </w:r>
          </w:p>
        </w:tc>
        <w:tc>
          <w:tcPr>
            <w:tcW w:w="3370" w:type="dxa"/>
            <w:vAlign w:val="center"/>
          </w:tcPr>
          <w:p w14:paraId="41CF5696" w14:textId="12556C56" w:rsidR="00405F56" w:rsidRPr="00C174A9" w:rsidRDefault="00405F56" w:rsidP="00F16A53">
            <w:pPr>
              <w:spacing w:after="0" w:line="228" w:lineRule="auto"/>
              <w:jc w:val="both"/>
              <w:rPr>
                <w:sz w:val="15"/>
                <w:szCs w:val="15"/>
                <w:highlight w:val="yellow"/>
              </w:rPr>
            </w:pPr>
            <w:r w:rsidRPr="00C174A9">
              <w:rPr>
                <w:sz w:val="15"/>
                <w:szCs w:val="15"/>
                <w:highlight w:val="yellow"/>
              </w:rPr>
              <w:t>(23)</w:t>
            </w:r>
          </w:p>
        </w:tc>
      </w:tr>
      <w:tr w:rsidR="007B7934" w:rsidRPr="00C174A9" w14:paraId="62C7642A" w14:textId="4A397DE0" w:rsidTr="00EE78A1">
        <w:trPr>
          <w:cantSplit/>
          <w:trHeight w:val="673"/>
        </w:trPr>
        <w:tc>
          <w:tcPr>
            <w:tcW w:w="1696" w:type="dxa"/>
            <w:shd w:val="clear" w:color="auto" w:fill="BFBFBF" w:themeFill="background1" w:themeFillShade="BF"/>
            <w:tcMar>
              <w:top w:w="80" w:type="dxa"/>
              <w:left w:w="100" w:type="dxa"/>
              <w:bottom w:w="80" w:type="dxa"/>
              <w:right w:w="100" w:type="dxa"/>
            </w:tcMar>
            <w:vAlign w:val="center"/>
          </w:tcPr>
          <w:p w14:paraId="78987C21" w14:textId="06E09146" w:rsidR="007B7934" w:rsidRPr="00C174A9" w:rsidRDefault="007B7934" w:rsidP="007B7934">
            <w:pPr>
              <w:spacing w:after="0" w:line="228" w:lineRule="auto"/>
              <w:jc w:val="center"/>
              <w:rPr>
                <w:sz w:val="15"/>
                <w:szCs w:val="15"/>
              </w:rPr>
            </w:pPr>
            <w:r w:rsidRPr="00C174A9">
              <w:rPr>
                <w:b/>
                <w:sz w:val="15"/>
                <w:szCs w:val="15"/>
              </w:rPr>
              <w:t>Comprobante de domicilio distinto al domicilio laboral</w:t>
            </w:r>
          </w:p>
        </w:tc>
        <w:tc>
          <w:tcPr>
            <w:tcW w:w="2694" w:type="dxa"/>
            <w:tcBorders>
              <w:right w:val="single" w:sz="4" w:space="0" w:color="auto"/>
            </w:tcBorders>
            <w:tcMar>
              <w:top w:w="80" w:type="dxa"/>
              <w:left w:w="100" w:type="dxa"/>
              <w:bottom w:w="80" w:type="dxa"/>
              <w:right w:w="100" w:type="dxa"/>
            </w:tcMar>
            <w:vAlign w:val="center"/>
          </w:tcPr>
          <w:p w14:paraId="0CDF04CA" w14:textId="0A301757" w:rsidR="007B7934" w:rsidRPr="00C174A9" w:rsidRDefault="007B7934" w:rsidP="007B7934">
            <w:pPr>
              <w:spacing w:after="0" w:line="228" w:lineRule="auto"/>
              <w:jc w:val="both"/>
              <w:rPr>
                <w:sz w:val="15"/>
                <w:szCs w:val="15"/>
                <w:highlight w:val="yellow"/>
              </w:rPr>
            </w:pPr>
            <w:r w:rsidRPr="00C174A9">
              <w:rPr>
                <w:sz w:val="15"/>
                <w:szCs w:val="15"/>
                <w:highlight w:val="yellow"/>
                <w:shd w:val="clear" w:color="auto" w:fill="FFF2CC"/>
              </w:rPr>
              <w:t>(15) Tipo, fecha y titular del comprobante</w:t>
            </w:r>
          </w:p>
        </w:tc>
        <w:tc>
          <w:tcPr>
            <w:tcW w:w="283" w:type="dxa"/>
            <w:tcBorders>
              <w:top w:val="nil"/>
              <w:left w:val="single" w:sz="4" w:space="0" w:color="auto"/>
              <w:bottom w:val="nil"/>
              <w:right w:val="single" w:sz="4" w:space="0" w:color="auto"/>
            </w:tcBorders>
          </w:tcPr>
          <w:p w14:paraId="4C70CD05" w14:textId="77777777" w:rsidR="007B7934" w:rsidRPr="00C174A9" w:rsidRDefault="007B7934" w:rsidP="007B7934">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65789F98" w14:textId="4B338D81" w:rsidR="007B7934" w:rsidRPr="00C174A9" w:rsidRDefault="007B7934" w:rsidP="007B7934">
            <w:pPr>
              <w:spacing w:after="0" w:line="228" w:lineRule="auto"/>
              <w:jc w:val="center"/>
              <w:rPr>
                <w:sz w:val="15"/>
                <w:szCs w:val="15"/>
              </w:rPr>
            </w:pPr>
            <w:r w:rsidRPr="00C174A9">
              <w:rPr>
                <w:b/>
                <w:sz w:val="15"/>
                <w:szCs w:val="15"/>
              </w:rPr>
              <w:t>Comprobante de domicilio distinto al domicilio laboral</w:t>
            </w:r>
          </w:p>
        </w:tc>
        <w:tc>
          <w:tcPr>
            <w:tcW w:w="3370" w:type="dxa"/>
            <w:vAlign w:val="center"/>
          </w:tcPr>
          <w:p w14:paraId="1A9EDBDC" w14:textId="157CA865" w:rsidR="007B7934" w:rsidRPr="00C174A9" w:rsidRDefault="007B7934" w:rsidP="007B7934">
            <w:pPr>
              <w:spacing w:after="0" w:line="228" w:lineRule="auto"/>
              <w:jc w:val="both"/>
              <w:rPr>
                <w:sz w:val="15"/>
                <w:szCs w:val="15"/>
                <w:highlight w:val="yellow"/>
              </w:rPr>
            </w:pPr>
            <w:r w:rsidRPr="00C174A9">
              <w:rPr>
                <w:sz w:val="15"/>
                <w:szCs w:val="15"/>
                <w:highlight w:val="yellow"/>
              </w:rPr>
              <w:t>(24) Tipo, fecha y titular del comprobante</w:t>
            </w:r>
          </w:p>
        </w:tc>
      </w:tr>
      <w:tr w:rsidR="0069704D" w:rsidRPr="00C174A9" w14:paraId="1BDDE461" w14:textId="5B654676" w:rsidTr="00EE78A1">
        <w:trPr>
          <w:cantSplit/>
          <w:trHeight w:val="401"/>
        </w:trPr>
        <w:tc>
          <w:tcPr>
            <w:tcW w:w="1696" w:type="dxa"/>
            <w:shd w:val="clear" w:color="auto" w:fill="BFBFBF" w:themeFill="background1" w:themeFillShade="BF"/>
            <w:tcMar>
              <w:top w:w="80" w:type="dxa"/>
              <w:left w:w="100" w:type="dxa"/>
              <w:bottom w:w="80" w:type="dxa"/>
              <w:right w:w="100" w:type="dxa"/>
            </w:tcMar>
            <w:vAlign w:val="center"/>
          </w:tcPr>
          <w:p w14:paraId="165A9499" w14:textId="77777777" w:rsidR="0069704D" w:rsidRPr="00C174A9" w:rsidRDefault="0069704D" w:rsidP="00F16A53">
            <w:pPr>
              <w:spacing w:after="0" w:line="228" w:lineRule="auto"/>
              <w:jc w:val="center"/>
              <w:rPr>
                <w:sz w:val="15"/>
                <w:szCs w:val="15"/>
              </w:rPr>
            </w:pPr>
            <w:r w:rsidRPr="00C174A9">
              <w:rPr>
                <w:b/>
                <w:sz w:val="15"/>
                <w:szCs w:val="15"/>
              </w:rPr>
              <w:t>Persona autorizada para recibir notificaciones</w:t>
            </w:r>
          </w:p>
        </w:tc>
        <w:tc>
          <w:tcPr>
            <w:tcW w:w="2694" w:type="dxa"/>
            <w:tcBorders>
              <w:right w:val="single" w:sz="4" w:space="0" w:color="auto"/>
            </w:tcBorders>
            <w:tcMar>
              <w:top w:w="80" w:type="dxa"/>
              <w:left w:w="100" w:type="dxa"/>
              <w:bottom w:w="80" w:type="dxa"/>
              <w:right w:w="100" w:type="dxa"/>
            </w:tcMar>
            <w:vAlign w:val="center"/>
          </w:tcPr>
          <w:p w14:paraId="2C03764B" w14:textId="1DF66AA8" w:rsidR="0069704D" w:rsidRPr="00C174A9" w:rsidRDefault="0069704D" w:rsidP="00F16A53">
            <w:pPr>
              <w:spacing w:after="0" w:line="228" w:lineRule="auto"/>
              <w:jc w:val="both"/>
              <w:rPr>
                <w:sz w:val="15"/>
                <w:szCs w:val="15"/>
                <w:highlight w:val="yellow"/>
              </w:rPr>
            </w:pPr>
            <w:r w:rsidRPr="00C174A9">
              <w:rPr>
                <w:sz w:val="15"/>
                <w:szCs w:val="15"/>
                <w:highlight w:val="yellow"/>
              </w:rPr>
              <w:t>(16) Nombre completo</w:t>
            </w:r>
          </w:p>
        </w:tc>
        <w:tc>
          <w:tcPr>
            <w:tcW w:w="283" w:type="dxa"/>
            <w:tcBorders>
              <w:top w:val="nil"/>
              <w:left w:val="single" w:sz="4" w:space="0" w:color="auto"/>
              <w:bottom w:val="nil"/>
              <w:right w:val="single" w:sz="4" w:space="0" w:color="auto"/>
            </w:tcBorders>
          </w:tcPr>
          <w:p w14:paraId="3396BE9E" w14:textId="77777777" w:rsidR="0069704D" w:rsidRPr="00C174A9" w:rsidRDefault="0069704D" w:rsidP="00F16A53">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1E42DF7D" w14:textId="3359C1F0" w:rsidR="0069704D" w:rsidRPr="00C174A9" w:rsidRDefault="0069704D" w:rsidP="00F16A53">
            <w:pPr>
              <w:spacing w:after="0" w:line="228" w:lineRule="auto"/>
              <w:jc w:val="center"/>
              <w:rPr>
                <w:sz w:val="15"/>
                <w:szCs w:val="15"/>
              </w:rPr>
            </w:pPr>
            <w:r w:rsidRPr="00C174A9">
              <w:rPr>
                <w:b/>
                <w:sz w:val="15"/>
                <w:szCs w:val="15"/>
              </w:rPr>
              <w:t>Persona autorizada para recibir notificaciones</w:t>
            </w:r>
          </w:p>
        </w:tc>
        <w:tc>
          <w:tcPr>
            <w:tcW w:w="3370" w:type="dxa"/>
            <w:vAlign w:val="center"/>
          </w:tcPr>
          <w:p w14:paraId="574CF7E7" w14:textId="04B4CACF" w:rsidR="0069704D" w:rsidRPr="00C174A9" w:rsidRDefault="0069704D" w:rsidP="00F16A53">
            <w:pPr>
              <w:spacing w:after="0" w:line="228" w:lineRule="auto"/>
              <w:jc w:val="both"/>
              <w:rPr>
                <w:sz w:val="15"/>
                <w:szCs w:val="15"/>
                <w:highlight w:val="yellow"/>
              </w:rPr>
            </w:pPr>
            <w:r w:rsidRPr="00C174A9">
              <w:rPr>
                <w:sz w:val="15"/>
                <w:szCs w:val="15"/>
                <w:highlight w:val="yellow"/>
              </w:rPr>
              <w:t>(25) Nombre completo</w:t>
            </w:r>
          </w:p>
        </w:tc>
      </w:tr>
      <w:tr w:rsidR="0069704D" w:rsidRPr="00C174A9" w14:paraId="72A457CF" w14:textId="3ECF4D5B" w:rsidTr="00EE78A1">
        <w:trPr>
          <w:cantSplit/>
          <w:trHeight w:val="399"/>
        </w:trPr>
        <w:tc>
          <w:tcPr>
            <w:tcW w:w="1696" w:type="dxa"/>
            <w:shd w:val="clear" w:color="auto" w:fill="BFBFBF" w:themeFill="background1" w:themeFillShade="BF"/>
            <w:tcMar>
              <w:top w:w="80" w:type="dxa"/>
              <w:left w:w="100" w:type="dxa"/>
              <w:bottom w:w="80" w:type="dxa"/>
              <w:right w:w="100" w:type="dxa"/>
            </w:tcMar>
            <w:vAlign w:val="center"/>
          </w:tcPr>
          <w:p w14:paraId="2A8F1B81" w14:textId="6664ADC7" w:rsidR="0069704D" w:rsidRPr="00C174A9" w:rsidRDefault="0069704D" w:rsidP="00F16A53">
            <w:pPr>
              <w:spacing w:after="0" w:line="228" w:lineRule="auto"/>
              <w:jc w:val="center"/>
              <w:rPr>
                <w:sz w:val="15"/>
                <w:szCs w:val="15"/>
              </w:rPr>
            </w:pPr>
            <w:r w:rsidRPr="00C174A9">
              <w:rPr>
                <w:b/>
                <w:sz w:val="15"/>
                <w:szCs w:val="15"/>
              </w:rPr>
              <w:t>Correo electrónico de contacto</w:t>
            </w:r>
          </w:p>
        </w:tc>
        <w:tc>
          <w:tcPr>
            <w:tcW w:w="2694" w:type="dxa"/>
            <w:tcBorders>
              <w:right w:val="single" w:sz="4" w:space="0" w:color="auto"/>
            </w:tcBorders>
            <w:tcMar>
              <w:top w:w="80" w:type="dxa"/>
              <w:left w:w="100" w:type="dxa"/>
              <w:bottom w:w="80" w:type="dxa"/>
              <w:right w:w="100" w:type="dxa"/>
            </w:tcMar>
            <w:vAlign w:val="center"/>
          </w:tcPr>
          <w:p w14:paraId="4F1EFB87" w14:textId="5AF2552D" w:rsidR="0069704D" w:rsidRPr="00C174A9" w:rsidRDefault="0069704D" w:rsidP="00F16A53">
            <w:pPr>
              <w:spacing w:after="0" w:line="228" w:lineRule="auto"/>
              <w:jc w:val="both"/>
              <w:rPr>
                <w:sz w:val="15"/>
                <w:szCs w:val="15"/>
                <w:highlight w:val="yellow"/>
              </w:rPr>
            </w:pPr>
            <w:r w:rsidRPr="00C174A9">
              <w:rPr>
                <w:sz w:val="15"/>
                <w:szCs w:val="15"/>
                <w:highlight w:val="yellow"/>
                <w:shd w:val="clear" w:color="auto" w:fill="FFF2CC"/>
              </w:rPr>
              <w:t>(17)</w:t>
            </w:r>
          </w:p>
        </w:tc>
        <w:tc>
          <w:tcPr>
            <w:tcW w:w="283" w:type="dxa"/>
            <w:tcBorders>
              <w:top w:val="nil"/>
              <w:left w:val="single" w:sz="4" w:space="0" w:color="auto"/>
              <w:bottom w:val="nil"/>
              <w:right w:val="single" w:sz="4" w:space="0" w:color="auto"/>
            </w:tcBorders>
          </w:tcPr>
          <w:p w14:paraId="6EC748B2" w14:textId="77777777" w:rsidR="0069704D" w:rsidRPr="00C174A9" w:rsidRDefault="0069704D" w:rsidP="00F16A53">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264212E6" w14:textId="3F6B91DF" w:rsidR="0069704D" w:rsidRPr="00C174A9" w:rsidRDefault="0069704D" w:rsidP="00F16A53">
            <w:pPr>
              <w:spacing w:after="0" w:line="228" w:lineRule="auto"/>
              <w:jc w:val="center"/>
              <w:rPr>
                <w:sz w:val="15"/>
                <w:szCs w:val="15"/>
              </w:rPr>
            </w:pPr>
            <w:r w:rsidRPr="00C174A9">
              <w:rPr>
                <w:b/>
                <w:sz w:val="15"/>
                <w:szCs w:val="15"/>
              </w:rPr>
              <w:t>Correo electrónico de contacto</w:t>
            </w:r>
          </w:p>
        </w:tc>
        <w:tc>
          <w:tcPr>
            <w:tcW w:w="3370" w:type="dxa"/>
            <w:vAlign w:val="center"/>
          </w:tcPr>
          <w:p w14:paraId="31D7803D" w14:textId="46417A6E" w:rsidR="0069704D" w:rsidRPr="00C174A9" w:rsidRDefault="0069704D" w:rsidP="00F16A53">
            <w:pPr>
              <w:spacing w:after="0" w:line="228" w:lineRule="auto"/>
              <w:jc w:val="both"/>
              <w:rPr>
                <w:sz w:val="15"/>
                <w:szCs w:val="15"/>
                <w:highlight w:val="yellow"/>
              </w:rPr>
            </w:pPr>
            <w:r w:rsidRPr="00C174A9">
              <w:rPr>
                <w:color w:val="000000"/>
                <w:sz w:val="15"/>
                <w:szCs w:val="15"/>
                <w:highlight w:val="yellow"/>
                <w:shd w:val="clear" w:color="auto" w:fill="FFF2CC"/>
              </w:rPr>
              <w:t>(26)</w:t>
            </w:r>
          </w:p>
        </w:tc>
      </w:tr>
      <w:tr w:rsidR="00BE109B" w:rsidRPr="00C174A9" w14:paraId="71E14D61" w14:textId="77777777" w:rsidTr="00EE78A1">
        <w:trPr>
          <w:cantSplit/>
          <w:trHeight w:val="650"/>
        </w:trPr>
        <w:tc>
          <w:tcPr>
            <w:tcW w:w="1696" w:type="dxa"/>
            <w:shd w:val="clear" w:color="auto" w:fill="BFBFBF" w:themeFill="background1" w:themeFillShade="BF"/>
            <w:tcMar>
              <w:top w:w="80" w:type="dxa"/>
              <w:left w:w="100" w:type="dxa"/>
              <w:bottom w:w="80" w:type="dxa"/>
              <w:right w:w="100" w:type="dxa"/>
            </w:tcMar>
            <w:vAlign w:val="center"/>
          </w:tcPr>
          <w:p w14:paraId="6D703076" w14:textId="3242C0C9" w:rsidR="00BE109B" w:rsidRPr="00C174A9" w:rsidRDefault="00BE109B" w:rsidP="00BE109B">
            <w:pPr>
              <w:spacing w:after="0" w:line="228" w:lineRule="auto"/>
              <w:jc w:val="center"/>
              <w:rPr>
                <w:b/>
                <w:sz w:val="15"/>
                <w:szCs w:val="15"/>
              </w:rPr>
            </w:pPr>
            <w:r w:rsidRPr="00C174A9">
              <w:rPr>
                <w:b/>
                <w:sz w:val="15"/>
                <w:szCs w:val="15"/>
              </w:rPr>
              <w:t>Documento que acredita separación</w:t>
            </w:r>
          </w:p>
        </w:tc>
        <w:tc>
          <w:tcPr>
            <w:tcW w:w="2694" w:type="dxa"/>
            <w:tcBorders>
              <w:right w:val="single" w:sz="4" w:space="0" w:color="auto"/>
            </w:tcBorders>
            <w:tcMar>
              <w:top w:w="80" w:type="dxa"/>
              <w:left w:w="100" w:type="dxa"/>
              <w:bottom w:w="80" w:type="dxa"/>
              <w:right w:w="100" w:type="dxa"/>
            </w:tcMar>
            <w:vAlign w:val="center"/>
          </w:tcPr>
          <w:p w14:paraId="0400005A" w14:textId="45EAB08B" w:rsidR="00BE109B" w:rsidRPr="00C174A9" w:rsidRDefault="00BE109B" w:rsidP="00BE109B">
            <w:pPr>
              <w:spacing w:after="0" w:line="228" w:lineRule="auto"/>
              <w:jc w:val="both"/>
              <w:rPr>
                <w:sz w:val="15"/>
                <w:szCs w:val="15"/>
                <w:highlight w:val="yellow"/>
              </w:rPr>
            </w:pPr>
            <w:r w:rsidRPr="00C174A9">
              <w:rPr>
                <w:sz w:val="15"/>
                <w:szCs w:val="15"/>
                <w:highlight w:val="yellow"/>
              </w:rPr>
              <w:t>(18) Tipo, número, fecha y autoridad emisora</w:t>
            </w:r>
          </w:p>
        </w:tc>
        <w:tc>
          <w:tcPr>
            <w:tcW w:w="283" w:type="dxa"/>
            <w:tcBorders>
              <w:top w:val="nil"/>
              <w:left w:val="single" w:sz="4" w:space="0" w:color="auto"/>
              <w:bottom w:val="nil"/>
              <w:right w:val="single" w:sz="4" w:space="0" w:color="auto"/>
            </w:tcBorders>
          </w:tcPr>
          <w:p w14:paraId="0F1A3C50" w14:textId="77777777" w:rsidR="00BE109B" w:rsidRPr="00C174A9" w:rsidRDefault="00BE109B" w:rsidP="00BE109B">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7C8884B4" w14:textId="1630E0A5" w:rsidR="00BE109B" w:rsidRPr="00C174A9" w:rsidRDefault="00BE109B" w:rsidP="00BE109B">
            <w:pPr>
              <w:spacing w:after="0" w:line="228" w:lineRule="auto"/>
              <w:jc w:val="center"/>
              <w:rPr>
                <w:rFonts w:cs="Arial"/>
                <w:b/>
                <w:bCs/>
                <w:sz w:val="14"/>
                <w:szCs w:val="14"/>
              </w:rPr>
            </w:pPr>
            <w:r w:rsidRPr="00C174A9">
              <w:rPr>
                <w:rFonts w:cs="Arial"/>
                <w:b/>
                <w:bCs/>
                <w:sz w:val="14"/>
                <w:szCs w:val="14"/>
              </w:rPr>
              <w:t xml:space="preserve">Documento que acredita </w:t>
            </w:r>
            <w:r w:rsidR="00F626A9" w:rsidRPr="00C174A9">
              <w:rPr>
                <w:rFonts w:cs="Arial"/>
                <w:b/>
                <w:bCs/>
                <w:sz w:val="14"/>
                <w:szCs w:val="14"/>
              </w:rPr>
              <w:t>el cargo actual de quien recibe</w:t>
            </w:r>
          </w:p>
        </w:tc>
        <w:tc>
          <w:tcPr>
            <w:tcW w:w="3370" w:type="dxa"/>
            <w:vAlign w:val="center"/>
          </w:tcPr>
          <w:p w14:paraId="1C57DDB6" w14:textId="3D5ED48E" w:rsidR="00BE109B" w:rsidRPr="00C174A9" w:rsidRDefault="00BE109B" w:rsidP="00BE109B">
            <w:pPr>
              <w:spacing w:after="0" w:line="228" w:lineRule="auto"/>
              <w:jc w:val="both"/>
              <w:rPr>
                <w:sz w:val="15"/>
                <w:szCs w:val="15"/>
                <w:highlight w:val="yellow"/>
              </w:rPr>
            </w:pPr>
            <w:r w:rsidRPr="00C174A9">
              <w:rPr>
                <w:sz w:val="15"/>
                <w:szCs w:val="15"/>
                <w:highlight w:val="yellow"/>
              </w:rPr>
              <w:t>(27) Tipo, número, fecha y autoridad emisora</w:t>
            </w:r>
          </w:p>
        </w:tc>
      </w:tr>
      <w:tr w:rsidR="00BE109B" w:rsidRPr="00C174A9" w14:paraId="373FD8C1" w14:textId="77777777" w:rsidTr="00EE78A1">
        <w:trPr>
          <w:cantSplit/>
          <w:trHeight w:val="607"/>
        </w:trPr>
        <w:tc>
          <w:tcPr>
            <w:tcW w:w="4390" w:type="dxa"/>
            <w:gridSpan w:val="2"/>
            <w:vMerge w:val="restart"/>
            <w:tcBorders>
              <w:right w:val="single" w:sz="4" w:space="0" w:color="auto"/>
            </w:tcBorders>
            <w:tcMar>
              <w:top w:w="80" w:type="dxa"/>
              <w:left w:w="100" w:type="dxa"/>
              <w:bottom w:w="80" w:type="dxa"/>
              <w:right w:w="100" w:type="dxa"/>
            </w:tcMar>
            <w:vAlign w:val="center"/>
          </w:tcPr>
          <w:p w14:paraId="15BA5520" w14:textId="5A17A164" w:rsidR="00BE109B" w:rsidRPr="00C174A9" w:rsidRDefault="00BE109B" w:rsidP="00BE109B">
            <w:pPr>
              <w:spacing w:after="0" w:line="228" w:lineRule="auto"/>
              <w:jc w:val="both"/>
              <w:rPr>
                <w:sz w:val="15"/>
                <w:szCs w:val="15"/>
                <w:highlight w:val="yellow"/>
              </w:rPr>
            </w:pPr>
            <w:r w:rsidRPr="00C174A9">
              <w:rPr>
                <w:color w:val="1F1F1F"/>
                <w:spacing w:val="-2"/>
                <w:sz w:val="15"/>
                <w:szCs w:val="15"/>
              </w:rPr>
              <w:t>La PERSONA SALIENTE manifiesta que la información, documentación, recursos y asuntos identificados corresponden a los elementos que estuvieron bajo su administración, resguardo, custodia o responsabilidad; que conoce el contenido del presente formato; y que la entrega no la excluye de las responsabilidades que pudieran derivarse de actos u omisiones sobre su gestión.</w:t>
            </w:r>
            <w:r w:rsidR="00EE78A1" w:rsidRPr="00C174A9">
              <w:rPr>
                <w:color w:val="1F1F1F"/>
                <w:spacing w:val="-2"/>
                <w:sz w:val="15"/>
                <w:szCs w:val="15"/>
              </w:rPr>
              <w:t xml:space="preserve"> </w:t>
            </w:r>
          </w:p>
        </w:tc>
        <w:tc>
          <w:tcPr>
            <w:tcW w:w="283" w:type="dxa"/>
            <w:tcBorders>
              <w:top w:val="nil"/>
              <w:left w:val="single" w:sz="4" w:space="0" w:color="auto"/>
              <w:bottom w:val="nil"/>
              <w:right w:val="single" w:sz="4" w:space="0" w:color="auto"/>
            </w:tcBorders>
          </w:tcPr>
          <w:p w14:paraId="28607C6D" w14:textId="77777777" w:rsidR="00BE109B" w:rsidRPr="00C174A9" w:rsidRDefault="00BE109B" w:rsidP="00BE109B">
            <w:pPr>
              <w:spacing w:after="0" w:line="228" w:lineRule="auto"/>
              <w:rPr>
                <w:sz w:val="15"/>
                <w:szCs w:val="15"/>
              </w:rPr>
            </w:pPr>
          </w:p>
        </w:tc>
        <w:tc>
          <w:tcPr>
            <w:tcW w:w="1985" w:type="dxa"/>
            <w:tcBorders>
              <w:left w:val="single" w:sz="4" w:space="0" w:color="auto"/>
            </w:tcBorders>
            <w:shd w:val="clear" w:color="auto" w:fill="BFBFBF" w:themeFill="background1" w:themeFillShade="BF"/>
            <w:vAlign w:val="center"/>
          </w:tcPr>
          <w:p w14:paraId="1892263C" w14:textId="6524094C" w:rsidR="00BE109B" w:rsidRPr="00C174A9" w:rsidRDefault="00F626A9" w:rsidP="00EE78A1">
            <w:pPr>
              <w:spacing w:after="0" w:line="228" w:lineRule="auto"/>
              <w:jc w:val="center"/>
              <w:rPr>
                <w:rFonts w:cs="Arial"/>
                <w:b/>
                <w:bCs/>
                <w:sz w:val="14"/>
                <w:szCs w:val="14"/>
              </w:rPr>
            </w:pPr>
            <w:r w:rsidRPr="00C174A9">
              <w:rPr>
                <w:rFonts w:cs="Arial"/>
                <w:b/>
                <w:bCs/>
                <w:sz w:val="14"/>
                <w:szCs w:val="14"/>
              </w:rPr>
              <w:t>Oficio de determinación; o, si recibe Presidencia, fundamento reglamentario aplicable</w:t>
            </w:r>
          </w:p>
        </w:tc>
        <w:tc>
          <w:tcPr>
            <w:tcW w:w="3370" w:type="dxa"/>
            <w:vAlign w:val="center"/>
          </w:tcPr>
          <w:p w14:paraId="39D18DF6" w14:textId="65EE7D65" w:rsidR="00BE109B" w:rsidRPr="00C174A9" w:rsidRDefault="00BE109B" w:rsidP="00BE109B">
            <w:pPr>
              <w:spacing w:after="0" w:line="228" w:lineRule="auto"/>
              <w:jc w:val="both"/>
              <w:rPr>
                <w:sz w:val="15"/>
                <w:szCs w:val="15"/>
                <w:highlight w:val="yellow"/>
              </w:rPr>
            </w:pPr>
            <w:r w:rsidRPr="00C174A9">
              <w:rPr>
                <w:sz w:val="15"/>
                <w:szCs w:val="15"/>
                <w:highlight w:val="yellow"/>
              </w:rPr>
              <w:t>(27.1) Tipo, número o clave, fecha y autoridad emisora; o fundamento reglamentario aplicable</w:t>
            </w:r>
          </w:p>
        </w:tc>
      </w:tr>
      <w:tr w:rsidR="00BE109B" w:rsidRPr="00C174A9" w14:paraId="072D66B2" w14:textId="77777777" w:rsidTr="00EE78A1">
        <w:trPr>
          <w:cantSplit/>
          <w:trHeight w:val="778"/>
        </w:trPr>
        <w:tc>
          <w:tcPr>
            <w:tcW w:w="4390" w:type="dxa"/>
            <w:gridSpan w:val="2"/>
            <w:vMerge/>
            <w:tcBorders>
              <w:right w:val="single" w:sz="4" w:space="0" w:color="auto"/>
            </w:tcBorders>
            <w:tcMar>
              <w:top w:w="80" w:type="dxa"/>
              <w:left w:w="100" w:type="dxa"/>
              <w:bottom w:w="80" w:type="dxa"/>
              <w:right w:w="100" w:type="dxa"/>
            </w:tcMar>
            <w:vAlign w:val="center"/>
          </w:tcPr>
          <w:p w14:paraId="00CBE266" w14:textId="13F286C4" w:rsidR="00BE109B" w:rsidRPr="00C174A9" w:rsidRDefault="00BE109B" w:rsidP="00BE109B">
            <w:pPr>
              <w:spacing w:after="0" w:line="228" w:lineRule="auto"/>
              <w:jc w:val="both"/>
              <w:rPr>
                <w:spacing w:val="-2"/>
                <w:sz w:val="15"/>
                <w:szCs w:val="15"/>
                <w:highlight w:val="yellow"/>
              </w:rPr>
            </w:pPr>
          </w:p>
        </w:tc>
        <w:tc>
          <w:tcPr>
            <w:tcW w:w="283" w:type="dxa"/>
            <w:tcBorders>
              <w:top w:val="nil"/>
              <w:left w:val="single" w:sz="4" w:space="0" w:color="auto"/>
              <w:bottom w:val="nil"/>
              <w:right w:val="single" w:sz="4" w:space="0" w:color="auto"/>
            </w:tcBorders>
          </w:tcPr>
          <w:p w14:paraId="28B9042D" w14:textId="77777777" w:rsidR="00BE109B" w:rsidRPr="00C174A9" w:rsidRDefault="00BE109B" w:rsidP="00BE109B">
            <w:pPr>
              <w:spacing w:after="0" w:line="228" w:lineRule="auto"/>
              <w:rPr>
                <w:spacing w:val="-2"/>
                <w:sz w:val="15"/>
                <w:szCs w:val="15"/>
              </w:rPr>
            </w:pPr>
          </w:p>
        </w:tc>
        <w:tc>
          <w:tcPr>
            <w:tcW w:w="5355" w:type="dxa"/>
            <w:gridSpan w:val="2"/>
            <w:tcBorders>
              <w:left w:val="single" w:sz="4" w:space="0" w:color="auto"/>
            </w:tcBorders>
            <w:vAlign w:val="center"/>
          </w:tcPr>
          <w:p w14:paraId="71BD20EE" w14:textId="77777777" w:rsidR="00BE109B" w:rsidRPr="00C174A9" w:rsidRDefault="00EE78A1" w:rsidP="00BE109B">
            <w:pPr>
              <w:spacing w:after="0" w:line="228" w:lineRule="auto"/>
              <w:jc w:val="both"/>
              <w:rPr>
                <w:color w:val="1F1F1F"/>
                <w:spacing w:val="-3"/>
                <w:sz w:val="15"/>
                <w:szCs w:val="15"/>
              </w:rPr>
            </w:pPr>
            <w:r w:rsidRPr="00C174A9">
              <w:rPr>
                <w:color w:val="1F1F1F"/>
                <w:spacing w:val="-3"/>
                <w:sz w:val="15"/>
                <w:szCs w:val="15"/>
              </w:rPr>
              <w:t>La PERSONA QUE RECIBE, recibe temporalmente los elementos identificados y tiene conocimiento de que la información objeto de la presente entrega no es susceptible de ser verificada por ella; y que deberá conservar en el mismo estado en que le fueron entregados el despacho, los recursos asignados, los documentos y la información inherentes al empleo, cargo o comisión.</w:t>
            </w:r>
          </w:p>
          <w:p w14:paraId="7EC48067" w14:textId="77777777" w:rsidR="00EE78A1" w:rsidRPr="00C174A9" w:rsidRDefault="00EE78A1" w:rsidP="00BE109B">
            <w:pPr>
              <w:spacing w:after="0" w:line="228" w:lineRule="auto"/>
              <w:jc w:val="both"/>
              <w:rPr>
                <w:color w:val="1F1F1F"/>
                <w:spacing w:val="-3"/>
                <w:sz w:val="15"/>
                <w:szCs w:val="15"/>
              </w:rPr>
            </w:pPr>
          </w:p>
          <w:p w14:paraId="09291A80" w14:textId="77777777" w:rsidR="00EE78A1" w:rsidRPr="00C174A9" w:rsidRDefault="00EE78A1" w:rsidP="00BE109B">
            <w:pPr>
              <w:spacing w:after="0" w:line="228" w:lineRule="auto"/>
              <w:jc w:val="both"/>
              <w:rPr>
                <w:spacing w:val="-3"/>
                <w:sz w:val="15"/>
                <w:szCs w:val="15"/>
                <w:highlight w:val="yellow"/>
              </w:rPr>
            </w:pPr>
            <w:r w:rsidRPr="00C174A9">
              <w:rPr>
                <w:spacing w:val="-3"/>
                <w:sz w:val="15"/>
                <w:szCs w:val="15"/>
                <w:highlight w:val="yellow"/>
              </w:rPr>
              <w:t>[</w:t>
            </w:r>
            <w:r w:rsidRPr="00C174A9">
              <w:rPr>
                <w:color w:val="EE0000"/>
                <w:spacing w:val="-3"/>
                <w:sz w:val="15"/>
                <w:szCs w:val="15"/>
                <w:highlight w:val="yellow"/>
              </w:rPr>
              <w:t>Cuando exista persona titular de la unidad de adscripción, conserve:]</w:t>
            </w:r>
            <w:r w:rsidRPr="00C174A9">
              <w:rPr>
                <w:spacing w:val="-3"/>
                <w:sz w:val="15"/>
                <w:szCs w:val="15"/>
                <w:highlight w:val="yellow"/>
              </w:rPr>
              <w:t xml:space="preserve"> Asimismo, deberá informar a la persona titular de la unidad de adscripción, a más tardar el día hábil siguiente al de la celebración de la entrega y recepción, acerca del estado que guardan los programas, proyectos, asuntos pendientes y acciones recibidos.</w:t>
            </w:r>
          </w:p>
          <w:p w14:paraId="1E8807CF" w14:textId="77777777" w:rsidR="00EE78A1" w:rsidRPr="00C174A9" w:rsidRDefault="00EE78A1" w:rsidP="00BE109B">
            <w:pPr>
              <w:spacing w:after="0" w:line="228" w:lineRule="auto"/>
              <w:jc w:val="both"/>
              <w:rPr>
                <w:color w:val="EE0000"/>
                <w:spacing w:val="-3"/>
                <w:sz w:val="15"/>
                <w:szCs w:val="15"/>
                <w:highlight w:val="yellow"/>
              </w:rPr>
            </w:pPr>
          </w:p>
          <w:p w14:paraId="62DE59F1" w14:textId="3510C311" w:rsidR="00EE78A1" w:rsidRPr="00C174A9" w:rsidRDefault="00EE78A1" w:rsidP="00BE109B">
            <w:pPr>
              <w:spacing w:after="0" w:line="228" w:lineRule="auto"/>
              <w:jc w:val="both"/>
              <w:rPr>
                <w:spacing w:val="-2"/>
                <w:sz w:val="15"/>
                <w:szCs w:val="15"/>
                <w:highlight w:val="yellow"/>
              </w:rPr>
            </w:pPr>
            <w:r w:rsidRPr="00C174A9">
              <w:rPr>
                <w:color w:val="EE0000"/>
                <w:spacing w:val="-3"/>
                <w:sz w:val="15"/>
                <w:szCs w:val="15"/>
                <w:highlight w:val="yellow"/>
              </w:rPr>
              <w:t xml:space="preserve">[Cuando la recepción corresponda al supuesto previsto en el artículo 38, tercer párrafo, conserve:] </w:t>
            </w:r>
            <w:r w:rsidRPr="00C174A9">
              <w:rPr>
                <w:spacing w:val="-3"/>
                <w:sz w:val="15"/>
                <w:szCs w:val="15"/>
                <w:highlight w:val="yellow"/>
              </w:rPr>
              <w:t>Se hace constar que, al momento de la recepción temporal, la unidad de adscripción carece de persona titular y de persona encargada del despacho, por lo que no existe la persona titular a quien deba rendirse el informe previsto en el artículo 45, segundo párrafo, del Reglamento.</w:t>
            </w:r>
          </w:p>
        </w:tc>
      </w:tr>
    </w:tbl>
    <w:p w14:paraId="03B7FD71" w14:textId="77777777" w:rsidR="0083203A" w:rsidRPr="00C174A9" w:rsidRDefault="0083203A" w:rsidP="00F16A53">
      <w:pPr>
        <w:spacing w:after="0" w:line="228" w:lineRule="auto"/>
        <w:rPr>
          <w:sz w:val="15"/>
          <w:szCs w:val="15"/>
        </w:rPr>
      </w:pPr>
    </w:p>
    <w:tbl>
      <w:tblPr>
        <w:tblStyle w:val="Tablaconcuadrcula"/>
        <w:tblW w:w="10033" w:type="dxa"/>
        <w:tblLayout w:type="fixed"/>
        <w:tblLook w:val="04A0" w:firstRow="1" w:lastRow="0" w:firstColumn="1" w:lastColumn="0" w:noHBand="0" w:noVBand="1"/>
      </w:tblPr>
      <w:tblGrid>
        <w:gridCol w:w="514"/>
        <w:gridCol w:w="5010"/>
        <w:gridCol w:w="4509"/>
      </w:tblGrid>
      <w:tr w:rsidR="00205B3B" w:rsidRPr="00C174A9" w14:paraId="1C57C7A4" w14:textId="77777777" w:rsidTr="00F16A53">
        <w:trPr>
          <w:cantSplit/>
          <w:trHeight w:val="20"/>
          <w:tblHeader/>
        </w:trPr>
        <w:tc>
          <w:tcPr>
            <w:tcW w:w="10033" w:type="dxa"/>
            <w:gridSpan w:val="3"/>
            <w:tcBorders>
              <w:bottom w:val="nil"/>
            </w:tcBorders>
            <w:shd w:val="clear" w:color="auto" w:fill="000000" w:themeFill="text1"/>
            <w:tcMar>
              <w:top w:w="80" w:type="dxa"/>
              <w:left w:w="100" w:type="dxa"/>
              <w:bottom w:w="80" w:type="dxa"/>
              <w:right w:w="100" w:type="dxa"/>
            </w:tcMar>
            <w:vAlign w:val="center"/>
          </w:tcPr>
          <w:p w14:paraId="57B3808F" w14:textId="044A25C9" w:rsidR="00205B3B" w:rsidRPr="00C174A9" w:rsidRDefault="00205B3B" w:rsidP="00F16A53">
            <w:pPr>
              <w:spacing w:after="0" w:line="228" w:lineRule="auto"/>
              <w:rPr>
                <w:b/>
                <w:color w:val="FFFFFF"/>
                <w:sz w:val="15"/>
                <w:szCs w:val="15"/>
              </w:rPr>
            </w:pPr>
            <w:r w:rsidRPr="00C174A9">
              <w:rPr>
                <w:b/>
                <w:color w:val="FFFFFF"/>
                <w:sz w:val="15"/>
                <w:szCs w:val="15"/>
              </w:rPr>
              <w:lastRenderedPageBreak/>
              <w:t>3. Manifestaciones bajo protesta de decir verdad</w:t>
            </w:r>
            <w:r w:rsidR="00926103" w:rsidRPr="00C174A9">
              <w:rPr>
                <w:b/>
                <w:color w:val="FFFFFF"/>
                <w:sz w:val="15"/>
                <w:szCs w:val="15"/>
              </w:rPr>
              <w:t xml:space="preserve"> de la persona saliente</w:t>
            </w:r>
          </w:p>
        </w:tc>
      </w:tr>
      <w:tr w:rsidR="00205B3B" w:rsidRPr="00C174A9" w14:paraId="7D970CD8" w14:textId="77777777" w:rsidTr="00F16A53">
        <w:trPr>
          <w:cantSplit/>
          <w:trHeight w:val="20"/>
          <w:tblHeader/>
        </w:trPr>
        <w:tc>
          <w:tcPr>
            <w:tcW w:w="10033" w:type="dxa"/>
            <w:gridSpan w:val="3"/>
            <w:tcBorders>
              <w:top w:val="nil"/>
              <w:left w:val="nil"/>
              <w:bottom w:val="single" w:sz="4" w:space="0" w:color="auto"/>
              <w:right w:val="nil"/>
            </w:tcBorders>
            <w:tcMar>
              <w:top w:w="80" w:type="dxa"/>
              <w:left w:w="100" w:type="dxa"/>
              <w:bottom w:w="80" w:type="dxa"/>
              <w:right w:w="100" w:type="dxa"/>
            </w:tcMar>
            <w:vAlign w:val="center"/>
          </w:tcPr>
          <w:p w14:paraId="7D8F4D57" w14:textId="7649CA1F" w:rsidR="00205B3B" w:rsidRPr="00C174A9" w:rsidRDefault="001E704F" w:rsidP="00F16A53">
            <w:pPr>
              <w:spacing w:after="0" w:line="228" w:lineRule="auto"/>
              <w:jc w:val="both"/>
              <w:rPr>
                <w:b/>
                <w:sz w:val="15"/>
                <w:szCs w:val="15"/>
              </w:rPr>
            </w:pPr>
            <w:r w:rsidRPr="00C174A9">
              <w:rPr>
                <w:sz w:val="15"/>
                <w:szCs w:val="15"/>
              </w:rPr>
              <w:t>La PERSONA SALIENTE, bajo protesta de decir verdad, manifiesta lo siguiente y relaciona, cuando corresponda, la información, documentación, recursos y asuntos que integran la entrega temporal:</w:t>
            </w:r>
          </w:p>
        </w:tc>
      </w:tr>
      <w:tr w:rsidR="00B616E2" w:rsidRPr="00C174A9" w14:paraId="6B504B73" w14:textId="77777777" w:rsidTr="00B616E2">
        <w:trPr>
          <w:cantSplit/>
          <w:trHeight w:val="20"/>
          <w:tblHeader/>
        </w:trPr>
        <w:tc>
          <w:tcPr>
            <w:tcW w:w="514"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A142CDC" w14:textId="77777777" w:rsidR="00B616E2" w:rsidRPr="00C174A9" w:rsidRDefault="00B616E2" w:rsidP="00F16A53">
            <w:pPr>
              <w:spacing w:after="0" w:line="228" w:lineRule="auto"/>
              <w:jc w:val="center"/>
              <w:rPr>
                <w:sz w:val="15"/>
                <w:szCs w:val="15"/>
              </w:rPr>
            </w:pPr>
            <w:r w:rsidRPr="00C174A9">
              <w:rPr>
                <w:b/>
                <w:sz w:val="15"/>
                <w:szCs w:val="15"/>
              </w:rPr>
              <w:t>No.</w:t>
            </w:r>
          </w:p>
        </w:tc>
        <w:tc>
          <w:tcPr>
            <w:tcW w:w="5010"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309CEE3" w14:textId="77777777" w:rsidR="00B616E2" w:rsidRPr="00C174A9" w:rsidRDefault="00B616E2" w:rsidP="00F16A53">
            <w:pPr>
              <w:spacing w:after="0" w:line="228" w:lineRule="auto"/>
              <w:jc w:val="center"/>
              <w:rPr>
                <w:sz w:val="15"/>
                <w:szCs w:val="15"/>
              </w:rPr>
            </w:pPr>
            <w:r w:rsidRPr="00C174A9">
              <w:rPr>
                <w:b/>
                <w:sz w:val="15"/>
                <w:szCs w:val="15"/>
              </w:rPr>
              <w:t>Manifestación prevista en el artículo 39</w:t>
            </w:r>
          </w:p>
        </w:tc>
        <w:tc>
          <w:tcPr>
            <w:tcW w:w="4509"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6F0D4656" w14:textId="7D365F6B" w:rsidR="00B616E2" w:rsidRPr="00C174A9" w:rsidRDefault="00B616E2" w:rsidP="00F16A53">
            <w:pPr>
              <w:spacing w:after="0" w:line="228" w:lineRule="auto"/>
              <w:jc w:val="center"/>
              <w:rPr>
                <w:sz w:val="15"/>
                <w:szCs w:val="15"/>
              </w:rPr>
            </w:pPr>
            <w:r w:rsidRPr="00C174A9">
              <w:rPr>
                <w:b/>
                <w:sz w:val="15"/>
                <w:szCs w:val="15"/>
              </w:rPr>
              <w:t>Selección</w:t>
            </w:r>
          </w:p>
        </w:tc>
      </w:tr>
      <w:tr w:rsidR="00B616E2" w:rsidRPr="00C174A9" w14:paraId="6D70AAC4" w14:textId="77777777" w:rsidTr="00B616E2">
        <w:trPr>
          <w:cantSplit/>
          <w:trHeight w:val="20"/>
        </w:trPr>
        <w:tc>
          <w:tcPr>
            <w:tcW w:w="514" w:type="dxa"/>
            <w:tcMar>
              <w:top w:w="80" w:type="dxa"/>
              <w:left w:w="100" w:type="dxa"/>
              <w:bottom w:w="80" w:type="dxa"/>
              <w:right w:w="100" w:type="dxa"/>
            </w:tcMar>
            <w:vAlign w:val="center"/>
          </w:tcPr>
          <w:p w14:paraId="026B5E83" w14:textId="77777777" w:rsidR="00B616E2" w:rsidRPr="00C174A9" w:rsidRDefault="00B616E2" w:rsidP="00F16A53">
            <w:pPr>
              <w:spacing w:after="0" w:line="228" w:lineRule="auto"/>
              <w:jc w:val="center"/>
              <w:rPr>
                <w:sz w:val="15"/>
                <w:szCs w:val="15"/>
              </w:rPr>
            </w:pPr>
            <w:r w:rsidRPr="00C174A9">
              <w:rPr>
                <w:b/>
                <w:sz w:val="15"/>
                <w:szCs w:val="15"/>
              </w:rPr>
              <w:t>I</w:t>
            </w:r>
          </w:p>
        </w:tc>
        <w:tc>
          <w:tcPr>
            <w:tcW w:w="5010" w:type="dxa"/>
            <w:tcMar>
              <w:top w:w="80" w:type="dxa"/>
              <w:left w:w="100" w:type="dxa"/>
              <w:bottom w:w="80" w:type="dxa"/>
              <w:right w:w="100" w:type="dxa"/>
            </w:tcMar>
            <w:vAlign w:val="center"/>
          </w:tcPr>
          <w:p w14:paraId="6C157212" w14:textId="77777777" w:rsidR="00B616E2" w:rsidRPr="00C174A9" w:rsidRDefault="00B616E2" w:rsidP="00F16A53">
            <w:pPr>
              <w:spacing w:after="0" w:line="228" w:lineRule="auto"/>
              <w:jc w:val="both"/>
              <w:rPr>
                <w:sz w:val="15"/>
                <w:szCs w:val="15"/>
              </w:rPr>
            </w:pPr>
            <w:r w:rsidRPr="00C174A9">
              <w:rPr>
                <w:sz w:val="15"/>
                <w:szCs w:val="15"/>
              </w:rPr>
              <w:t>Información y documentación generada en ejercicio de las funciones del empleo, cargo o comisión.</w:t>
            </w:r>
          </w:p>
        </w:tc>
        <w:tc>
          <w:tcPr>
            <w:tcW w:w="4509" w:type="dxa"/>
            <w:tcMar>
              <w:top w:w="80" w:type="dxa"/>
              <w:left w:w="100" w:type="dxa"/>
              <w:bottom w:w="80" w:type="dxa"/>
              <w:right w:w="100" w:type="dxa"/>
            </w:tcMar>
            <w:vAlign w:val="center"/>
          </w:tcPr>
          <w:p w14:paraId="043B2E6C" w14:textId="3C0D9BF9" w:rsidR="00B616E2" w:rsidRPr="00C174A9" w:rsidRDefault="00000000" w:rsidP="00F16A53">
            <w:pPr>
              <w:spacing w:after="0" w:line="228" w:lineRule="auto"/>
              <w:jc w:val="both"/>
              <w:rPr>
                <w:sz w:val="15"/>
                <w:szCs w:val="15"/>
                <w:highlight w:val="yellow"/>
              </w:rPr>
            </w:pPr>
            <w:sdt>
              <w:sdtPr>
                <w:rPr>
                  <w:sz w:val="15"/>
                  <w:szCs w:val="15"/>
                  <w:highlight w:val="yellow"/>
                </w:rPr>
                <w:alias w:val="&lt;&lt;Seleccione (28)&gt;&gt;"/>
                <w:tag w:val="&lt;&lt;Seleccione (28)&gt;&gt;"/>
                <w:id w:val="427705155"/>
                <w:dropDownList>
                  <w:listItem w:displayText="&lt;&lt;Seleccione (28)&gt;&gt;" w:value="&lt;&lt;Seleccione (28)&gt;&gt;"/>
                  <w:listItem w:displayText="No existe información ni documentación generada" w:value="No existe información ni documentación generada"/>
                  <w:listItem w:displayText="Sí existe y se describe la relación de archivos y su localización" w:value="Sí existe y se describe la relación de archivos y su localización"/>
                </w:dropDownList>
              </w:sdtPr>
              <w:sdtContent>
                <w:r w:rsidR="00B616E2" w:rsidRPr="00C174A9">
                  <w:rPr>
                    <w:sz w:val="15"/>
                    <w:szCs w:val="15"/>
                    <w:highlight w:val="yellow"/>
                  </w:rPr>
                  <w:t>&lt;&lt;Seleccione (28)&gt;&gt;</w:t>
                </w:r>
              </w:sdtContent>
            </w:sdt>
          </w:p>
        </w:tc>
      </w:tr>
      <w:tr w:rsidR="00B616E2" w:rsidRPr="00C174A9" w14:paraId="0C044A3B" w14:textId="77777777" w:rsidTr="00B616E2">
        <w:trPr>
          <w:cantSplit/>
          <w:trHeight w:val="20"/>
        </w:trPr>
        <w:tc>
          <w:tcPr>
            <w:tcW w:w="514" w:type="dxa"/>
            <w:tcMar>
              <w:top w:w="80" w:type="dxa"/>
              <w:left w:w="100" w:type="dxa"/>
              <w:bottom w:w="80" w:type="dxa"/>
              <w:right w:w="100" w:type="dxa"/>
            </w:tcMar>
            <w:vAlign w:val="center"/>
          </w:tcPr>
          <w:p w14:paraId="165410A0" w14:textId="77777777" w:rsidR="00B616E2" w:rsidRPr="00C174A9" w:rsidRDefault="00B616E2" w:rsidP="00926103">
            <w:pPr>
              <w:spacing w:after="0" w:line="228" w:lineRule="auto"/>
              <w:jc w:val="center"/>
              <w:rPr>
                <w:sz w:val="15"/>
                <w:szCs w:val="15"/>
              </w:rPr>
            </w:pPr>
            <w:r w:rsidRPr="00C174A9">
              <w:rPr>
                <w:b/>
                <w:sz w:val="15"/>
                <w:szCs w:val="15"/>
              </w:rPr>
              <w:t>II</w:t>
            </w:r>
          </w:p>
        </w:tc>
        <w:tc>
          <w:tcPr>
            <w:tcW w:w="5010" w:type="dxa"/>
            <w:tcMar>
              <w:top w:w="80" w:type="dxa"/>
              <w:left w:w="100" w:type="dxa"/>
              <w:bottom w:w="80" w:type="dxa"/>
              <w:right w:w="100" w:type="dxa"/>
            </w:tcMar>
            <w:vAlign w:val="center"/>
          </w:tcPr>
          <w:p w14:paraId="320E8180" w14:textId="77777777" w:rsidR="00B616E2" w:rsidRPr="00C174A9" w:rsidRDefault="00B616E2" w:rsidP="00926103">
            <w:pPr>
              <w:spacing w:after="0" w:line="228" w:lineRule="auto"/>
              <w:jc w:val="both"/>
              <w:rPr>
                <w:sz w:val="15"/>
                <w:szCs w:val="15"/>
              </w:rPr>
            </w:pPr>
            <w:r w:rsidRPr="00C174A9">
              <w:rPr>
                <w:sz w:val="15"/>
                <w:szCs w:val="15"/>
              </w:rPr>
              <w:t>Recursos y bienes asignados al empleo, cargo o comisión.</w:t>
            </w:r>
          </w:p>
        </w:tc>
        <w:tc>
          <w:tcPr>
            <w:tcW w:w="4509" w:type="dxa"/>
            <w:tcMar>
              <w:top w:w="80" w:type="dxa"/>
              <w:left w:w="100" w:type="dxa"/>
              <w:bottom w:w="80" w:type="dxa"/>
              <w:right w:w="100" w:type="dxa"/>
            </w:tcMar>
            <w:vAlign w:val="center"/>
          </w:tcPr>
          <w:p w14:paraId="74235F19" w14:textId="1CF0FFE8" w:rsidR="00B616E2" w:rsidRPr="00C174A9" w:rsidRDefault="00000000" w:rsidP="00926103">
            <w:pPr>
              <w:spacing w:after="0" w:line="228" w:lineRule="auto"/>
              <w:jc w:val="both"/>
              <w:rPr>
                <w:sz w:val="15"/>
                <w:szCs w:val="15"/>
              </w:rPr>
            </w:pPr>
            <w:sdt>
              <w:sdtPr>
                <w:rPr>
                  <w:sz w:val="15"/>
                  <w:szCs w:val="15"/>
                  <w:highlight w:val="yellow"/>
                </w:rPr>
                <w:alias w:val="&lt;&lt;Seleccione (29)&gt;&gt;"/>
                <w:tag w:val="&lt;&lt;Seleccione (29)&gt;&gt;"/>
                <w:id w:val="-877317260"/>
                <w:dropDownList>
                  <w:listItem w:displayText="&lt;&lt;Seleccione (29)&gt;&gt;" w:value="&lt;&lt;Seleccione (29)&gt;&gt;"/>
                  <w:listItem w:displayText="No le fueron asignados recursos ni bienes" w:value="No le fueron asignados recursos ni bienes"/>
                  <w:listItem w:displayText="Sí le fueron asignados; se adjuntan los resguardos y soportes; y se describen" w:value="Sí le fueron asignados; se adjuntan los resguardos y soportes; y se describen"/>
                  <w:listItem w:displayText="Sí le fueron asignados recursos o bienes; los resguardos o soportes se entregan parcialmente o no se entregan, y los faltantes y su causa se precisan en observaciones" w:value="Sí le fueron asignados recursos o bienes; los resguardos o soportes se entregan parcialmente o no se entregan, y los faltantes y su causa se precisan en observaciones"/>
                </w:dropDownList>
              </w:sdtPr>
              <w:sdtContent>
                <w:r w:rsidR="00B616E2" w:rsidRPr="00C174A9">
                  <w:rPr>
                    <w:sz w:val="15"/>
                    <w:szCs w:val="15"/>
                    <w:highlight w:val="yellow"/>
                  </w:rPr>
                  <w:t>&lt;&lt;Seleccione (29)&gt;&gt;</w:t>
                </w:r>
              </w:sdtContent>
            </w:sdt>
          </w:p>
        </w:tc>
      </w:tr>
      <w:tr w:rsidR="00B616E2" w:rsidRPr="00C174A9" w14:paraId="359459E9" w14:textId="77777777" w:rsidTr="00B616E2">
        <w:trPr>
          <w:cantSplit/>
          <w:trHeight w:val="20"/>
        </w:trPr>
        <w:tc>
          <w:tcPr>
            <w:tcW w:w="514" w:type="dxa"/>
            <w:tcMar>
              <w:top w:w="80" w:type="dxa"/>
              <w:left w:w="100" w:type="dxa"/>
              <w:bottom w:w="80" w:type="dxa"/>
              <w:right w:w="100" w:type="dxa"/>
            </w:tcMar>
            <w:vAlign w:val="center"/>
          </w:tcPr>
          <w:p w14:paraId="1BA06E8F" w14:textId="77777777" w:rsidR="00B616E2" w:rsidRPr="00C174A9" w:rsidRDefault="00B616E2" w:rsidP="00926103">
            <w:pPr>
              <w:spacing w:after="0" w:line="228" w:lineRule="auto"/>
              <w:jc w:val="center"/>
              <w:rPr>
                <w:sz w:val="15"/>
                <w:szCs w:val="15"/>
              </w:rPr>
            </w:pPr>
            <w:r w:rsidRPr="00C174A9">
              <w:rPr>
                <w:b/>
                <w:sz w:val="15"/>
                <w:szCs w:val="15"/>
              </w:rPr>
              <w:t>III</w:t>
            </w:r>
          </w:p>
        </w:tc>
        <w:tc>
          <w:tcPr>
            <w:tcW w:w="5010" w:type="dxa"/>
            <w:tcMar>
              <w:top w:w="80" w:type="dxa"/>
              <w:left w:w="100" w:type="dxa"/>
              <w:bottom w:w="80" w:type="dxa"/>
              <w:right w:w="100" w:type="dxa"/>
            </w:tcMar>
            <w:vAlign w:val="center"/>
          </w:tcPr>
          <w:p w14:paraId="74BE3578" w14:textId="77777777" w:rsidR="00B616E2" w:rsidRPr="00C174A9" w:rsidRDefault="00B616E2" w:rsidP="00926103">
            <w:pPr>
              <w:spacing w:after="0" w:line="228" w:lineRule="auto"/>
              <w:jc w:val="both"/>
              <w:rPr>
                <w:sz w:val="15"/>
                <w:szCs w:val="15"/>
              </w:rPr>
            </w:pPr>
            <w:r w:rsidRPr="00C174A9">
              <w:rPr>
                <w:sz w:val="15"/>
                <w:szCs w:val="15"/>
              </w:rPr>
              <w:t>Adeudos patrimoniales o documentales y constancias correspondientes.</w:t>
            </w:r>
          </w:p>
        </w:tc>
        <w:tc>
          <w:tcPr>
            <w:tcW w:w="4509" w:type="dxa"/>
            <w:tcMar>
              <w:top w:w="80" w:type="dxa"/>
              <w:left w:w="100" w:type="dxa"/>
              <w:bottom w:w="80" w:type="dxa"/>
              <w:right w:w="100" w:type="dxa"/>
            </w:tcMar>
            <w:vAlign w:val="center"/>
          </w:tcPr>
          <w:p w14:paraId="2DFF48B0" w14:textId="0F4D1700" w:rsidR="00B616E2" w:rsidRPr="00C174A9" w:rsidRDefault="00000000" w:rsidP="00926103">
            <w:pPr>
              <w:spacing w:after="0" w:line="228" w:lineRule="auto"/>
              <w:jc w:val="both"/>
              <w:rPr>
                <w:sz w:val="15"/>
                <w:szCs w:val="15"/>
              </w:rPr>
            </w:pPr>
            <w:sdt>
              <w:sdtPr>
                <w:rPr>
                  <w:sz w:val="15"/>
                  <w:szCs w:val="15"/>
                  <w:highlight w:val="yellow"/>
                </w:rPr>
                <w:alias w:val="&lt;&lt;Seleccione (30)&gt;&gt;"/>
                <w:tag w:val="&lt;&lt;Seleccione (30)&gt;&gt;"/>
                <w:id w:val="1784696517"/>
                <w:dropDownList>
                  <w:listItem w:displayText="&lt;&lt;Seleccione (30)&gt;&gt;" w:value="&lt;&lt;Seleccione (30)&gt;&gt;"/>
                  <w:listItem w:displayText="No tiene adeudos patrimoniales ni documentales y anexa las constancias correspondientes" w:value="No tiene adeudos patrimoniales ni documentales y anexa las constancias correspondientes"/>
                  <w:listItem w:displayText="Manifiesta no tener adeudos; una o ambas constancias se encuentran en trámite y anexa los acuses de solicitud" w:value="Manifiesta no tener adeudos; una o ambas constancias se encuentran en trámite y anexa los acuses de solicitud"/>
                  <w:listItem w:displayText="Existe adeudo patrimonial o documental; se identifica en observaciones y se anexa el soporte correspondiente" w:value="Existe adeudo patrimonial o documental; se identifica en observaciones y se anexa el soporte correspondiente"/>
                  <w:listItem w:displayText="Manifiesta no tener adeudos, pero no anexa las constancias ni los acuses de solicitud; explica la causa en observaciones" w:value="Manifiesta no tener adeudos, pero no anexa las constancias ni los acuses de solicitud; explica la causa en observaciones"/>
                </w:dropDownList>
              </w:sdtPr>
              <w:sdtContent>
                <w:r w:rsidR="00B616E2" w:rsidRPr="00C174A9">
                  <w:rPr>
                    <w:sz w:val="15"/>
                    <w:szCs w:val="15"/>
                    <w:highlight w:val="yellow"/>
                  </w:rPr>
                  <w:t>&lt;&lt;Seleccione (30)&gt;&gt;</w:t>
                </w:r>
              </w:sdtContent>
            </w:sdt>
          </w:p>
        </w:tc>
      </w:tr>
      <w:tr w:rsidR="00B616E2" w:rsidRPr="00C174A9" w14:paraId="39D92D0F" w14:textId="77777777" w:rsidTr="00B616E2">
        <w:trPr>
          <w:cantSplit/>
          <w:trHeight w:val="20"/>
        </w:trPr>
        <w:tc>
          <w:tcPr>
            <w:tcW w:w="514" w:type="dxa"/>
            <w:tcMar>
              <w:top w:w="80" w:type="dxa"/>
              <w:left w:w="100" w:type="dxa"/>
              <w:bottom w:w="80" w:type="dxa"/>
              <w:right w:w="100" w:type="dxa"/>
            </w:tcMar>
            <w:vAlign w:val="center"/>
          </w:tcPr>
          <w:p w14:paraId="174A0E8C" w14:textId="77777777" w:rsidR="00B616E2" w:rsidRPr="00C174A9" w:rsidRDefault="00B616E2" w:rsidP="00926103">
            <w:pPr>
              <w:spacing w:after="0" w:line="228" w:lineRule="auto"/>
              <w:jc w:val="center"/>
              <w:rPr>
                <w:sz w:val="15"/>
                <w:szCs w:val="15"/>
              </w:rPr>
            </w:pPr>
            <w:r w:rsidRPr="00C174A9">
              <w:rPr>
                <w:b/>
                <w:sz w:val="15"/>
                <w:szCs w:val="15"/>
              </w:rPr>
              <w:t>IV</w:t>
            </w:r>
          </w:p>
        </w:tc>
        <w:tc>
          <w:tcPr>
            <w:tcW w:w="5010" w:type="dxa"/>
            <w:tcMar>
              <w:top w:w="80" w:type="dxa"/>
              <w:left w:w="100" w:type="dxa"/>
              <w:bottom w:w="80" w:type="dxa"/>
              <w:right w:w="100" w:type="dxa"/>
            </w:tcMar>
            <w:vAlign w:val="center"/>
          </w:tcPr>
          <w:p w14:paraId="0F1CCE9B" w14:textId="77777777" w:rsidR="00B616E2" w:rsidRPr="00C174A9" w:rsidRDefault="00B616E2" w:rsidP="00926103">
            <w:pPr>
              <w:spacing w:after="0" w:line="228" w:lineRule="auto"/>
              <w:jc w:val="both"/>
              <w:rPr>
                <w:sz w:val="15"/>
                <w:szCs w:val="15"/>
              </w:rPr>
            </w:pPr>
            <w:r w:rsidRPr="00C174A9">
              <w:rPr>
                <w:sz w:val="15"/>
                <w:szCs w:val="15"/>
              </w:rPr>
              <w:t>Asuntos pendientes que requieren atención inminente, a mediano o largo plazo.</w:t>
            </w:r>
          </w:p>
        </w:tc>
        <w:tc>
          <w:tcPr>
            <w:tcW w:w="4509" w:type="dxa"/>
            <w:tcMar>
              <w:top w:w="80" w:type="dxa"/>
              <w:left w:w="100" w:type="dxa"/>
              <w:bottom w:w="80" w:type="dxa"/>
              <w:right w:w="100" w:type="dxa"/>
            </w:tcMar>
            <w:vAlign w:val="center"/>
          </w:tcPr>
          <w:p w14:paraId="1E36DD6C" w14:textId="2AD1D6C4" w:rsidR="00B616E2" w:rsidRPr="00C174A9" w:rsidRDefault="00000000" w:rsidP="00926103">
            <w:pPr>
              <w:spacing w:after="0" w:line="228" w:lineRule="auto"/>
              <w:jc w:val="both"/>
              <w:rPr>
                <w:sz w:val="15"/>
                <w:szCs w:val="15"/>
              </w:rPr>
            </w:pPr>
            <w:sdt>
              <w:sdtPr>
                <w:rPr>
                  <w:sz w:val="15"/>
                  <w:szCs w:val="15"/>
                  <w:highlight w:val="yellow"/>
                </w:rPr>
                <w:alias w:val="&lt;&lt;Seleccione (31)&gt;&gt;"/>
                <w:tag w:val="&lt;&lt;Seleccione (31)&gt;&gt;"/>
                <w:id w:val="-1468204992"/>
                <w:dropDownList>
                  <w:listItem w:displayText="&lt;&lt;Seleccione (31)&gt;&gt;" w:value="&lt;&lt;Seleccione (31)&gt;&gt;"/>
                  <w:listItem w:displayText="No existen asuntos pendientes" w:value="No existen asuntos pendientes"/>
                  <w:listItem w:displayText="Sí existen y se relacionan en este formato" w:value="Sí existen y se relacionan en este formato"/>
                </w:dropDownList>
              </w:sdtPr>
              <w:sdtContent>
                <w:r w:rsidR="00B616E2" w:rsidRPr="00C174A9">
                  <w:rPr>
                    <w:sz w:val="15"/>
                    <w:szCs w:val="15"/>
                    <w:highlight w:val="yellow"/>
                  </w:rPr>
                  <w:t>&lt;&lt;Seleccione (31)&gt;&gt;</w:t>
                </w:r>
              </w:sdtContent>
            </w:sdt>
          </w:p>
        </w:tc>
      </w:tr>
      <w:tr w:rsidR="00B616E2" w:rsidRPr="00C174A9" w14:paraId="6A67DFD0" w14:textId="77777777" w:rsidTr="00B616E2">
        <w:trPr>
          <w:cantSplit/>
          <w:trHeight w:val="20"/>
        </w:trPr>
        <w:tc>
          <w:tcPr>
            <w:tcW w:w="514" w:type="dxa"/>
            <w:tcMar>
              <w:top w:w="80" w:type="dxa"/>
              <w:left w:w="100" w:type="dxa"/>
              <w:bottom w:w="80" w:type="dxa"/>
              <w:right w:w="100" w:type="dxa"/>
            </w:tcMar>
            <w:vAlign w:val="center"/>
          </w:tcPr>
          <w:p w14:paraId="5BA27476" w14:textId="77777777" w:rsidR="00B616E2" w:rsidRPr="00C174A9" w:rsidRDefault="00B616E2" w:rsidP="00926103">
            <w:pPr>
              <w:spacing w:after="0" w:line="228" w:lineRule="auto"/>
              <w:jc w:val="center"/>
              <w:rPr>
                <w:sz w:val="15"/>
                <w:szCs w:val="15"/>
              </w:rPr>
            </w:pPr>
            <w:r w:rsidRPr="00C174A9">
              <w:rPr>
                <w:b/>
                <w:sz w:val="15"/>
                <w:szCs w:val="15"/>
              </w:rPr>
              <w:t>V</w:t>
            </w:r>
          </w:p>
        </w:tc>
        <w:tc>
          <w:tcPr>
            <w:tcW w:w="5010" w:type="dxa"/>
            <w:tcMar>
              <w:top w:w="80" w:type="dxa"/>
              <w:left w:w="100" w:type="dxa"/>
              <w:bottom w:w="80" w:type="dxa"/>
              <w:right w:w="100" w:type="dxa"/>
            </w:tcMar>
            <w:vAlign w:val="center"/>
          </w:tcPr>
          <w:p w14:paraId="025AAECF" w14:textId="5F9C0C75" w:rsidR="00B616E2" w:rsidRPr="00C174A9" w:rsidRDefault="00B616E2" w:rsidP="00926103">
            <w:pPr>
              <w:spacing w:after="0" w:line="228" w:lineRule="auto"/>
              <w:jc w:val="both"/>
              <w:rPr>
                <w:sz w:val="15"/>
                <w:szCs w:val="15"/>
              </w:rPr>
            </w:pPr>
            <w:r w:rsidRPr="00C174A9">
              <w:rPr>
                <w:sz w:val="15"/>
                <w:szCs w:val="15"/>
              </w:rPr>
              <w:t>Entrega de la identificación laboral</w:t>
            </w:r>
          </w:p>
        </w:tc>
        <w:tc>
          <w:tcPr>
            <w:tcW w:w="4509" w:type="dxa"/>
            <w:tcMar>
              <w:top w:w="80" w:type="dxa"/>
              <w:left w:w="100" w:type="dxa"/>
              <w:bottom w:w="80" w:type="dxa"/>
              <w:right w:w="100" w:type="dxa"/>
            </w:tcMar>
            <w:vAlign w:val="center"/>
          </w:tcPr>
          <w:p w14:paraId="14465CEE" w14:textId="46793A41" w:rsidR="00B616E2" w:rsidRPr="00C174A9" w:rsidRDefault="00000000" w:rsidP="00926103">
            <w:pPr>
              <w:spacing w:after="0" w:line="228" w:lineRule="auto"/>
              <w:jc w:val="both"/>
              <w:rPr>
                <w:sz w:val="15"/>
                <w:szCs w:val="15"/>
              </w:rPr>
            </w:pPr>
            <w:sdt>
              <w:sdtPr>
                <w:rPr>
                  <w:sz w:val="15"/>
                  <w:szCs w:val="15"/>
                  <w:highlight w:val="yellow"/>
                </w:rPr>
                <w:alias w:val="&lt;&lt;Seleccione (32)&gt;&gt;"/>
                <w:tag w:val="&lt;&lt;Seleccione (32)&gt;&gt;"/>
                <w:id w:val="-1131166217"/>
                <w:dropDownList>
                  <w:listItem w:displayText="&lt;&lt;Seleccione (32)&gt;&gt;" w:value="&lt;&lt;Seleccione (32)&gt;&gt;"/>
                  <w:listItem w:displayText="Entregó la identificación laboral y anexa el acuse correspondiente" w:value="Entregó la identificación laboral y anexa el acuse correspondiente"/>
                  <w:listItem w:displayText="No le fue expedida identificación laboral; se explica la circunstancia en observaciones" w:value="No le fue expedida identificación laboral; se explica la circunstancia en observaciones"/>
                  <w:listItem w:displayText="No entregó la identificación laboral; se explica la causa en observaciones" w:value="No entregó la identificación laboral; se explica la causa en observaciones"/>
                </w:dropDownList>
              </w:sdtPr>
              <w:sdtContent>
                <w:r w:rsidR="00B616E2" w:rsidRPr="00C174A9">
                  <w:rPr>
                    <w:sz w:val="15"/>
                    <w:szCs w:val="15"/>
                    <w:highlight w:val="yellow"/>
                  </w:rPr>
                  <w:t>&lt;&lt;Seleccione (32)&gt;&gt;</w:t>
                </w:r>
              </w:sdtContent>
            </w:sdt>
          </w:p>
        </w:tc>
      </w:tr>
    </w:tbl>
    <w:p w14:paraId="26A2A10F" w14:textId="3292E0AE" w:rsidR="0083203A" w:rsidRPr="00C174A9" w:rsidRDefault="0083203A" w:rsidP="00F16A53">
      <w:pPr>
        <w:keepNext/>
        <w:spacing w:after="0" w:line="228" w:lineRule="auto"/>
        <w:rPr>
          <w:b/>
          <w:sz w:val="16"/>
          <w:szCs w:val="16"/>
        </w:rPr>
      </w:pPr>
    </w:p>
    <w:tbl>
      <w:tblPr>
        <w:tblStyle w:val="Tablaconcuadrcula"/>
        <w:tblW w:w="9990" w:type="dxa"/>
        <w:tblLayout w:type="fixed"/>
        <w:tblLook w:val="04A0" w:firstRow="1" w:lastRow="0" w:firstColumn="1" w:lastColumn="0" w:noHBand="0" w:noVBand="1"/>
      </w:tblPr>
      <w:tblGrid>
        <w:gridCol w:w="9990"/>
      </w:tblGrid>
      <w:tr w:rsidR="00C174A9" w:rsidRPr="00C174A9" w14:paraId="7A9C53F6" w14:textId="77777777" w:rsidTr="00C174A9">
        <w:trPr>
          <w:cantSplit/>
          <w:trHeight w:val="35"/>
          <w:tblHeader/>
        </w:trPr>
        <w:tc>
          <w:tcPr>
            <w:tcW w:w="9990" w:type="dxa"/>
            <w:tcBorders>
              <w:top w:val="single" w:sz="4" w:space="0" w:color="auto"/>
              <w:left w:val="single" w:sz="4" w:space="0" w:color="auto"/>
              <w:bottom w:val="single" w:sz="4" w:space="0" w:color="auto"/>
              <w:right w:val="single" w:sz="4" w:space="0" w:color="auto"/>
            </w:tcBorders>
            <w:shd w:val="clear" w:color="auto" w:fill="000000" w:themeFill="text1"/>
            <w:tcMar>
              <w:top w:w="80" w:type="dxa"/>
              <w:left w:w="100" w:type="dxa"/>
              <w:bottom w:w="80" w:type="dxa"/>
              <w:right w:w="100" w:type="dxa"/>
            </w:tcMar>
            <w:vAlign w:val="center"/>
            <w:hideMark/>
          </w:tcPr>
          <w:p w14:paraId="04278169" w14:textId="77777777" w:rsidR="00C174A9" w:rsidRPr="00C174A9" w:rsidRDefault="00C174A9" w:rsidP="00C174A9">
            <w:pPr>
              <w:keepNext/>
              <w:spacing w:after="0" w:line="228" w:lineRule="auto"/>
              <w:rPr>
                <w:b/>
                <w:sz w:val="16"/>
                <w:szCs w:val="16"/>
              </w:rPr>
            </w:pPr>
            <w:r w:rsidRPr="00C174A9">
              <w:rPr>
                <w:b/>
                <w:sz w:val="16"/>
                <w:szCs w:val="16"/>
              </w:rPr>
              <w:t>Periodo de referencia de las manifestaciones y las relaciones</w:t>
            </w:r>
          </w:p>
        </w:tc>
      </w:tr>
      <w:tr w:rsidR="00C174A9" w:rsidRPr="00C174A9" w14:paraId="7BB3A1FF" w14:textId="77777777" w:rsidTr="00C174A9">
        <w:trPr>
          <w:cantSplit/>
          <w:trHeight w:val="35"/>
          <w:tblHeader/>
        </w:trPr>
        <w:tc>
          <w:tcPr>
            <w:tcW w:w="999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center"/>
            <w:hideMark/>
          </w:tcPr>
          <w:p w14:paraId="5A4DF4C2" w14:textId="77777777" w:rsidR="00C174A9" w:rsidRPr="00C174A9" w:rsidRDefault="00C174A9" w:rsidP="00C174A9">
            <w:pPr>
              <w:keepNext/>
              <w:spacing w:after="0" w:line="228" w:lineRule="auto"/>
              <w:rPr>
                <w:bCs/>
                <w:sz w:val="16"/>
                <w:szCs w:val="16"/>
              </w:rPr>
            </w:pPr>
            <w:r w:rsidRPr="00C174A9">
              <w:rPr>
                <w:bCs/>
                <w:sz w:val="16"/>
                <w:szCs w:val="16"/>
              </w:rPr>
              <w:t xml:space="preserve">Las relaciones de información y documentación, recursos y bienes y asuntos pendientes que se incorporan a continuación comprenden el periodo siguiente: </w:t>
            </w:r>
            <w:r w:rsidRPr="00C174A9">
              <w:rPr>
                <w:bCs/>
                <w:sz w:val="16"/>
                <w:szCs w:val="16"/>
                <w:highlight w:val="yellow"/>
              </w:rPr>
              <w:t>(32.1)</w:t>
            </w:r>
            <w:r w:rsidRPr="00C174A9">
              <w:rPr>
                <w:bCs/>
                <w:sz w:val="16"/>
                <w:szCs w:val="16"/>
              </w:rPr>
              <w:t>.</w:t>
            </w:r>
          </w:p>
        </w:tc>
      </w:tr>
    </w:tbl>
    <w:p w14:paraId="355AA694" w14:textId="77777777" w:rsidR="00C174A9" w:rsidRPr="00C174A9" w:rsidRDefault="00C174A9" w:rsidP="00C174A9">
      <w:pPr>
        <w:keepNext/>
        <w:spacing w:after="0" w:line="228" w:lineRule="auto"/>
        <w:rPr>
          <w:b/>
          <w:sz w:val="16"/>
          <w:szCs w:val="16"/>
        </w:rPr>
      </w:pPr>
    </w:p>
    <w:p w14:paraId="2E022819" w14:textId="1570E234" w:rsidR="0063661A" w:rsidRPr="00C174A9" w:rsidRDefault="00000000" w:rsidP="00F16A53">
      <w:pPr>
        <w:keepNext/>
        <w:spacing w:after="0" w:line="228" w:lineRule="auto"/>
        <w:rPr>
          <w:sz w:val="15"/>
          <w:szCs w:val="15"/>
        </w:rPr>
      </w:pPr>
      <w:r w:rsidRPr="00C174A9">
        <w:rPr>
          <w:b/>
          <w:sz w:val="15"/>
          <w:szCs w:val="15"/>
        </w:rPr>
        <w:t>3.1 Relación de información y documentación</w:t>
      </w:r>
    </w:p>
    <w:tbl>
      <w:tblPr>
        <w:tblStyle w:val="Tablaconcuadrcula"/>
        <w:tblW w:w="10030" w:type="dxa"/>
        <w:tblLayout w:type="fixed"/>
        <w:tblLook w:val="04A0" w:firstRow="1" w:lastRow="0" w:firstColumn="1" w:lastColumn="0" w:noHBand="0" w:noVBand="1"/>
      </w:tblPr>
      <w:tblGrid>
        <w:gridCol w:w="607"/>
        <w:gridCol w:w="1461"/>
        <w:gridCol w:w="1661"/>
        <w:gridCol w:w="1929"/>
        <w:gridCol w:w="2229"/>
        <w:gridCol w:w="2143"/>
      </w:tblGrid>
      <w:tr w:rsidR="0063661A" w:rsidRPr="00C174A9" w14:paraId="7D65B19A" w14:textId="77777777" w:rsidTr="00BF7675">
        <w:trPr>
          <w:cantSplit/>
          <w:trHeight w:val="280"/>
          <w:tblHeader/>
        </w:trPr>
        <w:tc>
          <w:tcPr>
            <w:tcW w:w="607" w:type="dxa"/>
            <w:shd w:val="clear" w:color="auto" w:fill="BFBFBF" w:themeFill="background1" w:themeFillShade="BF"/>
            <w:tcMar>
              <w:top w:w="80" w:type="dxa"/>
              <w:left w:w="100" w:type="dxa"/>
              <w:bottom w:w="80" w:type="dxa"/>
              <w:right w:w="100" w:type="dxa"/>
            </w:tcMar>
            <w:vAlign w:val="center"/>
          </w:tcPr>
          <w:p w14:paraId="23C91263" w14:textId="77777777" w:rsidR="0063661A" w:rsidRPr="00C174A9" w:rsidRDefault="00000000" w:rsidP="00F16A53">
            <w:pPr>
              <w:spacing w:after="0" w:line="228" w:lineRule="auto"/>
              <w:jc w:val="center"/>
              <w:rPr>
                <w:sz w:val="15"/>
                <w:szCs w:val="15"/>
              </w:rPr>
            </w:pPr>
            <w:r w:rsidRPr="00C174A9">
              <w:rPr>
                <w:b/>
                <w:sz w:val="15"/>
                <w:szCs w:val="15"/>
              </w:rPr>
              <w:t>No.</w:t>
            </w:r>
          </w:p>
        </w:tc>
        <w:tc>
          <w:tcPr>
            <w:tcW w:w="1461" w:type="dxa"/>
            <w:shd w:val="clear" w:color="auto" w:fill="BFBFBF" w:themeFill="background1" w:themeFillShade="BF"/>
            <w:tcMar>
              <w:top w:w="80" w:type="dxa"/>
              <w:left w:w="100" w:type="dxa"/>
              <w:bottom w:w="80" w:type="dxa"/>
              <w:right w:w="100" w:type="dxa"/>
            </w:tcMar>
            <w:vAlign w:val="center"/>
          </w:tcPr>
          <w:p w14:paraId="73D3287E" w14:textId="77777777" w:rsidR="0063661A" w:rsidRPr="00C174A9" w:rsidRDefault="00000000" w:rsidP="00F16A53">
            <w:pPr>
              <w:spacing w:after="0" w:line="228" w:lineRule="auto"/>
              <w:jc w:val="center"/>
              <w:rPr>
                <w:sz w:val="15"/>
                <w:szCs w:val="15"/>
              </w:rPr>
            </w:pPr>
            <w:r w:rsidRPr="00C174A9">
              <w:rPr>
                <w:b/>
                <w:sz w:val="15"/>
                <w:szCs w:val="15"/>
              </w:rPr>
              <w:t>Tipo o asunto</w:t>
            </w:r>
          </w:p>
        </w:tc>
        <w:tc>
          <w:tcPr>
            <w:tcW w:w="1661" w:type="dxa"/>
            <w:shd w:val="clear" w:color="auto" w:fill="BFBFBF" w:themeFill="background1" w:themeFillShade="BF"/>
            <w:tcMar>
              <w:top w:w="80" w:type="dxa"/>
              <w:left w:w="100" w:type="dxa"/>
              <w:bottom w:w="80" w:type="dxa"/>
              <w:right w:w="100" w:type="dxa"/>
            </w:tcMar>
            <w:vAlign w:val="center"/>
          </w:tcPr>
          <w:p w14:paraId="06C56363" w14:textId="77777777" w:rsidR="0063661A" w:rsidRPr="00C174A9" w:rsidRDefault="00000000" w:rsidP="00F16A53">
            <w:pPr>
              <w:spacing w:after="0" w:line="228" w:lineRule="auto"/>
              <w:jc w:val="center"/>
              <w:rPr>
                <w:sz w:val="15"/>
                <w:szCs w:val="15"/>
              </w:rPr>
            </w:pPr>
            <w:r w:rsidRPr="00C174A9">
              <w:rPr>
                <w:b/>
                <w:sz w:val="15"/>
                <w:szCs w:val="15"/>
              </w:rPr>
              <w:t>Descripción e identificación</w:t>
            </w:r>
          </w:p>
        </w:tc>
        <w:tc>
          <w:tcPr>
            <w:tcW w:w="1929" w:type="dxa"/>
            <w:shd w:val="clear" w:color="auto" w:fill="BFBFBF" w:themeFill="background1" w:themeFillShade="BF"/>
            <w:tcMar>
              <w:top w:w="80" w:type="dxa"/>
              <w:left w:w="100" w:type="dxa"/>
              <w:bottom w:w="80" w:type="dxa"/>
              <w:right w:w="100" w:type="dxa"/>
            </w:tcMar>
            <w:vAlign w:val="center"/>
          </w:tcPr>
          <w:p w14:paraId="5D8278F2" w14:textId="77777777" w:rsidR="0063661A" w:rsidRPr="00C174A9" w:rsidRDefault="00000000" w:rsidP="00F16A53">
            <w:pPr>
              <w:spacing w:after="0" w:line="228" w:lineRule="auto"/>
              <w:jc w:val="center"/>
              <w:rPr>
                <w:sz w:val="15"/>
                <w:szCs w:val="15"/>
              </w:rPr>
            </w:pPr>
            <w:r w:rsidRPr="00C174A9">
              <w:rPr>
                <w:b/>
                <w:sz w:val="15"/>
                <w:szCs w:val="15"/>
              </w:rPr>
              <w:t>Periodo o fecha</w:t>
            </w:r>
          </w:p>
        </w:tc>
        <w:tc>
          <w:tcPr>
            <w:tcW w:w="2229" w:type="dxa"/>
            <w:shd w:val="clear" w:color="auto" w:fill="BFBFBF" w:themeFill="background1" w:themeFillShade="BF"/>
            <w:tcMar>
              <w:top w:w="80" w:type="dxa"/>
              <w:left w:w="100" w:type="dxa"/>
              <w:bottom w:w="80" w:type="dxa"/>
              <w:right w:w="100" w:type="dxa"/>
            </w:tcMar>
            <w:vAlign w:val="center"/>
          </w:tcPr>
          <w:p w14:paraId="7166CDA7" w14:textId="77777777" w:rsidR="0063661A" w:rsidRPr="00C174A9" w:rsidRDefault="00000000" w:rsidP="00F16A53">
            <w:pPr>
              <w:spacing w:after="0" w:line="228" w:lineRule="auto"/>
              <w:jc w:val="center"/>
              <w:rPr>
                <w:sz w:val="15"/>
                <w:szCs w:val="15"/>
              </w:rPr>
            </w:pPr>
            <w:r w:rsidRPr="00C174A9">
              <w:rPr>
                <w:b/>
                <w:sz w:val="15"/>
                <w:szCs w:val="15"/>
              </w:rPr>
              <w:t>Estado y ubicación institucional</w:t>
            </w:r>
          </w:p>
        </w:tc>
        <w:tc>
          <w:tcPr>
            <w:tcW w:w="2143" w:type="dxa"/>
            <w:shd w:val="clear" w:color="auto" w:fill="BFBFBF" w:themeFill="background1" w:themeFillShade="BF"/>
            <w:tcMar>
              <w:top w:w="80" w:type="dxa"/>
              <w:left w:w="100" w:type="dxa"/>
              <w:bottom w:w="80" w:type="dxa"/>
              <w:right w:w="100" w:type="dxa"/>
            </w:tcMar>
            <w:vAlign w:val="center"/>
          </w:tcPr>
          <w:p w14:paraId="0FEC7589" w14:textId="77777777" w:rsidR="0063661A" w:rsidRPr="00C174A9" w:rsidRDefault="00000000" w:rsidP="00F16A53">
            <w:pPr>
              <w:spacing w:after="0" w:line="228" w:lineRule="auto"/>
              <w:jc w:val="center"/>
              <w:rPr>
                <w:sz w:val="15"/>
                <w:szCs w:val="15"/>
              </w:rPr>
            </w:pPr>
            <w:r w:rsidRPr="00C174A9">
              <w:rPr>
                <w:b/>
                <w:sz w:val="15"/>
                <w:szCs w:val="15"/>
              </w:rPr>
              <w:t>Forma de integración</w:t>
            </w:r>
          </w:p>
        </w:tc>
      </w:tr>
      <w:tr w:rsidR="00BF7675" w:rsidRPr="00C174A9" w14:paraId="1C2E2492" w14:textId="77777777" w:rsidTr="00BF7675">
        <w:trPr>
          <w:cantSplit/>
          <w:trHeight w:val="284"/>
        </w:trPr>
        <w:tc>
          <w:tcPr>
            <w:tcW w:w="607" w:type="dxa"/>
            <w:tcMar>
              <w:top w:w="80" w:type="dxa"/>
              <w:left w:w="100" w:type="dxa"/>
              <w:bottom w:w="80" w:type="dxa"/>
              <w:right w:w="100" w:type="dxa"/>
            </w:tcMar>
            <w:vAlign w:val="center"/>
          </w:tcPr>
          <w:p w14:paraId="415B60EC" w14:textId="77777777" w:rsidR="00BF7675" w:rsidRPr="00C174A9" w:rsidRDefault="00BF7675" w:rsidP="00BF7675">
            <w:pPr>
              <w:spacing w:after="0" w:line="228" w:lineRule="auto"/>
              <w:jc w:val="center"/>
              <w:rPr>
                <w:sz w:val="15"/>
                <w:szCs w:val="15"/>
              </w:rPr>
            </w:pPr>
            <w:r w:rsidRPr="00C174A9">
              <w:rPr>
                <w:sz w:val="15"/>
                <w:szCs w:val="15"/>
              </w:rPr>
              <w:t>1</w:t>
            </w:r>
          </w:p>
        </w:tc>
        <w:tc>
          <w:tcPr>
            <w:tcW w:w="1461" w:type="dxa"/>
            <w:tcMar>
              <w:top w:w="80" w:type="dxa"/>
              <w:left w:w="100" w:type="dxa"/>
              <w:bottom w:w="80" w:type="dxa"/>
              <w:right w:w="100" w:type="dxa"/>
            </w:tcMar>
            <w:vAlign w:val="center"/>
          </w:tcPr>
          <w:p w14:paraId="69A220DD" w14:textId="40601BED" w:rsidR="00BF7675" w:rsidRPr="00C174A9" w:rsidRDefault="00BF7675" w:rsidP="00BF7675">
            <w:pPr>
              <w:spacing w:after="0" w:line="228" w:lineRule="auto"/>
              <w:jc w:val="both"/>
              <w:rPr>
                <w:sz w:val="15"/>
                <w:szCs w:val="15"/>
                <w:highlight w:val="yellow"/>
              </w:rPr>
            </w:pPr>
            <w:r w:rsidRPr="00C174A9">
              <w:rPr>
                <w:sz w:val="15"/>
                <w:szCs w:val="15"/>
                <w:highlight w:val="yellow"/>
              </w:rPr>
              <w:t>(32.</w:t>
            </w:r>
            <w:r w:rsidR="00A233BD" w:rsidRPr="00C174A9">
              <w:rPr>
                <w:sz w:val="15"/>
                <w:szCs w:val="15"/>
                <w:highlight w:val="yellow"/>
              </w:rPr>
              <w:t>2</w:t>
            </w:r>
            <w:r w:rsidRPr="00C174A9">
              <w:rPr>
                <w:sz w:val="15"/>
                <w:szCs w:val="15"/>
                <w:highlight w:val="yellow"/>
              </w:rPr>
              <w:t>)</w:t>
            </w:r>
          </w:p>
        </w:tc>
        <w:tc>
          <w:tcPr>
            <w:tcW w:w="1661" w:type="dxa"/>
            <w:tcMar>
              <w:top w:w="80" w:type="dxa"/>
              <w:left w:w="100" w:type="dxa"/>
              <w:bottom w:w="80" w:type="dxa"/>
              <w:right w:w="100" w:type="dxa"/>
            </w:tcMar>
            <w:vAlign w:val="center"/>
          </w:tcPr>
          <w:p w14:paraId="0BD3A40B" w14:textId="4B34848B" w:rsidR="00BF7675" w:rsidRPr="00C174A9" w:rsidRDefault="00BF7675" w:rsidP="00BF7675">
            <w:pPr>
              <w:spacing w:after="0" w:line="228" w:lineRule="auto"/>
              <w:jc w:val="both"/>
              <w:rPr>
                <w:sz w:val="15"/>
                <w:szCs w:val="15"/>
                <w:highlight w:val="yellow"/>
              </w:rPr>
            </w:pPr>
            <w:r w:rsidRPr="00C174A9">
              <w:rPr>
                <w:sz w:val="15"/>
                <w:szCs w:val="15"/>
                <w:highlight w:val="yellow"/>
              </w:rPr>
              <w:t>(32.</w:t>
            </w:r>
            <w:r w:rsidR="00A233BD" w:rsidRPr="00C174A9">
              <w:rPr>
                <w:sz w:val="15"/>
                <w:szCs w:val="15"/>
                <w:highlight w:val="yellow"/>
              </w:rPr>
              <w:t>3</w:t>
            </w:r>
            <w:r w:rsidRPr="00C174A9">
              <w:rPr>
                <w:sz w:val="15"/>
                <w:szCs w:val="15"/>
                <w:highlight w:val="yellow"/>
              </w:rPr>
              <w:t>)</w:t>
            </w:r>
          </w:p>
        </w:tc>
        <w:tc>
          <w:tcPr>
            <w:tcW w:w="1929" w:type="dxa"/>
            <w:tcMar>
              <w:top w:w="80" w:type="dxa"/>
              <w:left w:w="100" w:type="dxa"/>
              <w:bottom w:w="80" w:type="dxa"/>
              <w:right w:w="100" w:type="dxa"/>
            </w:tcMar>
            <w:vAlign w:val="center"/>
          </w:tcPr>
          <w:p w14:paraId="5148E0BC" w14:textId="459CDA9C" w:rsidR="00BF7675" w:rsidRPr="00C174A9" w:rsidRDefault="00BF7675" w:rsidP="00BF7675">
            <w:pPr>
              <w:spacing w:after="0" w:line="228" w:lineRule="auto"/>
              <w:jc w:val="both"/>
              <w:rPr>
                <w:sz w:val="15"/>
                <w:szCs w:val="15"/>
                <w:highlight w:val="yellow"/>
              </w:rPr>
            </w:pPr>
            <w:r w:rsidRPr="00C174A9">
              <w:rPr>
                <w:sz w:val="15"/>
                <w:szCs w:val="15"/>
                <w:highlight w:val="yellow"/>
              </w:rPr>
              <w:t>(32.</w:t>
            </w:r>
            <w:r w:rsidR="00A233BD" w:rsidRPr="00C174A9">
              <w:rPr>
                <w:sz w:val="15"/>
                <w:szCs w:val="15"/>
                <w:highlight w:val="yellow"/>
              </w:rPr>
              <w:t>4</w:t>
            </w:r>
            <w:r w:rsidRPr="00C174A9">
              <w:rPr>
                <w:sz w:val="15"/>
                <w:szCs w:val="15"/>
                <w:highlight w:val="yellow"/>
              </w:rPr>
              <w:t>)</w:t>
            </w:r>
          </w:p>
        </w:tc>
        <w:tc>
          <w:tcPr>
            <w:tcW w:w="2229" w:type="dxa"/>
            <w:tcMar>
              <w:top w:w="80" w:type="dxa"/>
              <w:left w:w="100" w:type="dxa"/>
              <w:bottom w:w="80" w:type="dxa"/>
              <w:right w:w="100" w:type="dxa"/>
            </w:tcMar>
            <w:vAlign w:val="center"/>
          </w:tcPr>
          <w:p w14:paraId="73E2629D" w14:textId="73B3C71C" w:rsidR="00BF7675" w:rsidRPr="00C174A9" w:rsidRDefault="00BF7675" w:rsidP="00BF7675">
            <w:pPr>
              <w:spacing w:after="0" w:line="228" w:lineRule="auto"/>
              <w:jc w:val="both"/>
              <w:rPr>
                <w:sz w:val="15"/>
                <w:szCs w:val="15"/>
                <w:highlight w:val="yellow"/>
              </w:rPr>
            </w:pPr>
            <w:r w:rsidRPr="00C174A9">
              <w:rPr>
                <w:sz w:val="15"/>
                <w:szCs w:val="15"/>
                <w:highlight w:val="yellow"/>
              </w:rPr>
              <w:t>(32.</w:t>
            </w:r>
            <w:r w:rsidR="00A233BD" w:rsidRPr="00C174A9">
              <w:rPr>
                <w:sz w:val="15"/>
                <w:szCs w:val="15"/>
                <w:highlight w:val="yellow"/>
              </w:rPr>
              <w:t>5</w:t>
            </w:r>
            <w:r w:rsidRPr="00C174A9">
              <w:rPr>
                <w:sz w:val="15"/>
                <w:szCs w:val="15"/>
                <w:highlight w:val="yellow"/>
              </w:rPr>
              <w:t>)</w:t>
            </w:r>
          </w:p>
        </w:tc>
        <w:tc>
          <w:tcPr>
            <w:tcW w:w="2143" w:type="dxa"/>
            <w:tcMar>
              <w:top w:w="80" w:type="dxa"/>
              <w:left w:w="100" w:type="dxa"/>
              <w:bottom w:w="80" w:type="dxa"/>
              <w:right w:w="100" w:type="dxa"/>
            </w:tcMar>
            <w:vAlign w:val="center"/>
          </w:tcPr>
          <w:p w14:paraId="4EEE0477" w14:textId="0A1D6EF0" w:rsidR="00BF7675" w:rsidRPr="00C174A9" w:rsidRDefault="00BF7675" w:rsidP="00BF7675">
            <w:pPr>
              <w:spacing w:after="0" w:line="228" w:lineRule="auto"/>
              <w:jc w:val="both"/>
              <w:rPr>
                <w:sz w:val="15"/>
                <w:szCs w:val="15"/>
                <w:highlight w:val="yellow"/>
              </w:rPr>
            </w:pPr>
            <w:r w:rsidRPr="00C174A9">
              <w:rPr>
                <w:sz w:val="15"/>
                <w:szCs w:val="15"/>
                <w:highlight w:val="yellow"/>
              </w:rPr>
              <w:t>(32.</w:t>
            </w:r>
            <w:r w:rsidR="00A233BD" w:rsidRPr="00C174A9">
              <w:rPr>
                <w:sz w:val="15"/>
                <w:szCs w:val="15"/>
                <w:highlight w:val="yellow"/>
              </w:rPr>
              <w:t>6</w:t>
            </w:r>
            <w:r w:rsidRPr="00C174A9">
              <w:rPr>
                <w:sz w:val="15"/>
                <w:szCs w:val="15"/>
                <w:highlight w:val="yellow"/>
              </w:rPr>
              <w:t>)</w:t>
            </w:r>
          </w:p>
        </w:tc>
      </w:tr>
      <w:tr w:rsidR="0069704D" w:rsidRPr="00C174A9" w14:paraId="1D0B883D" w14:textId="77777777" w:rsidTr="00275BA2">
        <w:trPr>
          <w:cantSplit/>
          <w:trHeight w:val="284"/>
        </w:trPr>
        <w:tc>
          <w:tcPr>
            <w:tcW w:w="607" w:type="dxa"/>
            <w:tcMar>
              <w:top w:w="80" w:type="dxa"/>
              <w:left w:w="100" w:type="dxa"/>
              <w:bottom w:w="80" w:type="dxa"/>
              <w:right w:w="100" w:type="dxa"/>
            </w:tcMar>
            <w:vAlign w:val="center"/>
          </w:tcPr>
          <w:p w14:paraId="313DB8A0" w14:textId="77777777" w:rsidR="0069704D" w:rsidRPr="00C174A9" w:rsidRDefault="0069704D" w:rsidP="00F16A53">
            <w:pPr>
              <w:spacing w:after="0" w:line="228" w:lineRule="auto"/>
              <w:jc w:val="center"/>
              <w:rPr>
                <w:sz w:val="15"/>
                <w:szCs w:val="15"/>
              </w:rPr>
            </w:pPr>
            <w:r w:rsidRPr="00C174A9">
              <w:rPr>
                <w:sz w:val="15"/>
                <w:szCs w:val="15"/>
              </w:rPr>
              <w:t>2</w:t>
            </w:r>
          </w:p>
        </w:tc>
        <w:tc>
          <w:tcPr>
            <w:tcW w:w="1461" w:type="dxa"/>
            <w:shd w:val="clear" w:color="auto" w:fill="FFFF00"/>
            <w:tcMar>
              <w:top w:w="80" w:type="dxa"/>
              <w:left w:w="100" w:type="dxa"/>
              <w:bottom w:w="80" w:type="dxa"/>
              <w:right w:w="100" w:type="dxa"/>
            </w:tcMar>
            <w:vAlign w:val="center"/>
          </w:tcPr>
          <w:p w14:paraId="27E0A5D2" w14:textId="441A33A6" w:rsidR="0069704D" w:rsidRPr="00C174A9" w:rsidRDefault="0069704D" w:rsidP="00F16A53">
            <w:pPr>
              <w:spacing w:after="0" w:line="228" w:lineRule="auto"/>
              <w:jc w:val="both"/>
              <w:rPr>
                <w:sz w:val="15"/>
                <w:szCs w:val="15"/>
              </w:rPr>
            </w:pPr>
          </w:p>
        </w:tc>
        <w:tc>
          <w:tcPr>
            <w:tcW w:w="1661" w:type="dxa"/>
            <w:shd w:val="clear" w:color="auto" w:fill="FFFF00"/>
            <w:tcMar>
              <w:top w:w="80" w:type="dxa"/>
              <w:left w:w="100" w:type="dxa"/>
              <w:bottom w:w="80" w:type="dxa"/>
              <w:right w:w="100" w:type="dxa"/>
            </w:tcMar>
            <w:vAlign w:val="center"/>
          </w:tcPr>
          <w:p w14:paraId="70463F01" w14:textId="7B10870F" w:rsidR="0069704D" w:rsidRPr="00C174A9" w:rsidRDefault="0069704D" w:rsidP="00F16A53">
            <w:pPr>
              <w:spacing w:after="0" w:line="228" w:lineRule="auto"/>
              <w:jc w:val="both"/>
              <w:rPr>
                <w:sz w:val="15"/>
                <w:szCs w:val="15"/>
              </w:rPr>
            </w:pPr>
          </w:p>
        </w:tc>
        <w:tc>
          <w:tcPr>
            <w:tcW w:w="1929" w:type="dxa"/>
            <w:shd w:val="clear" w:color="auto" w:fill="FFFF00"/>
            <w:tcMar>
              <w:top w:w="80" w:type="dxa"/>
              <w:left w:w="100" w:type="dxa"/>
              <w:bottom w:w="80" w:type="dxa"/>
              <w:right w:w="100" w:type="dxa"/>
            </w:tcMar>
            <w:vAlign w:val="center"/>
          </w:tcPr>
          <w:p w14:paraId="51EC01C6" w14:textId="17B7A3B8" w:rsidR="0069704D" w:rsidRPr="00C174A9" w:rsidRDefault="0069704D" w:rsidP="00F16A53">
            <w:pPr>
              <w:spacing w:after="0" w:line="228" w:lineRule="auto"/>
              <w:jc w:val="both"/>
              <w:rPr>
                <w:sz w:val="15"/>
                <w:szCs w:val="15"/>
              </w:rPr>
            </w:pPr>
          </w:p>
        </w:tc>
        <w:tc>
          <w:tcPr>
            <w:tcW w:w="2229" w:type="dxa"/>
            <w:shd w:val="clear" w:color="auto" w:fill="FFFF00"/>
            <w:tcMar>
              <w:top w:w="80" w:type="dxa"/>
              <w:left w:w="100" w:type="dxa"/>
              <w:bottom w:w="80" w:type="dxa"/>
              <w:right w:w="100" w:type="dxa"/>
            </w:tcMar>
            <w:vAlign w:val="center"/>
          </w:tcPr>
          <w:p w14:paraId="660CDEDF" w14:textId="21C1827C" w:rsidR="0069704D" w:rsidRPr="00C174A9" w:rsidRDefault="0069704D" w:rsidP="00F16A53">
            <w:pPr>
              <w:spacing w:after="0" w:line="228" w:lineRule="auto"/>
              <w:jc w:val="both"/>
              <w:rPr>
                <w:sz w:val="15"/>
                <w:szCs w:val="15"/>
              </w:rPr>
            </w:pPr>
          </w:p>
        </w:tc>
        <w:tc>
          <w:tcPr>
            <w:tcW w:w="2143" w:type="dxa"/>
            <w:shd w:val="clear" w:color="auto" w:fill="FFFF00"/>
            <w:tcMar>
              <w:top w:w="80" w:type="dxa"/>
              <w:left w:w="100" w:type="dxa"/>
              <w:bottom w:w="80" w:type="dxa"/>
              <w:right w:w="100" w:type="dxa"/>
            </w:tcMar>
            <w:vAlign w:val="center"/>
          </w:tcPr>
          <w:p w14:paraId="16CEF7F7" w14:textId="170E7C41" w:rsidR="0069704D" w:rsidRPr="00C174A9" w:rsidRDefault="0069704D" w:rsidP="00F16A53">
            <w:pPr>
              <w:spacing w:after="0" w:line="228" w:lineRule="auto"/>
              <w:jc w:val="both"/>
              <w:rPr>
                <w:sz w:val="15"/>
                <w:szCs w:val="15"/>
              </w:rPr>
            </w:pPr>
          </w:p>
        </w:tc>
      </w:tr>
      <w:tr w:rsidR="0069704D" w:rsidRPr="00C174A9" w14:paraId="16381E8E" w14:textId="77777777" w:rsidTr="00275BA2">
        <w:trPr>
          <w:cantSplit/>
          <w:trHeight w:val="284"/>
        </w:trPr>
        <w:tc>
          <w:tcPr>
            <w:tcW w:w="607" w:type="dxa"/>
            <w:tcMar>
              <w:top w:w="80" w:type="dxa"/>
              <w:left w:w="100" w:type="dxa"/>
              <w:bottom w:w="80" w:type="dxa"/>
              <w:right w:w="100" w:type="dxa"/>
            </w:tcMar>
            <w:vAlign w:val="center"/>
          </w:tcPr>
          <w:p w14:paraId="5E7646E7" w14:textId="77777777" w:rsidR="0069704D" w:rsidRPr="00C174A9" w:rsidRDefault="0069704D" w:rsidP="00F16A53">
            <w:pPr>
              <w:spacing w:after="0" w:line="228" w:lineRule="auto"/>
              <w:jc w:val="center"/>
              <w:rPr>
                <w:sz w:val="15"/>
                <w:szCs w:val="15"/>
              </w:rPr>
            </w:pPr>
            <w:r w:rsidRPr="00C174A9">
              <w:rPr>
                <w:sz w:val="15"/>
                <w:szCs w:val="15"/>
              </w:rPr>
              <w:t>3</w:t>
            </w:r>
          </w:p>
        </w:tc>
        <w:tc>
          <w:tcPr>
            <w:tcW w:w="1461" w:type="dxa"/>
            <w:shd w:val="clear" w:color="auto" w:fill="FFFF00"/>
            <w:tcMar>
              <w:top w:w="80" w:type="dxa"/>
              <w:left w:w="100" w:type="dxa"/>
              <w:bottom w:w="80" w:type="dxa"/>
              <w:right w:w="100" w:type="dxa"/>
            </w:tcMar>
            <w:vAlign w:val="center"/>
          </w:tcPr>
          <w:p w14:paraId="7A8AF557" w14:textId="0A685935" w:rsidR="0069704D" w:rsidRPr="00C174A9" w:rsidRDefault="0069704D" w:rsidP="00F16A53">
            <w:pPr>
              <w:spacing w:after="0" w:line="228" w:lineRule="auto"/>
              <w:jc w:val="both"/>
              <w:rPr>
                <w:sz w:val="15"/>
                <w:szCs w:val="15"/>
              </w:rPr>
            </w:pPr>
          </w:p>
        </w:tc>
        <w:tc>
          <w:tcPr>
            <w:tcW w:w="1661" w:type="dxa"/>
            <w:shd w:val="clear" w:color="auto" w:fill="FFFF00"/>
            <w:tcMar>
              <w:top w:w="80" w:type="dxa"/>
              <w:left w:w="100" w:type="dxa"/>
              <w:bottom w:w="80" w:type="dxa"/>
              <w:right w:w="100" w:type="dxa"/>
            </w:tcMar>
            <w:vAlign w:val="center"/>
          </w:tcPr>
          <w:p w14:paraId="3FF2FA40" w14:textId="2B522BD5" w:rsidR="0069704D" w:rsidRPr="00C174A9" w:rsidRDefault="0069704D" w:rsidP="00F16A53">
            <w:pPr>
              <w:spacing w:after="0" w:line="228" w:lineRule="auto"/>
              <w:jc w:val="both"/>
              <w:rPr>
                <w:sz w:val="15"/>
                <w:szCs w:val="15"/>
              </w:rPr>
            </w:pPr>
          </w:p>
        </w:tc>
        <w:tc>
          <w:tcPr>
            <w:tcW w:w="1929" w:type="dxa"/>
            <w:shd w:val="clear" w:color="auto" w:fill="FFFF00"/>
            <w:tcMar>
              <w:top w:w="80" w:type="dxa"/>
              <w:left w:w="100" w:type="dxa"/>
              <w:bottom w:w="80" w:type="dxa"/>
              <w:right w:w="100" w:type="dxa"/>
            </w:tcMar>
            <w:vAlign w:val="center"/>
          </w:tcPr>
          <w:p w14:paraId="6777359A" w14:textId="1C23FA9D" w:rsidR="0069704D" w:rsidRPr="00C174A9" w:rsidRDefault="0069704D" w:rsidP="00F16A53">
            <w:pPr>
              <w:spacing w:after="0" w:line="228" w:lineRule="auto"/>
              <w:jc w:val="both"/>
              <w:rPr>
                <w:sz w:val="15"/>
                <w:szCs w:val="15"/>
              </w:rPr>
            </w:pPr>
          </w:p>
        </w:tc>
        <w:tc>
          <w:tcPr>
            <w:tcW w:w="2229" w:type="dxa"/>
            <w:shd w:val="clear" w:color="auto" w:fill="FFFF00"/>
            <w:tcMar>
              <w:top w:w="80" w:type="dxa"/>
              <w:left w:w="100" w:type="dxa"/>
              <w:bottom w:w="80" w:type="dxa"/>
              <w:right w:w="100" w:type="dxa"/>
            </w:tcMar>
            <w:vAlign w:val="center"/>
          </w:tcPr>
          <w:p w14:paraId="6350324E" w14:textId="6EBE788F" w:rsidR="0069704D" w:rsidRPr="00C174A9" w:rsidRDefault="0069704D" w:rsidP="00F16A53">
            <w:pPr>
              <w:spacing w:after="0" w:line="228" w:lineRule="auto"/>
              <w:jc w:val="both"/>
              <w:rPr>
                <w:sz w:val="15"/>
                <w:szCs w:val="15"/>
              </w:rPr>
            </w:pPr>
          </w:p>
        </w:tc>
        <w:tc>
          <w:tcPr>
            <w:tcW w:w="2143" w:type="dxa"/>
            <w:shd w:val="clear" w:color="auto" w:fill="FFFF00"/>
            <w:tcMar>
              <w:top w:w="80" w:type="dxa"/>
              <w:left w:w="100" w:type="dxa"/>
              <w:bottom w:w="80" w:type="dxa"/>
              <w:right w:w="100" w:type="dxa"/>
            </w:tcMar>
            <w:vAlign w:val="center"/>
          </w:tcPr>
          <w:p w14:paraId="16A6C09E" w14:textId="3C3C420B" w:rsidR="0069704D" w:rsidRPr="00C174A9" w:rsidRDefault="0069704D" w:rsidP="00F16A53">
            <w:pPr>
              <w:spacing w:after="0" w:line="228" w:lineRule="auto"/>
              <w:jc w:val="both"/>
              <w:rPr>
                <w:sz w:val="15"/>
                <w:szCs w:val="15"/>
              </w:rPr>
            </w:pPr>
          </w:p>
        </w:tc>
      </w:tr>
      <w:tr w:rsidR="003E6006" w:rsidRPr="00C174A9" w14:paraId="38E0BEDC" w14:textId="77777777" w:rsidTr="00275BA2">
        <w:trPr>
          <w:cantSplit/>
          <w:trHeight w:val="284"/>
        </w:trPr>
        <w:tc>
          <w:tcPr>
            <w:tcW w:w="607" w:type="dxa"/>
            <w:tcMar>
              <w:top w:w="80" w:type="dxa"/>
              <w:left w:w="100" w:type="dxa"/>
              <w:bottom w:w="80" w:type="dxa"/>
              <w:right w:w="100" w:type="dxa"/>
            </w:tcMar>
            <w:vAlign w:val="center"/>
          </w:tcPr>
          <w:p w14:paraId="66D3816C" w14:textId="07BA7C97" w:rsidR="003E6006" w:rsidRPr="00C174A9" w:rsidRDefault="00BF7675" w:rsidP="00F16A53">
            <w:pPr>
              <w:spacing w:after="0" w:line="228" w:lineRule="auto"/>
              <w:jc w:val="center"/>
              <w:rPr>
                <w:sz w:val="15"/>
                <w:szCs w:val="15"/>
              </w:rPr>
            </w:pPr>
            <w:r w:rsidRPr="00C174A9">
              <w:rPr>
                <w:sz w:val="15"/>
                <w:szCs w:val="15"/>
              </w:rPr>
              <w:t>4</w:t>
            </w:r>
          </w:p>
        </w:tc>
        <w:tc>
          <w:tcPr>
            <w:tcW w:w="1461" w:type="dxa"/>
            <w:shd w:val="clear" w:color="auto" w:fill="FFFF00"/>
            <w:tcMar>
              <w:top w:w="80" w:type="dxa"/>
              <w:left w:w="100" w:type="dxa"/>
              <w:bottom w:w="80" w:type="dxa"/>
              <w:right w:w="100" w:type="dxa"/>
            </w:tcMar>
            <w:vAlign w:val="center"/>
          </w:tcPr>
          <w:p w14:paraId="5B1902B2" w14:textId="77777777" w:rsidR="003E6006" w:rsidRPr="00C174A9" w:rsidRDefault="003E6006" w:rsidP="00F16A53">
            <w:pPr>
              <w:spacing w:after="0" w:line="228" w:lineRule="auto"/>
              <w:jc w:val="both"/>
              <w:rPr>
                <w:sz w:val="15"/>
                <w:szCs w:val="15"/>
                <w:highlight w:val="yellow"/>
              </w:rPr>
            </w:pPr>
          </w:p>
        </w:tc>
        <w:tc>
          <w:tcPr>
            <w:tcW w:w="1661" w:type="dxa"/>
            <w:shd w:val="clear" w:color="auto" w:fill="FFFF00"/>
            <w:tcMar>
              <w:top w:w="80" w:type="dxa"/>
              <w:left w:w="100" w:type="dxa"/>
              <w:bottom w:w="80" w:type="dxa"/>
              <w:right w:w="100" w:type="dxa"/>
            </w:tcMar>
            <w:vAlign w:val="center"/>
          </w:tcPr>
          <w:p w14:paraId="6989472B" w14:textId="77777777" w:rsidR="003E6006" w:rsidRPr="00C174A9" w:rsidRDefault="003E6006" w:rsidP="00F16A53">
            <w:pPr>
              <w:spacing w:after="0" w:line="228" w:lineRule="auto"/>
              <w:jc w:val="both"/>
              <w:rPr>
                <w:sz w:val="15"/>
                <w:szCs w:val="15"/>
                <w:highlight w:val="yellow"/>
              </w:rPr>
            </w:pPr>
          </w:p>
        </w:tc>
        <w:tc>
          <w:tcPr>
            <w:tcW w:w="1929" w:type="dxa"/>
            <w:shd w:val="clear" w:color="auto" w:fill="FFFF00"/>
            <w:tcMar>
              <w:top w:w="80" w:type="dxa"/>
              <w:left w:w="100" w:type="dxa"/>
              <w:bottom w:w="80" w:type="dxa"/>
              <w:right w:w="100" w:type="dxa"/>
            </w:tcMar>
            <w:vAlign w:val="center"/>
          </w:tcPr>
          <w:p w14:paraId="527C3B06"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02F13F6F" w14:textId="77777777" w:rsidR="003E6006" w:rsidRPr="00C174A9" w:rsidRDefault="003E6006" w:rsidP="00F16A53">
            <w:pPr>
              <w:spacing w:after="0" w:line="228" w:lineRule="auto"/>
              <w:jc w:val="both"/>
              <w:rPr>
                <w:sz w:val="15"/>
                <w:szCs w:val="15"/>
                <w:highlight w:val="yellow"/>
              </w:rPr>
            </w:pPr>
          </w:p>
        </w:tc>
        <w:tc>
          <w:tcPr>
            <w:tcW w:w="2143" w:type="dxa"/>
            <w:shd w:val="clear" w:color="auto" w:fill="FFFF00"/>
            <w:tcMar>
              <w:top w:w="80" w:type="dxa"/>
              <w:left w:w="100" w:type="dxa"/>
              <w:bottom w:w="80" w:type="dxa"/>
              <w:right w:w="100" w:type="dxa"/>
            </w:tcMar>
            <w:vAlign w:val="center"/>
          </w:tcPr>
          <w:p w14:paraId="7C1B282A" w14:textId="77777777" w:rsidR="003E6006" w:rsidRPr="00C174A9" w:rsidRDefault="003E6006" w:rsidP="00F16A53">
            <w:pPr>
              <w:spacing w:after="0" w:line="228" w:lineRule="auto"/>
              <w:jc w:val="both"/>
              <w:rPr>
                <w:sz w:val="15"/>
                <w:szCs w:val="15"/>
                <w:highlight w:val="yellow"/>
              </w:rPr>
            </w:pPr>
          </w:p>
        </w:tc>
      </w:tr>
      <w:tr w:rsidR="003E6006" w:rsidRPr="00C174A9" w14:paraId="3E51CC64" w14:textId="77777777" w:rsidTr="00275BA2">
        <w:trPr>
          <w:cantSplit/>
          <w:trHeight w:val="284"/>
        </w:trPr>
        <w:tc>
          <w:tcPr>
            <w:tcW w:w="607" w:type="dxa"/>
            <w:tcMar>
              <w:top w:w="80" w:type="dxa"/>
              <w:left w:w="100" w:type="dxa"/>
              <w:bottom w:w="80" w:type="dxa"/>
              <w:right w:w="100" w:type="dxa"/>
            </w:tcMar>
            <w:vAlign w:val="center"/>
          </w:tcPr>
          <w:p w14:paraId="24B951A8" w14:textId="184A5E76" w:rsidR="003E6006" w:rsidRPr="00C174A9" w:rsidRDefault="00BF7675" w:rsidP="00F16A53">
            <w:pPr>
              <w:spacing w:after="0" w:line="228" w:lineRule="auto"/>
              <w:jc w:val="center"/>
              <w:rPr>
                <w:sz w:val="15"/>
                <w:szCs w:val="15"/>
              </w:rPr>
            </w:pPr>
            <w:r w:rsidRPr="00C174A9">
              <w:rPr>
                <w:sz w:val="15"/>
                <w:szCs w:val="15"/>
              </w:rPr>
              <w:t>5</w:t>
            </w:r>
          </w:p>
        </w:tc>
        <w:tc>
          <w:tcPr>
            <w:tcW w:w="1461" w:type="dxa"/>
            <w:shd w:val="clear" w:color="auto" w:fill="FFFF00"/>
            <w:tcMar>
              <w:top w:w="80" w:type="dxa"/>
              <w:left w:w="100" w:type="dxa"/>
              <w:bottom w:w="80" w:type="dxa"/>
              <w:right w:w="100" w:type="dxa"/>
            </w:tcMar>
            <w:vAlign w:val="center"/>
          </w:tcPr>
          <w:p w14:paraId="747E61A9" w14:textId="77777777" w:rsidR="003E6006" w:rsidRPr="00C174A9" w:rsidRDefault="003E6006" w:rsidP="00F16A53">
            <w:pPr>
              <w:spacing w:after="0" w:line="228" w:lineRule="auto"/>
              <w:jc w:val="both"/>
              <w:rPr>
                <w:sz w:val="15"/>
                <w:szCs w:val="15"/>
                <w:highlight w:val="yellow"/>
              </w:rPr>
            </w:pPr>
          </w:p>
        </w:tc>
        <w:tc>
          <w:tcPr>
            <w:tcW w:w="1661" w:type="dxa"/>
            <w:shd w:val="clear" w:color="auto" w:fill="FFFF00"/>
            <w:tcMar>
              <w:top w:w="80" w:type="dxa"/>
              <w:left w:w="100" w:type="dxa"/>
              <w:bottom w:w="80" w:type="dxa"/>
              <w:right w:w="100" w:type="dxa"/>
            </w:tcMar>
            <w:vAlign w:val="center"/>
          </w:tcPr>
          <w:p w14:paraId="2F75831C" w14:textId="77777777" w:rsidR="003E6006" w:rsidRPr="00C174A9" w:rsidRDefault="003E6006" w:rsidP="00F16A53">
            <w:pPr>
              <w:spacing w:after="0" w:line="228" w:lineRule="auto"/>
              <w:jc w:val="both"/>
              <w:rPr>
                <w:sz w:val="15"/>
                <w:szCs w:val="15"/>
                <w:highlight w:val="yellow"/>
              </w:rPr>
            </w:pPr>
          </w:p>
        </w:tc>
        <w:tc>
          <w:tcPr>
            <w:tcW w:w="1929" w:type="dxa"/>
            <w:shd w:val="clear" w:color="auto" w:fill="FFFF00"/>
            <w:tcMar>
              <w:top w:w="80" w:type="dxa"/>
              <w:left w:w="100" w:type="dxa"/>
              <w:bottom w:w="80" w:type="dxa"/>
              <w:right w:w="100" w:type="dxa"/>
            </w:tcMar>
            <w:vAlign w:val="center"/>
          </w:tcPr>
          <w:p w14:paraId="4A33A69B"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3A8B758E" w14:textId="77777777" w:rsidR="003E6006" w:rsidRPr="00C174A9" w:rsidRDefault="003E6006" w:rsidP="00F16A53">
            <w:pPr>
              <w:spacing w:after="0" w:line="228" w:lineRule="auto"/>
              <w:jc w:val="both"/>
              <w:rPr>
                <w:sz w:val="15"/>
                <w:szCs w:val="15"/>
                <w:highlight w:val="yellow"/>
              </w:rPr>
            </w:pPr>
          </w:p>
        </w:tc>
        <w:tc>
          <w:tcPr>
            <w:tcW w:w="2143" w:type="dxa"/>
            <w:shd w:val="clear" w:color="auto" w:fill="FFFF00"/>
            <w:tcMar>
              <w:top w:w="80" w:type="dxa"/>
              <w:left w:w="100" w:type="dxa"/>
              <w:bottom w:w="80" w:type="dxa"/>
              <w:right w:w="100" w:type="dxa"/>
            </w:tcMar>
            <w:vAlign w:val="center"/>
          </w:tcPr>
          <w:p w14:paraId="13299BFC" w14:textId="77777777" w:rsidR="003E6006" w:rsidRPr="00C174A9" w:rsidRDefault="003E6006" w:rsidP="00F16A53">
            <w:pPr>
              <w:spacing w:after="0" w:line="228" w:lineRule="auto"/>
              <w:jc w:val="both"/>
              <w:rPr>
                <w:sz w:val="15"/>
                <w:szCs w:val="15"/>
                <w:highlight w:val="yellow"/>
              </w:rPr>
            </w:pPr>
          </w:p>
        </w:tc>
      </w:tr>
      <w:tr w:rsidR="003E6006" w:rsidRPr="00C174A9" w14:paraId="3F642050" w14:textId="77777777" w:rsidTr="00275BA2">
        <w:trPr>
          <w:cantSplit/>
          <w:trHeight w:val="284"/>
        </w:trPr>
        <w:tc>
          <w:tcPr>
            <w:tcW w:w="607" w:type="dxa"/>
            <w:tcMar>
              <w:top w:w="80" w:type="dxa"/>
              <w:left w:w="100" w:type="dxa"/>
              <w:bottom w:w="80" w:type="dxa"/>
              <w:right w:w="100" w:type="dxa"/>
            </w:tcMar>
            <w:vAlign w:val="center"/>
          </w:tcPr>
          <w:p w14:paraId="456C4E0F" w14:textId="781691C8" w:rsidR="003E6006" w:rsidRPr="00C174A9" w:rsidRDefault="00BF7675" w:rsidP="00F16A53">
            <w:pPr>
              <w:spacing w:after="0" w:line="228" w:lineRule="auto"/>
              <w:jc w:val="center"/>
              <w:rPr>
                <w:sz w:val="15"/>
                <w:szCs w:val="15"/>
              </w:rPr>
            </w:pPr>
            <w:r w:rsidRPr="00C174A9">
              <w:rPr>
                <w:sz w:val="15"/>
                <w:szCs w:val="15"/>
              </w:rPr>
              <w:t>6</w:t>
            </w:r>
          </w:p>
        </w:tc>
        <w:tc>
          <w:tcPr>
            <w:tcW w:w="1461" w:type="dxa"/>
            <w:shd w:val="clear" w:color="auto" w:fill="FFFF00"/>
            <w:tcMar>
              <w:top w:w="80" w:type="dxa"/>
              <w:left w:w="100" w:type="dxa"/>
              <w:bottom w:w="80" w:type="dxa"/>
              <w:right w:w="100" w:type="dxa"/>
            </w:tcMar>
            <w:vAlign w:val="center"/>
          </w:tcPr>
          <w:p w14:paraId="66FB6AA4" w14:textId="77777777" w:rsidR="003E6006" w:rsidRPr="00C174A9" w:rsidRDefault="003E6006" w:rsidP="00F16A53">
            <w:pPr>
              <w:spacing w:after="0" w:line="228" w:lineRule="auto"/>
              <w:jc w:val="both"/>
              <w:rPr>
                <w:sz w:val="15"/>
                <w:szCs w:val="15"/>
                <w:highlight w:val="yellow"/>
              </w:rPr>
            </w:pPr>
          </w:p>
        </w:tc>
        <w:tc>
          <w:tcPr>
            <w:tcW w:w="1661" w:type="dxa"/>
            <w:shd w:val="clear" w:color="auto" w:fill="FFFF00"/>
            <w:tcMar>
              <w:top w:w="80" w:type="dxa"/>
              <w:left w:w="100" w:type="dxa"/>
              <w:bottom w:w="80" w:type="dxa"/>
              <w:right w:w="100" w:type="dxa"/>
            </w:tcMar>
            <w:vAlign w:val="center"/>
          </w:tcPr>
          <w:p w14:paraId="56370392" w14:textId="77777777" w:rsidR="003E6006" w:rsidRPr="00C174A9" w:rsidRDefault="003E6006" w:rsidP="00F16A53">
            <w:pPr>
              <w:spacing w:after="0" w:line="228" w:lineRule="auto"/>
              <w:jc w:val="both"/>
              <w:rPr>
                <w:sz w:val="15"/>
                <w:szCs w:val="15"/>
                <w:highlight w:val="yellow"/>
              </w:rPr>
            </w:pPr>
          </w:p>
        </w:tc>
        <w:tc>
          <w:tcPr>
            <w:tcW w:w="1929" w:type="dxa"/>
            <w:shd w:val="clear" w:color="auto" w:fill="FFFF00"/>
            <w:tcMar>
              <w:top w:w="80" w:type="dxa"/>
              <w:left w:w="100" w:type="dxa"/>
              <w:bottom w:w="80" w:type="dxa"/>
              <w:right w:w="100" w:type="dxa"/>
            </w:tcMar>
            <w:vAlign w:val="center"/>
          </w:tcPr>
          <w:p w14:paraId="1790EAC2"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2D8ACB7A" w14:textId="77777777" w:rsidR="003E6006" w:rsidRPr="00C174A9" w:rsidRDefault="003E6006" w:rsidP="00F16A53">
            <w:pPr>
              <w:spacing w:after="0" w:line="228" w:lineRule="auto"/>
              <w:jc w:val="both"/>
              <w:rPr>
                <w:sz w:val="15"/>
                <w:szCs w:val="15"/>
                <w:highlight w:val="yellow"/>
              </w:rPr>
            </w:pPr>
          </w:p>
        </w:tc>
        <w:tc>
          <w:tcPr>
            <w:tcW w:w="2143" w:type="dxa"/>
            <w:shd w:val="clear" w:color="auto" w:fill="FFFF00"/>
            <w:tcMar>
              <w:top w:w="80" w:type="dxa"/>
              <w:left w:w="100" w:type="dxa"/>
              <w:bottom w:w="80" w:type="dxa"/>
              <w:right w:w="100" w:type="dxa"/>
            </w:tcMar>
            <w:vAlign w:val="center"/>
          </w:tcPr>
          <w:p w14:paraId="40ACC73C" w14:textId="77777777" w:rsidR="003E6006" w:rsidRPr="00C174A9" w:rsidRDefault="003E6006" w:rsidP="00F16A53">
            <w:pPr>
              <w:spacing w:after="0" w:line="228" w:lineRule="auto"/>
              <w:jc w:val="both"/>
              <w:rPr>
                <w:sz w:val="15"/>
                <w:szCs w:val="15"/>
                <w:highlight w:val="yellow"/>
              </w:rPr>
            </w:pPr>
          </w:p>
        </w:tc>
      </w:tr>
      <w:tr w:rsidR="003E6006" w:rsidRPr="00C174A9" w14:paraId="267A3FA6" w14:textId="77777777" w:rsidTr="00275BA2">
        <w:trPr>
          <w:cantSplit/>
          <w:trHeight w:val="284"/>
        </w:trPr>
        <w:tc>
          <w:tcPr>
            <w:tcW w:w="607" w:type="dxa"/>
            <w:tcMar>
              <w:top w:w="80" w:type="dxa"/>
              <w:left w:w="100" w:type="dxa"/>
              <w:bottom w:w="80" w:type="dxa"/>
              <w:right w:w="100" w:type="dxa"/>
            </w:tcMar>
            <w:vAlign w:val="center"/>
          </w:tcPr>
          <w:p w14:paraId="33F5F2C3" w14:textId="14E39959" w:rsidR="003E6006" w:rsidRPr="00C174A9" w:rsidRDefault="00BF7675" w:rsidP="00F16A53">
            <w:pPr>
              <w:spacing w:after="0" w:line="228" w:lineRule="auto"/>
              <w:jc w:val="center"/>
              <w:rPr>
                <w:sz w:val="15"/>
                <w:szCs w:val="15"/>
              </w:rPr>
            </w:pPr>
            <w:r w:rsidRPr="00C174A9">
              <w:rPr>
                <w:sz w:val="15"/>
                <w:szCs w:val="15"/>
              </w:rPr>
              <w:t>7</w:t>
            </w:r>
          </w:p>
        </w:tc>
        <w:tc>
          <w:tcPr>
            <w:tcW w:w="1461" w:type="dxa"/>
            <w:shd w:val="clear" w:color="auto" w:fill="FFFF00"/>
            <w:tcMar>
              <w:top w:w="80" w:type="dxa"/>
              <w:left w:w="100" w:type="dxa"/>
              <w:bottom w:w="80" w:type="dxa"/>
              <w:right w:w="100" w:type="dxa"/>
            </w:tcMar>
            <w:vAlign w:val="center"/>
          </w:tcPr>
          <w:p w14:paraId="7D6EE898" w14:textId="77777777" w:rsidR="003E6006" w:rsidRPr="00C174A9" w:rsidRDefault="003E6006" w:rsidP="00F16A53">
            <w:pPr>
              <w:spacing w:after="0" w:line="228" w:lineRule="auto"/>
              <w:jc w:val="both"/>
              <w:rPr>
                <w:sz w:val="15"/>
                <w:szCs w:val="15"/>
                <w:highlight w:val="yellow"/>
              </w:rPr>
            </w:pPr>
          </w:p>
        </w:tc>
        <w:tc>
          <w:tcPr>
            <w:tcW w:w="1661" w:type="dxa"/>
            <w:shd w:val="clear" w:color="auto" w:fill="FFFF00"/>
            <w:tcMar>
              <w:top w:w="80" w:type="dxa"/>
              <w:left w:w="100" w:type="dxa"/>
              <w:bottom w:w="80" w:type="dxa"/>
              <w:right w:w="100" w:type="dxa"/>
            </w:tcMar>
            <w:vAlign w:val="center"/>
          </w:tcPr>
          <w:p w14:paraId="22DE138B" w14:textId="77777777" w:rsidR="003E6006" w:rsidRPr="00C174A9" w:rsidRDefault="003E6006" w:rsidP="00F16A53">
            <w:pPr>
              <w:spacing w:after="0" w:line="228" w:lineRule="auto"/>
              <w:jc w:val="both"/>
              <w:rPr>
                <w:sz w:val="15"/>
                <w:szCs w:val="15"/>
                <w:highlight w:val="yellow"/>
              </w:rPr>
            </w:pPr>
          </w:p>
        </w:tc>
        <w:tc>
          <w:tcPr>
            <w:tcW w:w="1929" w:type="dxa"/>
            <w:shd w:val="clear" w:color="auto" w:fill="FFFF00"/>
            <w:tcMar>
              <w:top w:w="80" w:type="dxa"/>
              <w:left w:w="100" w:type="dxa"/>
              <w:bottom w:w="80" w:type="dxa"/>
              <w:right w:w="100" w:type="dxa"/>
            </w:tcMar>
            <w:vAlign w:val="center"/>
          </w:tcPr>
          <w:p w14:paraId="3CA08CF2"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764BE465" w14:textId="77777777" w:rsidR="003E6006" w:rsidRPr="00C174A9" w:rsidRDefault="003E6006" w:rsidP="00F16A53">
            <w:pPr>
              <w:spacing w:after="0" w:line="228" w:lineRule="auto"/>
              <w:jc w:val="both"/>
              <w:rPr>
                <w:sz w:val="15"/>
                <w:szCs w:val="15"/>
                <w:highlight w:val="yellow"/>
              </w:rPr>
            </w:pPr>
          </w:p>
        </w:tc>
        <w:tc>
          <w:tcPr>
            <w:tcW w:w="2143" w:type="dxa"/>
            <w:shd w:val="clear" w:color="auto" w:fill="FFFF00"/>
            <w:tcMar>
              <w:top w:w="80" w:type="dxa"/>
              <w:left w:w="100" w:type="dxa"/>
              <w:bottom w:w="80" w:type="dxa"/>
              <w:right w:w="100" w:type="dxa"/>
            </w:tcMar>
            <w:vAlign w:val="center"/>
          </w:tcPr>
          <w:p w14:paraId="5885F7A4" w14:textId="77777777" w:rsidR="003E6006" w:rsidRPr="00C174A9" w:rsidRDefault="003E6006" w:rsidP="00F16A53">
            <w:pPr>
              <w:spacing w:after="0" w:line="228" w:lineRule="auto"/>
              <w:jc w:val="both"/>
              <w:rPr>
                <w:sz w:val="15"/>
                <w:szCs w:val="15"/>
                <w:highlight w:val="yellow"/>
              </w:rPr>
            </w:pPr>
          </w:p>
        </w:tc>
      </w:tr>
    </w:tbl>
    <w:p w14:paraId="3AEF5D66" w14:textId="77777777" w:rsidR="00BA2369" w:rsidRPr="00C174A9" w:rsidRDefault="00BA2369" w:rsidP="00F16A53">
      <w:pPr>
        <w:keepNext/>
        <w:spacing w:after="0" w:line="228" w:lineRule="auto"/>
        <w:rPr>
          <w:b/>
          <w:sz w:val="15"/>
          <w:szCs w:val="15"/>
        </w:rPr>
      </w:pPr>
    </w:p>
    <w:p w14:paraId="01F8E70F" w14:textId="725ED3C7" w:rsidR="0063661A" w:rsidRPr="00C174A9" w:rsidRDefault="00000000" w:rsidP="00F16A53">
      <w:pPr>
        <w:keepNext/>
        <w:spacing w:after="0" w:line="228" w:lineRule="auto"/>
        <w:rPr>
          <w:sz w:val="15"/>
          <w:szCs w:val="15"/>
        </w:rPr>
      </w:pPr>
      <w:r w:rsidRPr="00C174A9">
        <w:rPr>
          <w:b/>
          <w:sz w:val="15"/>
          <w:szCs w:val="15"/>
        </w:rPr>
        <w:t>3.2 Relación de recursos y bienes</w:t>
      </w:r>
    </w:p>
    <w:tbl>
      <w:tblPr>
        <w:tblStyle w:val="Tablaconcuadrcula"/>
        <w:tblW w:w="10030" w:type="dxa"/>
        <w:tblLayout w:type="fixed"/>
        <w:tblLook w:val="04A0" w:firstRow="1" w:lastRow="0" w:firstColumn="1" w:lastColumn="0" w:noHBand="0" w:noVBand="1"/>
      </w:tblPr>
      <w:tblGrid>
        <w:gridCol w:w="607"/>
        <w:gridCol w:w="1520"/>
        <w:gridCol w:w="1518"/>
        <w:gridCol w:w="1975"/>
        <w:gridCol w:w="2181"/>
        <w:gridCol w:w="2229"/>
      </w:tblGrid>
      <w:tr w:rsidR="0063661A" w:rsidRPr="00C174A9" w14:paraId="5096E3D9" w14:textId="77777777" w:rsidTr="003E6006">
        <w:trPr>
          <w:cantSplit/>
          <w:trHeight w:val="284"/>
          <w:tblHeader/>
        </w:trPr>
        <w:tc>
          <w:tcPr>
            <w:tcW w:w="607" w:type="dxa"/>
            <w:shd w:val="clear" w:color="auto" w:fill="BFBFBF" w:themeFill="background1" w:themeFillShade="BF"/>
            <w:tcMar>
              <w:top w:w="80" w:type="dxa"/>
              <w:left w:w="100" w:type="dxa"/>
              <w:bottom w:w="80" w:type="dxa"/>
              <w:right w:w="100" w:type="dxa"/>
            </w:tcMar>
            <w:vAlign w:val="center"/>
          </w:tcPr>
          <w:p w14:paraId="44C4EA23" w14:textId="77777777" w:rsidR="0063661A" w:rsidRPr="00C174A9" w:rsidRDefault="00000000" w:rsidP="00F16A53">
            <w:pPr>
              <w:spacing w:after="0" w:line="228" w:lineRule="auto"/>
              <w:jc w:val="center"/>
              <w:rPr>
                <w:sz w:val="15"/>
                <w:szCs w:val="15"/>
              </w:rPr>
            </w:pPr>
            <w:r w:rsidRPr="00C174A9">
              <w:rPr>
                <w:b/>
                <w:sz w:val="15"/>
                <w:szCs w:val="15"/>
              </w:rPr>
              <w:t>No.</w:t>
            </w:r>
          </w:p>
        </w:tc>
        <w:tc>
          <w:tcPr>
            <w:tcW w:w="1520" w:type="dxa"/>
            <w:shd w:val="clear" w:color="auto" w:fill="BFBFBF" w:themeFill="background1" w:themeFillShade="BF"/>
            <w:tcMar>
              <w:top w:w="80" w:type="dxa"/>
              <w:left w:w="100" w:type="dxa"/>
              <w:bottom w:w="80" w:type="dxa"/>
              <w:right w:w="100" w:type="dxa"/>
            </w:tcMar>
            <w:vAlign w:val="center"/>
          </w:tcPr>
          <w:p w14:paraId="515729B1" w14:textId="77777777" w:rsidR="0063661A" w:rsidRPr="00C174A9" w:rsidRDefault="00000000" w:rsidP="00F16A53">
            <w:pPr>
              <w:spacing w:after="0" w:line="228" w:lineRule="auto"/>
              <w:jc w:val="center"/>
              <w:rPr>
                <w:sz w:val="15"/>
                <w:szCs w:val="15"/>
              </w:rPr>
            </w:pPr>
            <w:r w:rsidRPr="00C174A9">
              <w:rPr>
                <w:b/>
                <w:sz w:val="15"/>
                <w:szCs w:val="15"/>
              </w:rPr>
              <w:t>Tipo de recurso o bien</w:t>
            </w:r>
          </w:p>
        </w:tc>
        <w:tc>
          <w:tcPr>
            <w:tcW w:w="1518" w:type="dxa"/>
            <w:shd w:val="clear" w:color="auto" w:fill="BFBFBF" w:themeFill="background1" w:themeFillShade="BF"/>
            <w:tcMar>
              <w:top w:w="80" w:type="dxa"/>
              <w:left w:w="100" w:type="dxa"/>
              <w:bottom w:w="80" w:type="dxa"/>
              <w:right w:w="100" w:type="dxa"/>
            </w:tcMar>
            <w:vAlign w:val="center"/>
          </w:tcPr>
          <w:p w14:paraId="17E74824" w14:textId="77777777" w:rsidR="0063661A" w:rsidRPr="00C174A9" w:rsidRDefault="00000000" w:rsidP="00F16A53">
            <w:pPr>
              <w:spacing w:after="0" w:line="228" w:lineRule="auto"/>
              <w:jc w:val="center"/>
              <w:rPr>
                <w:sz w:val="15"/>
                <w:szCs w:val="15"/>
              </w:rPr>
            </w:pPr>
            <w:r w:rsidRPr="00C174A9">
              <w:rPr>
                <w:b/>
                <w:sz w:val="15"/>
                <w:szCs w:val="15"/>
              </w:rPr>
              <w:t>Identificación institucional</w:t>
            </w:r>
          </w:p>
        </w:tc>
        <w:tc>
          <w:tcPr>
            <w:tcW w:w="1975" w:type="dxa"/>
            <w:shd w:val="clear" w:color="auto" w:fill="BFBFBF" w:themeFill="background1" w:themeFillShade="BF"/>
            <w:tcMar>
              <w:top w:w="80" w:type="dxa"/>
              <w:left w:w="100" w:type="dxa"/>
              <w:bottom w:w="80" w:type="dxa"/>
              <w:right w:w="100" w:type="dxa"/>
            </w:tcMar>
            <w:vAlign w:val="center"/>
          </w:tcPr>
          <w:p w14:paraId="1EC74294" w14:textId="77777777" w:rsidR="0063661A" w:rsidRPr="00C174A9" w:rsidRDefault="00000000" w:rsidP="00F16A53">
            <w:pPr>
              <w:spacing w:after="0" w:line="228" w:lineRule="auto"/>
              <w:jc w:val="center"/>
              <w:rPr>
                <w:sz w:val="15"/>
                <w:szCs w:val="15"/>
              </w:rPr>
            </w:pPr>
            <w:r w:rsidRPr="00C174A9">
              <w:rPr>
                <w:b/>
                <w:sz w:val="15"/>
                <w:szCs w:val="15"/>
              </w:rPr>
              <w:t>Condición y situación</w:t>
            </w:r>
          </w:p>
        </w:tc>
        <w:tc>
          <w:tcPr>
            <w:tcW w:w="2181" w:type="dxa"/>
            <w:shd w:val="clear" w:color="auto" w:fill="BFBFBF" w:themeFill="background1" w:themeFillShade="BF"/>
            <w:tcMar>
              <w:top w:w="80" w:type="dxa"/>
              <w:left w:w="100" w:type="dxa"/>
              <w:bottom w:w="80" w:type="dxa"/>
              <w:right w:w="100" w:type="dxa"/>
            </w:tcMar>
            <w:vAlign w:val="center"/>
          </w:tcPr>
          <w:p w14:paraId="5D51F5C4" w14:textId="77777777" w:rsidR="0063661A" w:rsidRPr="00C174A9" w:rsidRDefault="00000000" w:rsidP="00F16A53">
            <w:pPr>
              <w:spacing w:after="0" w:line="228" w:lineRule="auto"/>
              <w:jc w:val="center"/>
              <w:rPr>
                <w:sz w:val="15"/>
                <w:szCs w:val="15"/>
              </w:rPr>
            </w:pPr>
            <w:r w:rsidRPr="00C174A9">
              <w:rPr>
                <w:b/>
                <w:sz w:val="15"/>
                <w:szCs w:val="15"/>
              </w:rPr>
              <w:t>Resguardo o documento soporte</w:t>
            </w:r>
          </w:p>
        </w:tc>
        <w:tc>
          <w:tcPr>
            <w:tcW w:w="2229" w:type="dxa"/>
            <w:shd w:val="clear" w:color="auto" w:fill="BFBFBF" w:themeFill="background1" w:themeFillShade="BF"/>
            <w:tcMar>
              <w:top w:w="80" w:type="dxa"/>
              <w:left w:w="100" w:type="dxa"/>
              <w:bottom w:w="80" w:type="dxa"/>
              <w:right w:w="100" w:type="dxa"/>
            </w:tcMar>
            <w:vAlign w:val="center"/>
          </w:tcPr>
          <w:p w14:paraId="2C4E3D6A" w14:textId="77777777" w:rsidR="0063661A" w:rsidRPr="00C174A9" w:rsidRDefault="00000000" w:rsidP="00F16A53">
            <w:pPr>
              <w:spacing w:after="0" w:line="228" w:lineRule="auto"/>
              <w:jc w:val="center"/>
              <w:rPr>
                <w:sz w:val="15"/>
                <w:szCs w:val="15"/>
              </w:rPr>
            </w:pPr>
            <w:r w:rsidRPr="00C174A9">
              <w:rPr>
                <w:b/>
                <w:sz w:val="15"/>
                <w:szCs w:val="15"/>
              </w:rPr>
              <w:t>Ubicación actual</w:t>
            </w:r>
          </w:p>
        </w:tc>
      </w:tr>
      <w:tr w:rsidR="00BF7675" w:rsidRPr="00C174A9" w14:paraId="175DF23F" w14:textId="77777777" w:rsidTr="003E6006">
        <w:trPr>
          <w:cantSplit/>
          <w:trHeight w:val="284"/>
        </w:trPr>
        <w:tc>
          <w:tcPr>
            <w:tcW w:w="607" w:type="dxa"/>
            <w:tcMar>
              <w:top w:w="80" w:type="dxa"/>
              <w:left w:w="100" w:type="dxa"/>
              <w:bottom w:w="80" w:type="dxa"/>
              <w:right w:w="100" w:type="dxa"/>
            </w:tcMar>
            <w:vAlign w:val="center"/>
          </w:tcPr>
          <w:p w14:paraId="47AFDB97" w14:textId="77777777" w:rsidR="00BF7675" w:rsidRPr="00C174A9" w:rsidRDefault="00BF7675" w:rsidP="00BF7675">
            <w:pPr>
              <w:spacing w:after="0" w:line="228" w:lineRule="auto"/>
              <w:jc w:val="center"/>
              <w:rPr>
                <w:sz w:val="15"/>
                <w:szCs w:val="15"/>
              </w:rPr>
            </w:pPr>
            <w:r w:rsidRPr="00C174A9">
              <w:rPr>
                <w:sz w:val="15"/>
                <w:szCs w:val="15"/>
              </w:rPr>
              <w:t>1</w:t>
            </w:r>
          </w:p>
        </w:tc>
        <w:tc>
          <w:tcPr>
            <w:tcW w:w="1520" w:type="dxa"/>
            <w:tcMar>
              <w:top w:w="80" w:type="dxa"/>
              <w:left w:w="100" w:type="dxa"/>
              <w:bottom w:w="80" w:type="dxa"/>
              <w:right w:w="100" w:type="dxa"/>
            </w:tcMar>
            <w:vAlign w:val="center"/>
          </w:tcPr>
          <w:p w14:paraId="40880EF1" w14:textId="71841563" w:rsidR="00BF7675" w:rsidRPr="00C174A9" w:rsidRDefault="00BF7675" w:rsidP="00BF7675">
            <w:pPr>
              <w:spacing w:after="0" w:line="228" w:lineRule="auto"/>
              <w:jc w:val="both"/>
              <w:rPr>
                <w:sz w:val="15"/>
                <w:szCs w:val="15"/>
              </w:rPr>
            </w:pPr>
            <w:r w:rsidRPr="00C174A9">
              <w:rPr>
                <w:sz w:val="15"/>
                <w:szCs w:val="15"/>
                <w:highlight w:val="yellow"/>
              </w:rPr>
              <w:t>(32.</w:t>
            </w:r>
            <w:r w:rsidR="00A233BD" w:rsidRPr="00C174A9">
              <w:rPr>
                <w:sz w:val="15"/>
                <w:szCs w:val="15"/>
                <w:highlight w:val="yellow"/>
              </w:rPr>
              <w:t>7</w:t>
            </w:r>
            <w:r w:rsidRPr="00C174A9">
              <w:rPr>
                <w:sz w:val="15"/>
                <w:szCs w:val="15"/>
                <w:highlight w:val="yellow"/>
              </w:rPr>
              <w:t>)</w:t>
            </w:r>
          </w:p>
        </w:tc>
        <w:tc>
          <w:tcPr>
            <w:tcW w:w="1518" w:type="dxa"/>
            <w:tcMar>
              <w:top w:w="80" w:type="dxa"/>
              <w:left w:w="100" w:type="dxa"/>
              <w:bottom w:w="80" w:type="dxa"/>
              <w:right w:w="100" w:type="dxa"/>
            </w:tcMar>
            <w:vAlign w:val="center"/>
          </w:tcPr>
          <w:p w14:paraId="3EB1FA49" w14:textId="60E80F4E" w:rsidR="00BF7675" w:rsidRPr="00C174A9" w:rsidRDefault="00BF7675" w:rsidP="00BF7675">
            <w:pPr>
              <w:spacing w:after="0" w:line="228" w:lineRule="auto"/>
              <w:jc w:val="both"/>
              <w:rPr>
                <w:sz w:val="15"/>
                <w:szCs w:val="15"/>
              </w:rPr>
            </w:pPr>
            <w:r w:rsidRPr="00C174A9">
              <w:rPr>
                <w:sz w:val="15"/>
                <w:szCs w:val="15"/>
                <w:highlight w:val="yellow"/>
              </w:rPr>
              <w:t>(32.</w:t>
            </w:r>
            <w:r w:rsidR="00A233BD" w:rsidRPr="00C174A9">
              <w:rPr>
                <w:sz w:val="15"/>
                <w:szCs w:val="15"/>
                <w:highlight w:val="yellow"/>
              </w:rPr>
              <w:t>8</w:t>
            </w:r>
            <w:r w:rsidRPr="00C174A9">
              <w:rPr>
                <w:sz w:val="15"/>
                <w:szCs w:val="15"/>
                <w:highlight w:val="yellow"/>
              </w:rPr>
              <w:t>)</w:t>
            </w:r>
          </w:p>
        </w:tc>
        <w:tc>
          <w:tcPr>
            <w:tcW w:w="1975" w:type="dxa"/>
            <w:tcMar>
              <w:top w:w="80" w:type="dxa"/>
              <w:left w:w="100" w:type="dxa"/>
              <w:bottom w:w="80" w:type="dxa"/>
              <w:right w:w="100" w:type="dxa"/>
            </w:tcMar>
            <w:vAlign w:val="center"/>
          </w:tcPr>
          <w:p w14:paraId="4CDB87FA" w14:textId="35CB4A77" w:rsidR="00BF7675" w:rsidRPr="00C174A9" w:rsidRDefault="00BF7675" w:rsidP="00BF7675">
            <w:pPr>
              <w:spacing w:after="0" w:line="228" w:lineRule="auto"/>
              <w:jc w:val="both"/>
              <w:rPr>
                <w:sz w:val="15"/>
                <w:szCs w:val="15"/>
              </w:rPr>
            </w:pPr>
            <w:r w:rsidRPr="00C174A9">
              <w:rPr>
                <w:sz w:val="15"/>
                <w:szCs w:val="15"/>
                <w:highlight w:val="yellow"/>
              </w:rPr>
              <w:t>(32.</w:t>
            </w:r>
            <w:r w:rsidR="00A233BD" w:rsidRPr="00C174A9">
              <w:rPr>
                <w:sz w:val="15"/>
                <w:szCs w:val="15"/>
                <w:highlight w:val="yellow"/>
              </w:rPr>
              <w:t>9</w:t>
            </w:r>
            <w:r w:rsidRPr="00C174A9">
              <w:rPr>
                <w:sz w:val="15"/>
                <w:szCs w:val="15"/>
                <w:highlight w:val="yellow"/>
              </w:rPr>
              <w:t>)</w:t>
            </w:r>
          </w:p>
        </w:tc>
        <w:tc>
          <w:tcPr>
            <w:tcW w:w="2181" w:type="dxa"/>
            <w:tcMar>
              <w:top w:w="80" w:type="dxa"/>
              <w:left w:w="100" w:type="dxa"/>
              <w:bottom w:w="80" w:type="dxa"/>
              <w:right w:w="100" w:type="dxa"/>
            </w:tcMar>
            <w:vAlign w:val="center"/>
          </w:tcPr>
          <w:p w14:paraId="1CFC6A46" w14:textId="591DF846" w:rsidR="00BF7675" w:rsidRPr="00C174A9" w:rsidRDefault="00BF7675" w:rsidP="00BF7675">
            <w:pPr>
              <w:spacing w:after="0" w:line="228" w:lineRule="auto"/>
              <w:jc w:val="both"/>
              <w:rPr>
                <w:sz w:val="15"/>
                <w:szCs w:val="15"/>
              </w:rPr>
            </w:pPr>
            <w:r w:rsidRPr="00C174A9">
              <w:rPr>
                <w:sz w:val="15"/>
                <w:szCs w:val="15"/>
                <w:highlight w:val="yellow"/>
              </w:rPr>
              <w:t>(32.</w:t>
            </w:r>
            <w:r w:rsidR="00A233BD" w:rsidRPr="00C174A9">
              <w:rPr>
                <w:sz w:val="15"/>
                <w:szCs w:val="15"/>
                <w:highlight w:val="yellow"/>
              </w:rPr>
              <w:t>10</w:t>
            </w:r>
            <w:r w:rsidRPr="00C174A9">
              <w:rPr>
                <w:sz w:val="15"/>
                <w:szCs w:val="15"/>
                <w:highlight w:val="yellow"/>
              </w:rPr>
              <w:t>)</w:t>
            </w:r>
          </w:p>
        </w:tc>
        <w:tc>
          <w:tcPr>
            <w:tcW w:w="2229" w:type="dxa"/>
            <w:tcMar>
              <w:top w:w="80" w:type="dxa"/>
              <w:left w:w="100" w:type="dxa"/>
              <w:bottom w:w="80" w:type="dxa"/>
              <w:right w:w="100" w:type="dxa"/>
            </w:tcMar>
            <w:vAlign w:val="center"/>
          </w:tcPr>
          <w:p w14:paraId="1A85BADA" w14:textId="0BB68940" w:rsidR="00BF7675" w:rsidRPr="00C174A9" w:rsidRDefault="00BF7675" w:rsidP="00BF7675">
            <w:pPr>
              <w:spacing w:after="0" w:line="228" w:lineRule="auto"/>
              <w:jc w:val="both"/>
              <w:rPr>
                <w:sz w:val="15"/>
                <w:szCs w:val="15"/>
              </w:rPr>
            </w:pPr>
            <w:r w:rsidRPr="00C174A9">
              <w:rPr>
                <w:sz w:val="15"/>
                <w:szCs w:val="15"/>
                <w:highlight w:val="yellow"/>
              </w:rPr>
              <w:t>(32.</w:t>
            </w:r>
            <w:r w:rsidR="00B05CDC" w:rsidRPr="00C174A9">
              <w:rPr>
                <w:sz w:val="15"/>
                <w:szCs w:val="15"/>
                <w:highlight w:val="yellow"/>
              </w:rPr>
              <w:t>1</w:t>
            </w:r>
            <w:r w:rsidR="00A233BD" w:rsidRPr="00C174A9">
              <w:rPr>
                <w:sz w:val="15"/>
                <w:szCs w:val="15"/>
                <w:highlight w:val="yellow"/>
              </w:rPr>
              <w:t>1</w:t>
            </w:r>
            <w:r w:rsidRPr="00C174A9">
              <w:rPr>
                <w:sz w:val="15"/>
                <w:szCs w:val="15"/>
                <w:highlight w:val="yellow"/>
              </w:rPr>
              <w:t>)</w:t>
            </w:r>
          </w:p>
        </w:tc>
      </w:tr>
      <w:tr w:rsidR="0069704D" w:rsidRPr="00C174A9" w14:paraId="3448782C" w14:textId="77777777" w:rsidTr="00275BA2">
        <w:trPr>
          <w:cantSplit/>
          <w:trHeight w:val="284"/>
        </w:trPr>
        <w:tc>
          <w:tcPr>
            <w:tcW w:w="607" w:type="dxa"/>
            <w:tcMar>
              <w:top w:w="80" w:type="dxa"/>
              <w:left w:w="100" w:type="dxa"/>
              <w:bottom w:w="80" w:type="dxa"/>
              <w:right w:w="100" w:type="dxa"/>
            </w:tcMar>
            <w:vAlign w:val="center"/>
          </w:tcPr>
          <w:p w14:paraId="0A232572" w14:textId="77777777" w:rsidR="0069704D" w:rsidRPr="00C174A9" w:rsidRDefault="0069704D" w:rsidP="00F16A53">
            <w:pPr>
              <w:spacing w:after="0" w:line="228" w:lineRule="auto"/>
              <w:jc w:val="center"/>
              <w:rPr>
                <w:sz w:val="15"/>
                <w:szCs w:val="15"/>
              </w:rPr>
            </w:pPr>
            <w:r w:rsidRPr="00C174A9">
              <w:rPr>
                <w:sz w:val="15"/>
                <w:szCs w:val="15"/>
              </w:rPr>
              <w:t>2</w:t>
            </w:r>
          </w:p>
        </w:tc>
        <w:tc>
          <w:tcPr>
            <w:tcW w:w="1520" w:type="dxa"/>
            <w:shd w:val="clear" w:color="auto" w:fill="FFFF00"/>
            <w:tcMar>
              <w:top w:w="80" w:type="dxa"/>
              <w:left w:w="100" w:type="dxa"/>
              <w:bottom w:w="80" w:type="dxa"/>
              <w:right w:w="100" w:type="dxa"/>
            </w:tcMar>
            <w:vAlign w:val="center"/>
          </w:tcPr>
          <w:p w14:paraId="01602FA1" w14:textId="2414CCB2" w:rsidR="0069704D" w:rsidRPr="00C174A9" w:rsidRDefault="0069704D" w:rsidP="00F16A53">
            <w:pPr>
              <w:spacing w:after="0" w:line="228" w:lineRule="auto"/>
              <w:jc w:val="both"/>
              <w:rPr>
                <w:sz w:val="15"/>
                <w:szCs w:val="15"/>
              </w:rPr>
            </w:pPr>
          </w:p>
        </w:tc>
        <w:tc>
          <w:tcPr>
            <w:tcW w:w="1518" w:type="dxa"/>
            <w:shd w:val="clear" w:color="auto" w:fill="FFFF00"/>
            <w:tcMar>
              <w:top w:w="80" w:type="dxa"/>
              <w:left w:w="100" w:type="dxa"/>
              <w:bottom w:w="80" w:type="dxa"/>
              <w:right w:w="100" w:type="dxa"/>
            </w:tcMar>
            <w:vAlign w:val="center"/>
          </w:tcPr>
          <w:p w14:paraId="620FE337" w14:textId="6F803241" w:rsidR="0069704D" w:rsidRPr="00C174A9" w:rsidRDefault="0069704D" w:rsidP="00F16A53">
            <w:pPr>
              <w:spacing w:after="0" w:line="228" w:lineRule="auto"/>
              <w:jc w:val="both"/>
              <w:rPr>
                <w:sz w:val="15"/>
                <w:szCs w:val="15"/>
              </w:rPr>
            </w:pPr>
          </w:p>
        </w:tc>
        <w:tc>
          <w:tcPr>
            <w:tcW w:w="1975" w:type="dxa"/>
            <w:shd w:val="clear" w:color="auto" w:fill="FFFF00"/>
            <w:tcMar>
              <w:top w:w="80" w:type="dxa"/>
              <w:left w:w="100" w:type="dxa"/>
              <w:bottom w:w="80" w:type="dxa"/>
              <w:right w:w="100" w:type="dxa"/>
            </w:tcMar>
            <w:vAlign w:val="center"/>
          </w:tcPr>
          <w:p w14:paraId="168CA9DF" w14:textId="0C4FE13A" w:rsidR="0069704D" w:rsidRPr="00C174A9" w:rsidRDefault="0069704D" w:rsidP="00F16A53">
            <w:pPr>
              <w:spacing w:after="0" w:line="228" w:lineRule="auto"/>
              <w:jc w:val="both"/>
              <w:rPr>
                <w:sz w:val="15"/>
                <w:szCs w:val="15"/>
              </w:rPr>
            </w:pPr>
          </w:p>
        </w:tc>
        <w:tc>
          <w:tcPr>
            <w:tcW w:w="2181" w:type="dxa"/>
            <w:shd w:val="clear" w:color="auto" w:fill="FFFF00"/>
            <w:tcMar>
              <w:top w:w="80" w:type="dxa"/>
              <w:left w:w="100" w:type="dxa"/>
              <w:bottom w:w="80" w:type="dxa"/>
              <w:right w:w="100" w:type="dxa"/>
            </w:tcMar>
            <w:vAlign w:val="center"/>
          </w:tcPr>
          <w:p w14:paraId="2D5D9CBD" w14:textId="200C20B7" w:rsidR="0069704D" w:rsidRPr="00C174A9" w:rsidRDefault="0069704D" w:rsidP="00F16A53">
            <w:pPr>
              <w:spacing w:after="0" w:line="228" w:lineRule="auto"/>
              <w:jc w:val="both"/>
              <w:rPr>
                <w:sz w:val="15"/>
                <w:szCs w:val="15"/>
              </w:rPr>
            </w:pPr>
          </w:p>
        </w:tc>
        <w:tc>
          <w:tcPr>
            <w:tcW w:w="2229" w:type="dxa"/>
            <w:shd w:val="clear" w:color="auto" w:fill="FFFF00"/>
            <w:tcMar>
              <w:top w:w="80" w:type="dxa"/>
              <w:left w:w="100" w:type="dxa"/>
              <w:bottom w:w="80" w:type="dxa"/>
              <w:right w:w="100" w:type="dxa"/>
            </w:tcMar>
            <w:vAlign w:val="center"/>
          </w:tcPr>
          <w:p w14:paraId="7B52D87F" w14:textId="50B08C88" w:rsidR="0069704D" w:rsidRPr="00C174A9" w:rsidRDefault="0069704D" w:rsidP="00F16A53">
            <w:pPr>
              <w:spacing w:after="0" w:line="228" w:lineRule="auto"/>
              <w:jc w:val="both"/>
              <w:rPr>
                <w:sz w:val="15"/>
                <w:szCs w:val="15"/>
              </w:rPr>
            </w:pPr>
          </w:p>
        </w:tc>
      </w:tr>
      <w:tr w:rsidR="003E6006" w:rsidRPr="00C174A9" w14:paraId="6E587816" w14:textId="77777777" w:rsidTr="00275BA2">
        <w:trPr>
          <w:cantSplit/>
          <w:trHeight w:val="284"/>
        </w:trPr>
        <w:tc>
          <w:tcPr>
            <w:tcW w:w="607" w:type="dxa"/>
            <w:tcMar>
              <w:top w:w="80" w:type="dxa"/>
              <w:left w:w="100" w:type="dxa"/>
              <w:bottom w:w="80" w:type="dxa"/>
              <w:right w:w="100" w:type="dxa"/>
            </w:tcMar>
            <w:vAlign w:val="center"/>
          </w:tcPr>
          <w:p w14:paraId="4F3FA987" w14:textId="2E81D0EC" w:rsidR="003E6006" w:rsidRPr="00C174A9" w:rsidRDefault="00BF7675" w:rsidP="00F16A53">
            <w:pPr>
              <w:spacing w:after="0" w:line="228" w:lineRule="auto"/>
              <w:jc w:val="center"/>
              <w:rPr>
                <w:sz w:val="15"/>
                <w:szCs w:val="15"/>
              </w:rPr>
            </w:pPr>
            <w:r w:rsidRPr="00C174A9">
              <w:rPr>
                <w:sz w:val="15"/>
                <w:szCs w:val="15"/>
              </w:rPr>
              <w:t>3</w:t>
            </w:r>
          </w:p>
        </w:tc>
        <w:tc>
          <w:tcPr>
            <w:tcW w:w="1520" w:type="dxa"/>
            <w:shd w:val="clear" w:color="auto" w:fill="FFFF00"/>
            <w:tcMar>
              <w:top w:w="80" w:type="dxa"/>
              <w:left w:w="100" w:type="dxa"/>
              <w:bottom w:w="80" w:type="dxa"/>
              <w:right w:w="100" w:type="dxa"/>
            </w:tcMar>
            <w:vAlign w:val="center"/>
          </w:tcPr>
          <w:p w14:paraId="58576E0B"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2D257935"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11A7BE99"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6B47ACFA"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37C3D1E8" w14:textId="77777777" w:rsidR="003E6006" w:rsidRPr="00C174A9" w:rsidRDefault="003E6006" w:rsidP="00F16A53">
            <w:pPr>
              <w:spacing w:after="0" w:line="228" w:lineRule="auto"/>
              <w:jc w:val="both"/>
              <w:rPr>
                <w:sz w:val="15"/>
                <w:szCs w:val="15"/>
                <w:highlight w:val="yellow"/>
              </w:rPr>
            </w:pPr>
          </w:p>
        </w:tc>
      </w:tr>
      <w:tr w:rsidR="003E6006" w:rsidRPr="00C174A9" w14:paraId="2AB9AB33" w14:textId="77777777" w:rsidTr="00275BA2">
        <w:trPr>
          <w:cantSplit/>
          <w:trHeight w:val="284"/>
        </w:trPr>
        <w:tc>
          <w:tcPr>
            <w:tcW w:w="607" w:type="dxa"/>
            <w:tcMar>
              <w:top w:w="80" w:type="dxa"/>
              <w:left w:w="100" w:type="dxa"/>
              <w:bottom w:w="80" w:type="dxa"/>
              <w:right w:w="100" w:type="dxa"/>
            </w:tcMar>
            <w:vAlign w:val="center"/>
          </w:tcPr>
          <w:p w14:paraId="4714957B" w14:textId="4538C148" w:rsidR="003E6006" w:rsidRPr="00C174A9" w:rsidRDefault="00BF7675" w:rsidP="00F16A53">
            <w:pPr>
              <w:spacing w:after="0" w:line="228" w:lineRule="auto"/>
              <w:jc w:val="center"/>
              <w:rPr>
                <w:sz w:val="15"/>
                <w:szCs w:val="15"/>
              </w:rPr>
            </w:pPr>
            <w:r w:rsidRPr="00C174A9">
              <w:rPr>
                <w:sz w:val="15"/>
                <w:szCs w:val="15"/>
              </w:rPr>
              <w:t>4</w:t>
            </w:r>
          </w:p>
        </w:tc>
        <w:tc>
          <w:tcPr>
            <w:tcW w:w="1520" w:type="dxa"/>
            <w:shd w:val="clear" w:color="auto" w:fill="FFFF00"/>
            <w:tcMar>
              <w:top w:w="80" w:type="dxa"/>
              <w:left w:w="100" w:type="dxa"/>
              <w:bottom w:w="80" w:type="dxa"/>
              <w:right w:w="100" w:type="dxa"/>
            </w:tcMar>
            <w:vAlign w:val="center"/>
          </w:tcPr>
          <w:p w14:paraId="7BB76A45"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4674CA0F"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097877FF"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6DA01D3E"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328EC8CA" w14:textId="77777777" w:rsidR="003E6006" w:rsidRPr="00C174A9" w:rsidRDefault="003E6006" w:rsidP="00F16A53">
            <w:pPr>
              <w:spacing w:after="0" w:line="228" w:lineRule="auto"/>
              <w:jc w:val="both"/>
              <w:rPr>
                <w:sz w:val="15"/>
                <w:szCs w:val="15"/>
                <w:highlight w:val="yellow"/>
              </w:rPr>
            </w:pPr>
          </w:p>
        </w:tc>
      </w:tr>
      <w:tr w:rsidR="003E6006" w:rsidRPr="00C174A9" w14:paraId="15AB96D4" w14:textId="77777777" w:rsidTr="00275BA2">
        <w:trPr>
          <w:cantSplit/>
          <w:trHeight w:val="284"/>
        </w:trPr>
        <w:tc>
          <w:tcPr>
            <w:tcW w:w="607" w:type="dxa"/>
            <w:tcMar>
              <w:top w:w="80" w:type="dxa"/>
              <w:left w:w="100" w:type="dxa"/>
              <w:bottom w:w="80" w:type="dxa"/>
              <w:right w:w="100" w:type="dxa"/>
            </w:tcMar>
            <w:vAlign w:val="center"/>
          </w:tcPr>
          <w:p w14:paraId="79C35DCD" w14:textId="2D5BAEF0" w:rsidR="003E6006" w:rsidRPr="00C174A9" w:rsidRDefault="00BF7675" w:rsidP="00F16A53">
            <w:pPr>
              <w:spacing w:after="0" w:line="228" w:lineRule="auto"/>
              <w:jc w:val="center"/>
              <w:rPr>
                <w:sz w:val="15"/>
                <w:szCs w:val="15"/>
              </w:rPr>
            </w:pPr>
            <w:r w:rsidRPr="00C174A9">
              <w:rPr>
                <w:sz w:val="15"/>
                <w:szCs w:val="15"/>
              </w:rPr>
              <w:t>5</w:t>
            </w:r>
          </w:p>
        </w:tc>
        <w:tc>
          <w:tcPr>
            <w:tcW w:w="1520" w:type="dxa"/>
            <w:shd w:val="clear" w:color="auto" w:fill="FFFF00"/>
            <w:tcMar>
              <w:top w:w="80" w:type="dxa"/>
              <w:left w:w="100" w:type="dxa"/>
              <w:bottom w:w="80" w:type="dxa"/>
              <w:right w:w="100" w:type="dxa"/>
            </w:tcMar>
            <w:vAlign w:val="center"/>
          </w:tcPr>
          <w:p w14:paraId="56F2838C"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30AD784A"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09EC6DFA"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4E43C10C"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1851D02A" w14:textId="77777777" w:rsidR="003E6006" w:rsidRPr="00C174A9" w:rsidRDefault="003E6006" w:rsidP="00F16A53">
            <w:pPr>
              <w:spacing w:after="0" w:line="228" w:lineRule="auto"/>
              <w:jc w:val="both"/>
              <w:rPr>
                <w:sz w:val="15"/>
                <w:szCs w:val="15"/>
                <w:highlight w:val="yellow"/>
              </w:rPr>
            </w:pPr>
          </w:p>
        </w:tc>
      </w:tr>
      <w:tr w:rsidR="003E6006" w:rsidRPr="00C174A9" w14:paraId="3B37E52D" w14:textId="77777777" w:rsidTr="00275BA2">
        <w:trPr>
          <w:cantSplit/>
          <w:trHeight w:val="284"/>
        </w:trPr>
        <w:tc>
          <w:tcPr>
            <w:tcW w:w="607" w:type="dxa"/>
            <w:tcMar>
              <w:top w:w="80" w:type="dxa"/>
              <w:left w:w="100" w:type="dxa"/>
              <w:bottom w:w="80" w:type="dxa"/>
              <w:right w:w="100" w:type="dxa"/>
            </w:tcMar>
            <w:vAlign w:val="center"/>
          </w:tcPr>
          <w:p w14:paraId="3D4F91C3" w14:textId="0115E8A1" w:rsidR="003E6006" w:rsidRPr="00C174A9" w:rsidRDefault="00BF7675" w:rsidP="00F16A53">
            <w:pPr>
              <w:spacing w:after="0" w:line="228" w:lineRule="auto"/>
              <w:jc w:val="center"/>
              <w:rPr>
                <w:sz w:val="15"/>
                <w:szCs w:val="15"/>
              </w:rPr>
            </w:pPr>
            <w:r w:rsidRPr="00C174A9">
              <w:rPr>
                <w:sz w:val="15"/>
                <w:szCs w:val="15"/>
              </w:rPr>
              <w:t>6</w:t>
            </w:r>
          </w:p>
        </w:tc>
        <w:tc>
          <w:tcPr>
            <w:tcW w:w="1520" w:type="dxa"/>
            <w:shd w:val="clear" w:color="auto" w:fill="FFFF00"/>
            <w:tcMar>
              <w:top w:w="80" w:type="dxa"/>
              <w:left w:w="100" w:type="dxa"/>
              <w:bottom w:w="80" w:type="dxa"/>
              <w:right w:w="100" w:type="dxa"/>
            </w:tcMar>
            <w:vAlign w:val="center"/>
          </w:tcPr>
          <w:p w14:paraId="3097C79F"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49D1FA2D"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17775AE7"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58E71F7E"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35AFFADE" w14:textId="77777777" w:rsidR="003E6006" w:rsidRPr="00C174A9" w:rsidRDefault="003E6006" w:rsidP="00F16A53">
            <w:pPr>
              <w:spacing w:after="0" w:line="228" w:lineRule="auto"/>
              <w:jc w:val="both"/>
              <w:rPr>
                <w:sz w:val="15"/>
                <w:szCs w:val="15"/>
                <w:highlight w:val="yellow"/>
              </w:rPr>
            </w:pPr>
          </w:p>
        </w:tc>
      </w:tr>
      <w:tr w:rsidR="003E6006" w:rsidRPr="00C174A9" w14:paraId="2CB4D246" w14:textId="77777777" w:rsidTr="00275BA2">
        <w:trPr>
          <w:cantSplit/>
          <w:trHeight w:val="284"/>
        </w:trPr>
        <w:tc>
          <w:tcPr>
            <w:tcW w:w="607" w:type="dxa"/>
            <w:tcMar>
              <w:top w:w="80" w:type="dxa"/>
              <w:left w:w="100" w:type="dxa"/>
              <w:bottom w:w="80" w:type="dxa"/>
              <w:right w:w="100" w:type="dxa"/>
            </w:tcMar>
            <w:vAlign w:val="center"/>
          </w:tcPr>
          <w:p w14:paraId="72E0EAB7" w14:textId="408A2BED" w:rsidR="003E6006" w:rsidRPr="00C174A9" w:rsidRDefault="00BF7675" w:rsidP="00F16A53">
            <w:pPr>
              <w:spacing w:after="0" w:line="228" w:lineRule="auto"/>
              <w:jc w:val="center"/>
              <w:rPr>
                <w:sz w:val="15"/>
                <w:szCs w:val="15"/>
              </w:rPr>
            </w:pPr>
            <w:r w:rsidRPr="00C174A9">
              <w:rPr>
                <w:sz w:val="15"/>
                <w:szCs w:val="15"/>
              </w:rPr>
              <w:t>7</w:t>
            </w:r>
          </w:p>
        </w:tc>
        <w:tc>
          <w:tcPr>
            <w:tcW w:w="1520" w:type="dxa"/>
            <w:shd w:val="clear" w:color="auto" w:fill="FFFF00"/>
            <w:tcMar>
              <w:top w:w="80" w:type="dxa"/>
              <w:left w:w="100" w:type="dxa"/>
              <w:bottom w:w="80" w:type="dxa"/>
              <w:right w:w="100" w:type="dxa"/>
            </w:tcMar>
            <w:vAlign w:val="center"/>
          </w:tcPr>
          <w:p w14:paraId="399950A3"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49B75541"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194E88DD"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74E54F7D"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1C275A02" w14:textId="77777777" w:rsidR="003E6006" w:rsidRPr="00C174A9" w:rsidRDefault="003E6006" w:rsidP="00F16A53">
            <w:pPr>
              <w:spacing w:after="0" w:line="228" w:lineRule="auto"/>
              <w:jc w:val="both"/>
              <w:rPr>
                <w:sz w:val="15"/>
                <w:szCs w:val="15"/>
                <w:highlight w:val="yellow"/>
              </w:rPr>
            </w:pPr>
          </w:p>
        </w:tc>
      </w:tr>
      <w:tr w:rsidR="003E6006" w:rsidRPr="00C174A9" w14:paraId="48AB339E" w14:textId="77777777" w:rsidTr="00275BA2">
        <w:trPr>
          <w:cantSplit/>
          <w:trHeight w:val="284"/>
        </w:trPr>
        <w:tc>
          <w:tcPr>
            <w:tcW w:w="607" w:type="dxa"/>
            <w:tcMar>
              <w:top w:w="80" w:type="dxa"/>
              <w:left w:w="100" w:type="dxa"/>
              <w:bottom w:w="80" w:type="dxa"/>
              <w:right w:w="100" w:type="dxa"/>
            </w:tcMar>
            <w:vAlign w:val="center"/>
          </w:tcPr>
          <w:p w14:paraId="44417AEA" w14:textId="0FC3E8DC" w:rsidR="003E6006" w:rsidRPr="00C174A9" w:rsidRDefault="00BF7675" w:rsidP="00F16A53">
            <w:pPr>
              <w:spacing w:after="0" w:line="228" w:lineRule="auto"/>
              <w:jc w:val="center"/>
              <w:rPr>
                <w:sz w:val="15"/>
                <w:szCs w:val="15"/>
              </w:rPr>
            </w:pPr>
            <w:r w:rsidRPr="00C174A9">
              <w:rPr>
                <w:sz w:val="15"/>
                <w:szCs w:val="15"/>
              </w:rPr>
              <w:t>8</w:t>
            </w:r>
          </w:p>
        </w:tc>
        <w:tc>
          <w:tcPr>
            <w:tcW w:w="1520" w:type="dxa"/>
            <w:shd w:val="clear" w:color="auto" w:fill="FFFF00"/>
            <w:tcMar>
              <w:top w:w="80" w:type="dxa"/>
              <w:left w:w="100" w:type="dxa"/>
              <w:bottom w:w="80" w:type="dxa"/>
              <w:right w:w="100" w:type="dxa"/>
            </w:tcMar>
            <w:vAlign w:val="center"/>
          </w:tcPr>
          <w:p w14:paraId="1F154EC2" w14:textId="77777777" w:rsidR="003E6006" w:rsidRPr="00C174A9" w:rsidRDefault="003E6006" w:rsidP="00F16A53">
            <w:pPr>
              <w:spacing w:after="0" w:line="228" w:lineRule="auto"/>
              <w:jc w:val="both"/>
              <w:rPr>
                <w:sz w:val="15"/>
                <w:szCs w:val="15"/>
                <w:highlight w:val="yellow"/>
              </w:rPr>
            </w:pPr>
          </w:p>
        </w:tc>
        <w:tc>
          <w:tcPr>
            <w:tcW w:w="1518" w:type="dxa"/>
            <w:shd w:val="clear" w:color="auto" w:fill="FFFF00"/>
            <w:tcMar>
              <w:top w:w="80" w:type="dxa"/>
              <w:left w:w="100" w:type="dxa"/>
              <w:bottom w:w="80" w:type="dxa"/>
              <w:right w:w="100" w:type="dxa"/>
            </w:tcMar>
            <w:vAlign w:val="center"/>
          </w:tcPr>
          <w:p w14:paraId="0F7B2399" w14:textId="77777777" w:rsidR="003E6006" w:rsidRPr="00C174A9" w:rsidRDefault="003E6006" w:rsidP="00F16A53">
            <w:pPr>
              <w:spacing w:after="0" w:line="228" w:lineRule="auto"/>
              <w:jc w:val="both"/>
              <w:rPr>
                <w:sz w:val="15"/>
                <w:szCs w:val="15"/>
                <w:highlight w:val="yellow"/>
              </w:rPr>
            </w:pPr>
          </w:p>
        </w:tc>
        <w:tc>
          <w:tcPr>
            <w:tcW w:w="1975" w:type="dxa"/>
            <w:shd w:val="clear" w:color="auto" w:fill="FFFF00"/>
            <w:tcMar>
              <w:top w:w="80" w:type="dxa"/>
              <w:left w:w="100" w:type="dxa"/>
              <w:bottom w:w="80" w:type="dxa"/>
              <w:right w:w="100" w:type="dxa"/>
            </w:tcMar>
            <w:vAlign w:val="center"/>
          </w:tcPr>
          <w:p w14:paraId="02116420" w14:textId="77777777" w:rsidR="003E6006" w:rsidRPr="00C174A9" w:rsidRDefault="003E6006" w:rsidP="00F16A53">
            <w:pPr>
              <w:spacing w:after="0" w:line="228" w:lineRule="auto"/>
              <w:jc w:val="both"/>
              <w:rPr>
                <w:sz w:val="15"/>
                <w:szCs w:val="15"/>
                <w:highlight w:val="yellow"/>
              </w:rPr>
            </w:pPr>
          </w:p>
        </w:tc>
        <w:tc>
          <w:tcPr>
            <w:tcW w:w="2181" w:type="dxa"/>
            <w:shd w:val="clear" w:color="auto" w:fill="FFFF00"/>
            <w:tcMar>
              <w:top w:w="80" w:type="dxa"/>
              <w:left w:w="100" w:type="dxa"/>
              <w:bottom w:w="80" w:type="dxa"/>
              <w:right w:w="100" w:type="dxa"/>
            </w:tcMar>
            <w:vAlign w:val="center"/>
          </w:tcPr>
          <w:p w14:paraId="703AD44C" w14:textId="77777777" w:rsidR="003E6006" w:rsidRPr="00C174A9" w:rsidRDefault="003E6006" w:rsidP="00F16A53">
            <w:pPr>
              <w:spacing w:after="0" w:line="228" w:lineRule="auto"/>
              <w:jc w:val="both"/>
              <w:rPr>
                <w:sz w:val="15"/>
                <w:szCs w:val="15"/>
                <w:highlight w:val="yellow"/>
              </w:rPr>
            </w:pPr>
          </w:p>
        </w:tc>
        <w:tc>
          <w:tcPr>
            <w:tcW w:w="2229" w:type="dxa"/>
            <w:shd w:val="clear" w:color="auto" w:fill="FFFF00"/>
            <w:tcMar>
              <w:top w:w="80" w:type="dxa"/>
              <w:left w:w="100" w:type="dxa"/>
              <w:bottom w:w="80" w:type="dxa"/>
              <w:right w:w="100" w:type="dxa"/>
            </w:tcMar>
            <w:vAlign w:val="center"/>
          </w:tcPr>
          <w:p w14:paraId="1BEF5C0E" w14:textId="77777777" w:rsidR="003E6006" w:rsidRPr="00C174A9" w:rsidRDefault="003E6006" w:rsidP="00F16A53">
            <w:pPr>
              <w:spacing w:after="0" w:line="228" w:lineRule="auto"/>
              <w:jc w:val="both"/>
              <w:rPr>
                <w:sz w:val="15"/>
                <w:szCs w:val="15"/>
                <w:highlight w:val="yellow"/>
              </w:rPr>
            </w:pPr>
          </w:p>
        </w:tc>
      </w:tr>
      <w:tr w:rsidR="0069704D" w:rsidRPr="00C174A9" w14:paraId="1E7A6D3C" w14:textId="77777777" w:rsidTr="00275BA2">
        <w:trPr>
          <w:cantSplit/>
          <w:trHeight w:val="284"/>
        </w:trPr>
        <w:tc>
          <w:tcPr>
            <w:tcW w:w="607" w:type="dxa"/>
            <w:tcMar>
              <w:top w:w="80" w:type="dxa"/>
              <w:left w:w="100" w:type="dxa"/>
              <w:bottom w:w="80" w:type="dxa"/>
              <w:right w:w="100" w:type="dxa"/>
            </w:tcMar>
            <w:vAlign w:val="center"/>
          </w:tcPr>
          <w:p w14:paraId="5B370986" w14:textId="5F8446D3" w:rsidR="0069704D" w:rsidRPr="00C174A9" w:rsidRDefault="00BF7675" w:rsidP="00F16A53">
            <w:pPr>
              <w:spacing w:after="0" w:line="228" w:lineRule="auto"/>
              <w:jc w:val="center"/>
              <w:rPr>
                <w:sz w:val="15"/>
                <w:szCs w:val="15"/>
              </w:rPr>
            </w:pPr>
            <w:r w:rsidRPr="00C174A9">
              <w:rPr>
                <w:sz w:val="15"/>
                <w:szCs w:val="15"/>
              </w:rPr>
              <w:t>9</w:t>
            </w:r>
          </w:p>
        </w:tc>
        <w:tc>
          <w:tcPr>
            <w:tcW w:w="1520" w:type="dxa"/>
            <w:shd w:val="clear" w:color="auto" w:fill="FFFF00"/>
            <w:tcMar>
              <w:top w:w="80" w:type="dxa"/>
              <w:left w:w="100" w:type="dxa"/>
              <w:bottom w:w="80" w:type="dxa"/>
              <w:right w:w="100" w:type="dxa"/>
            </w:tcMar>
            <w:vAlign w:val="center"/>
          </w:tcPr>
          <w:p w14:paraId="697535D7" w14:textId="660848BB" w:rsidR="0069704D" w:rsidRPr="00C174A9" w:rsidRDefault="0069704D" w:rsidP="00F16A53">
            <w:pPr>
              <w:spacing w:after="0" w:line="228" w:lineRule="auto"/>
              <w:jc w:val="both"/>
              <w:rPr>
                <w:sz w:val="15"/>
                <w:szCs w:val="15"/>
              </w:rPr>
            </w:pPr>
          </w:p>
        </w:tc>
        <w:tc>
          <w:tcPr>
            <w:tcW w:w="1518" w:type="dxa"/>
            <w:shd w:val="clear" w:color="auto" w:fill="FFFF00"/>
            <w:tcMar>
              <w:top w:w="80" w:type="dxa"/>
              <w:left w:w="100" w:type="dxa"/>
              <w:bottom w:w="80" w:type="dxa"/>
              <w:right w:w="100" w:type="dxa"/>
            </w:tcMar>
            <w:vAlign w:val="center"/>
          </w:tcPr>
          <w:p w14:paraId="509F62FA" w14:textId="1D266BF5" w:rsidR="0069704D" w:rsidRPr="00C174A9" w:rsidRDefault="0069704D" w:rsidP="00F16A53">
            <w:pPr>
              <w:spacing w:after="0" w:line="228" w:lineRule="auto"/>
              <w:jc w:val="both"/>
              <w:rPr>
                <w:sz w:val="15"/>
                <w:szCs w:val="15"/>
              </w:rPr>
            </w:pPr>
          </w:p>
        </w:tc>
        <w:tc>
          <w:tcPr>
            <w:tcW w:w="1975" w:type="dxa"/>
            <w:shd w:val="clear" w:color="auto" w:fill="FFFF00"/>
            <w:tcMar>
              <w:top w:w="80" w:type="dxa"/>
              <w:left w:w="100" w:type="dxa"/>
              <w:bottom w:w="80" w:type="dxa"/>
              <w:right w:w="100" w:type="dxa"/>
            </w:tcMar>
            <w:vAlign w:val="center"/>
          </w:tcPr>
          <w:p w14:paraId="0DA503EA" w14:textId="01510B2D" w:rsidR="0069704D" w:rsidRPr="00C174A9" w:rsidRDefault="0069704D" w:rsidP="00F16A53">
            <w:pPr>
              <w:spacing w:after="0" w:line="228" w:lineRule="auto"/>
              <w:jc w:val="both"/>
              <w:rPr>
                <w:sz w:val="15"/>
                <w:szCs w:val="15"/>
              </w:rPr>
            </w:pPr>
          </w:p>
        </w:tc>
        <w:tc>
          <w:tcPr>
            <w:tcW w:w="2181" w:type="dxa"/>
            <w:shd w:val="clear" w:color="auto" w:fill="FFFF00"/>
            <w:tcMar>
              <w:top w:w="80" w:type="dxa"/>
              <w:left w:w="100" w:type="dxa"/>
              <w:bottom w:w="80" w:type="dxa"/>
              <w:right w:w="100" w:type="dxa"/>
            </w:tcMar>
            <w:vAlign w:val="center"/>
          </w:tcPr>
          <w:p w14:paraId="0E93DB7D" w14:textId="33C4006C" w:rsidR="0069704D" w:rsidRPr="00C174A9" w:rsidRDefault="0069704D" w:rsidP="00F16A53">
            <w:pPr>
              <w:spacing w:after="0" w:line="228" w:lineRule="auto"/>
              <w:jc w:val="both"/>
              <w:rPr>
                <w:sz w:val="15"/>
                <w:szCs w:val="15"/>
              </w:rPr>
            </w:pPr>
          </w:p>
        </w:tc>
        <w:tc>
          <w:tcPr>
            <w:tcW w:w="2229" w:type="dxa"/>
            <w:shd w:val="clear" w:color="auto" w:fill="FFFF00"/>
            <w:tcMar>
              <w:top w:w="80" w:type="dxa"/>
              <w:left w:w="100" w:type="dxa"/>
              <w:bottom w:w="80" w:type="dxa"/>
              <w:right w:w="100" w:type="dxa"/>
            </w:tcMar>
            <w:vAlign w:val="center"/>
          </w:tcPr>
          <w:p w14:paraId="5957F5B8" w14:textId="4CFD7D7D" w:rsidR="0069704D" w:rsidRPr="00C174A9" w:rsidRDefault="0069704D" w:rsidP="00F16A53">
            <w:pPr>
              <w:spacing w:after="0" w:line="228" w:lineRule="auto"/>
              <w:jc w:val="both"/>
              <w:rPr>
                <w:sz w:val="15"/>
                <w:szCs w:val="15"/>
              </w:rPr>
            </w:pPr>
          </w:p>
        </w:tc>
      </w:tr>
    </w:tbl>
    <w:p w14:paraId="00299798" w14:textId="77777777" w:rsidR="00BA2369" w:rsidRPr="00C174A9" w:rsidRDefault="00BA2369" w:rsidP="00F16A53">
      <w:pPr>
        <w:keepNext/>
        <w:spacing w:after="0" w:line="228" w:lineRule="auto"/>
        <w:rPr>
          <w:b/>
          <w:sz w:val="15"/>
          <w:szCs w:val="15"/>
        </w:rPr>
      </w:pPr>
    </w:p>
    <w:p w14:paraId="59BD6505" w14:textId="0BDEDF4F" w:rsidR="0063661A" w:rsidRPr="00C174A9" w:rsidRDefault="00000000" w:rsidP="00F16A53">
      <w:pPr>
        <w:keepNext/>
        <w:spacing w:after="0" w:line="228" w:lineRule="auto"/>
        <w:rPr>
          <w:sz w:val="15"/>
          <w:szCs w:val="15"/>
        </w:rPr>
      </w:pPr>
      <w:r w:rsidRPr="00C174A9">
        <w:rPr>
          <w:b/>
          <w:sz w:val="15"/>
          <w:szCs w:val="15"/>
        </w:rPr>
        <w:t>3.3 Relación de asuntos pendientes</w:t>
      </w:r>
    </w:p>
    <w:tbl>
      <w:tblPr>
        <w:tblStyle w:val="Tablaconcuadrcula"/>
        <w:tblW w:w="10023" w:type="dxa"/>
        <w:tblLayout w:type="fixed"/>
        <w:tblLook w:val="04A0" w:firstRow="1" w:lastRow="0" w:firstColumn="1" w:lastColumn="0" w:noHBand="0" w:noVBand="1"/>
      </w:tblPr>
      <w:tblGrid>
        <w:gridCol w:w="537"/>
        <w:gridCol w:w="1329"/>
        <w:gridCol w:w="1353"/>
        <w:gridCol w:w="1276"/>
        <w:gridCol w:w="1417"/>
        <w:gridCol w:w="1134"/>
        <w:gridCol w:w="1418"/>
        <w:gridCol w:w="1559"/>
      </w:tblGrid>
      <w:tr w:rsidR="00171241" w:rsidRPr="00C174A9" w14:paraId="5AA40045" w14:textId="77777777" w:rsidTr="00BF7675">
        <w:trPr>
          <w:cantSplit/>
          <w:trHeight w:val="284"/>
          <w:tblHeader/>
        </w:trPr>
        <w:tc>
          <w:tcPr>
            <w:tcW w:w="537" w:type="dxa"/>
            <w:shd w:val="clear" w:color="auto" w:fill="BFBFBF" w:themeFill="background1" w:themeFillShade="BF"/>
            <w:tcMar>
              <w:top w:w="80" w:type="dxa"/>
              <w:left w:w="100" w:type="dxa"/>
              <w:bottom w:w="80" w:type="dxa"/>
              <w:right w:w="100" w:type="dxa"/>
            </w:tcMar>
            <w:vAlign w:val="center"/>
          </w:tcPr>
          <w:p w14:paraId="51D962EE" w14:textId="77777777" w:rsidR="00171241" w:rsidRPr="00C174A9" w:rsidRDefault="00171241" w:rsidP="00F16A53">
            <w:pPr>
              <w:spacing w:after="0" w:line="228" w:lineRule="auto"/>
              <w:jc w:val="center"/>
              <w:rPr>
                <w:sz w:val="15"/>
                <w:szCs w:val="15"/>
              </w:rPr>
            </w:pPr>
            <w:r w:rsidRPr="00C174A9">
              <w:rPr>
                <w:b/>
                <w:sz w:val="15"/>
                <w:szCs w:val="15"/>
              </w:rPr>
              <w:t>No.</w:t>
            </w:r>
          </w:p>
        </w:tc>
        <w:tc>
          <w:tcPr>
            <w:tcW w:w="1329" w:type="dxa"/>
            <w:shd w:val="clear" w:color="auto" w:fill="BFBFBF" w:themeFill="background1" w:themeFillShade="BF"/>
            <w:tcMar>
              <w:top w:w="80" w:type="dxa"/>
              <w:left w:w="100" w:type="dxa"/>
              <w:bottom w:w="80" w:type="dxa"/>
              <w:right w:w="100" w:type="dxa"/>
            </w:tcMar>
            <w:vAlign w:val="center"/>
          </w:tcPr>
          <w:p w14:paraId="1BB536CE" w14:textId="77777777" w:rsidR="00171241" w:rsidRPr="00C174A9" w:rsidRDefault="00171241" w:rsidP="00F16A53">
            <w:pPr>
              <w:spacing w:after="0" w:line="228" w:lineRule="auto"/>
              <w:jc w:val="center"/>
              <w:rPr>
                <w:sz w:val="15"/>
                <w:szCs w:val="15"/>
              </w:rPr>
            </w:pPr>
            <w:r w:rsidRPr="00C174A9">
              <w:rPr>
                <w:b/>
                <w:sz w:val="15"/>
                <w:szCs w:val="15"/>
              </w:rPr>
              <w:t>Asunto o acción</w:t>
            </w:r>
          </w:p>
        </w:tc>
        <w:tc>
          <w:tcPr>
            <w:tcW w:w="1353" w:type="dxa"/>
            <w:shd w:val="clear" w:color="auto" w:fill="BFBFBF" w:themeFill="background1" w:themeFillShade="BF"/>
            <w:tcMar>
              <w:top w:w="80" w:type="dxa"/>
              <w:left w:w="100" w:type="dxa"/>
              <w:bottom w:w="80" w:type="dxa"/>
              <w:right w:w="100" w:type="dxa"/>
            </w:tcMar>
            <w:vAlign w:val="center"/>
          </w:tcPr>
          <w:p w14:paraId="1204375C" w14:textId="77777777" w:rsidR="00171241" w:rsidRPr="00C174A9" w:rsidRDefault="00171241" w:rsidP="00F16A53">
            <w:pPr>
              <w:spacing w:after="0" w:line="228" w:lineRule="auto"/>
              <w:jc w:val="center"/>
              <w:rPr>
                <w:sz w:val="15"/>
                <w:szCs w:val="15"/>
              </w:rPr>
            </w:pPr>
            <w:r w:rsidRPr="00C174A9">
              <w:rPr>
                <w:b/>
                <w:sz w:val="15"/>
                <w:szCs w:val="15"/>
              </w:rPr>
              <w:t>Origen y documento</w:t>
            </w:r>
          </w:p>
        </w:tc>
        <w:tc>
          <w:tcPr>
            <w:tcW w:w="1276" w:type="dxa"/>
            <w:shd w:val="clear" w:color="auto" w:fill="BFBFBF" w:themeFill="background1" w:themeFillShade="BF"/>
            <w:tcMar>
              <w:top w:w="80" w:type="dxa"/>
              <w:left w:w="100" w:type="dxa"/>
              <w:bottom w:w="80" w:type="dxa"/>
              <w:right w:w="100" w:type="dxa"/>
            </w:tcMar>
            <w:vAlign w:val="center"/>
          </w:tcPr>
          <w:p w14:paraId="46CC7294" w14:textId="77777777" w:rsidR="00171241" w:rsidRPr="00C174A9" w:rsidRDefault="00171241" w:rsidP="00F16A53">
            <w:pPr>
              <w:spacing w:after="0" w:line="228" w:lineRule="auto"/>
              <w:jc w:val="center"/>
              <w:rPr>
                <w:sz w:val="15"/>
                <w:szCs w:val="15"/>
              </w:rPr>
            </w:pPr>
            <w:r w:rsidRPr="00C174A9">
              <w:rPr>
                <w:b/>
                <w:sz w:val="15"/>
                <w:szCs w:val="15"/>
              </w:rPr>
              <w:t>Estado a la fecha de corte</w:t>
            </w:r>
          </w:p>
        </w:tc>
        <w:tc>
          <w:tcPr>
            <w:tcW w:w="1417" w:type="dxa"/>
            <w:shd w:val="clear" w:color="auto" w:fill="BFBFBF" w:themeFill="background1" w:themeFillShade="BF"/>
            <w:vAlign w:val="center"/>
          </w:tcPr>
          <w:p w14:paraId="0063F528" w14:textId="46CF1292" w:rsidR="00171241" w:rsidRPr="00C174A9" w:rsidRDefault="00171241" w:rsidP="00F16A53">
            <w:pPr>
              <w:spacing w:after="0" w:line="228" w:lineRule="auto"/>
              <w:jc w:val="center"/>
              <w:rPr>
                <w:b/>
                <w:sz w:val="15"/>
                <w:szCs w:val="15"/>
              </w:rPr>
            </w:pPr>
            <w:r w:rsidRPr="00C174A9">
              <w:rPr>
                <w:b/>
                <w:sz w:val="15"/>
                <w:szCs w:val="15"/>
              </w:rPr>
              <w:t>Clasificación del plazo</w:t>
            </w:r>
          </w:p>
        </w:tc>
        <w:tc>
          <w:tcPr>
            <w:tcW w:w="1134" w:type="dxa"/>
            <w:shd w:val="clear" w:color="auto" w:fill="BFBFBF" w:themeFill="background1" w:themeFillShade="BF"/>
            <w:tcMar>
              <w:top w:w="80" w:type="dxa"/>
              <w:left w:w="100" w:type="dxa"/>
              <w:bottom w:w="80" w:type="dxa"/>
              <w:right w:w="100" w:type="dxa"/>
            </w:tcMar>
            <w:vAlign w:val="center"/>
          </w:tcPr>
          <w:p w14:paraId="2C546D69" w14:textId="1ABDDA14" w:rsidR="00171241" w:rsidRPr="00C174A9" w:rsidRDefault="00171241" w:rsidP="00F16A53">
            <w:pPr>
              <w:spacing w:after="0" w:line="228" w:lineRule="auto"/>
              <w:jc w:val="center"/>
              <w:rPr>
                <w:sz w:val="15"/>
                <w:szCs w:val="15"/>
              </w:rPr>
            </w:pPr>
            <w:r w:rsidRPr="00C174A9">
              <w:rPr>
                <w:b/>
                <w:sz w:val="15"/>
                <w:szCs w:val="15"/>
              </w:rPr>
              <w:t>Fecha de atención</w:t>
            </w:r>
          </w:p>
        </w:tc>
        <w:tc>
          <w:tcPr>
            <w:tcW w:w="1418" w:type="dxa"/>
            <w:shd w:val="clear" w:color="auto" w:fill="BFBFBF" w:themeFill="background1" w:themeFillShade="BF"/>
            <w:tcMar>
              <w:top w:w="80" w:type="dxa"/>
              <w:left w:w="100" w:type="dxa"/>
              <w:bottom w:w="80" w:type="dxa"/>
              <w:right w:w="100" w:type="dxa"/>
            </w:tcMar>
            <w:vAlign w:val="center"/>
          </w:tcPr>
          <w:p w14:paraId="3DF62039" w14:textId="77777777" w:rsidR="00171241" w:rsidRPr="00C174A9" w:rsidRDefault="00171241" w:rsidP="00F16A53">
            <w:pPr>
              <w:spacing w:after="0" w:line="228" w:lineRule="auto"/>
              <w:jc w:val="center"/>
              <w:rPr>
                <w:sz w:val="15"/>
                <w:szCs w:val="15"/>
              </w:rPr>
            </w:pPr>
            <w:r w:rsidRPr="00C174A9">
              <w:rPr>
                <w:b/>
                <w:sz w:val="15"/>
                <w:szCs w:val="15"/>
              </w:rPr>
              <w:t>Área o persona responsable</w:t>
            </w:r>
          </w:p>
        </w:tc>
        <w:tc>
          <w:tcPr>
            <w:tcW w:w="1559" w:type="dxa"/>
            <w:shd w:val="clear" w:color="auto" w:fill="BFBFBF" w:themeFill="background1" w:themeFillShade="BF"/>
            <w:tcMar>
              <w:top w:w="80" w:type="dxa"/>
              <w:left w:w="100" w:type="dxa"/>
              <w:bottom w:w="80" w:type="dxa"/>
              <w:right w:w="100" w:type="dxa"/>
            </w:tcMar>
            <w:vAlign w:val="center"/>
          </w:tcPr>
          <w:p w14:paraId="263F04B3" w14:textId="77777777" w:rsidR="00171241" w:rsidRPr="00C174A9" w:rsidRDefault="00171241" w:rsidP="00F16A53">
            <w:pPr>
              <w:spacing w:after="0" w:line="228" w:lineRule="auto"/>
              <w:jc w:val="center"/>
              <w:rPr>
                <w:sz w:val="15"/>
                <w:szCs w:val="15"/>
              </w:rPr>
            </w:pPr>
            <w:r w:rsidRPr="00C174A9">
              <w:rPr>
                <w:b/>
                <w:sz w:val="15"/>
                <w:szCs w:val="15"/>
              </w:rPr>
              <w:t>Ubicación del soporte</w:t>
            </w:r>
          </w:p>
        </w:tc>
      </w:tr>
      <w:tr w:rsidR="00BF7675" w:rsidRPr="00C174A9" w14:paraId="545805BA" w14:textId="77777777" w:rsidTr="00BF7675">
        <w:trPr>
          <w:cantSplit/>
          <w:trHeight w:val="284"/>
        </w:trPr>
        <w:tc>
          <w:tcPr>
            <w:tcW w:w="537" w:type="dxa"/>
            <w:tcMar>
              <w:top w:w="80" w:type="dxa"/>
              <w:left w:w="100" w:type="dxa"/>
              <w:bottom w:w="80" w:type="dxa"/>
              <w:right w:w="100" w:type="dxa"/>
            </w:tcMar>
            <w:vAlign w:val="center"/>
          </w:tcPr>
          <w:p w14:paraId="60AB4E93" w14:textId="77777777" w:rsidR="00BF7675" w:rsidRPr="00C174A9" w:rsidRDefault="00BF7675" w:rsidP="00BF7675">
            <w:pPr>
              <w:spacing w:after="0" w:line="228" w:lineRule="auto"/>
              <w:jc w:val="center"/>
              <w:rPr>
                <w:sz w:val="15"/>
                <w:szCs w:val="15"/>
              </w:rPr>
            </w:pPr>
            <w:r w:rsidRPr="00C174A9">
              <w:rPr>
                <w:sz w:val="15"/>
                <w:szCs w:val="15"/>
              </w:rPr>
              <w:t>1</w:t>
            </w:r>
          </w:p>
        </w:tc>
        <w:tc>
          <w:tcPr>
            <w:tcW w:w="1329" w:type="dxa"/>
            <w:tcMar>
              <w:top w:w="80" w:type="dxa"/>
              <w:left w:w="100" w:type="dxa"/>
              <w:bottom w:w="80" w:type="dxa"/>
              <w:right w:w="100" w:type="dxa"/>
            </w:tcMar>
            <w:vAlign w:val="center"/>
          </w:tcPr>
          <w:p w14:paraId="26F252BE" w14:textId="6B91FCD0"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2</w:t>
            </w:r>
            <w:r w:rsidRPr="00C174A9">
              <w:rPr>
                <w:sz w:val="15"/>
                <w:szCs w:val="15"/>
                <w:highlight w:val="yellow"/>
              </w:rPr>
              <w:t>)</w:t>
            </w:r>
          </w:p>
        </w:tc>
        <w:tc>
          <w:tcPr>
            <w:tcW w:w="1353" w:type="dxa"/>
            <w:tcMar>
              <w:top w:w="80" w:type="dxa"/>
              <w:left w:w="100" w:type="dxa"/>
              <w:bottom w:w="80" w:type="dxa"/>
              <w:right w:w="100" w:type="dxa"/>
            </w:tcMar>
            <w:vAlign w:val="center"/>
          </w:tcPr>
          <w:p w14:paraId="395D07BC" w14:textId="45CD53C8"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3</w:t>
            </w:r>
            <w:r w:rsidRPr="00C174A9">
              <w:rPr>
                <w:sz w:val="15"/>
                <w:szCs w:val="15"/>
                <w:highlight w:val="yellow"/>
              </w:rPr>
              <w:t>)</w:t>
            </w:r>
          </w:p>
        </w:tc>
        <w:tc>
          <w:tcPr>
            <w:tcW w:w="1276" w:type="dxa"/>
            <w:tcMar>
              <w:top w:w="80" w:type="dxa"/>
              <w:left w:w="100" w:type="dxa"/>
              <w:bottom w:w="80" w:type="dxa"/>
              <w:right w:w="100" w:type="dxa"/>
            </w:tcMar>
            <w:vAlign w:val="center"/>
          </w:tcPr>
          <w:p w14:paraId="40FE806D" w14:textId="27CFDDDE"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4</w:t>
            </w:r>
            <w:r w:rsidRPr="00C174A9">
              <w:rPr>
                <w:sz w:val="15"/>
                <w:szCs w:val="15"/>
                <w:highlight w:val="yellow"/>
              </w:rPr>
              <w:t>)</w:t>
            </w:r>
          </w:p>
        </w:tc>
        <w:sdt>
          <w:sdtPr>
            <w:rPr>
              <w:sz w:val="15"/>
              <w:szCs w:val="15"/>
              <w:highlight w:val="yellow"/>
            </w:rPr>
            <w:alias w:val="&lt;&lt;Seleccione (32.15)&gt;&gt;"/>
            <w:tag w:val="&lt;&lt;Seleccione (32.15)&gt;&gt;"/>
            <w:id w:val="1941405632"/>
            <w:placeholder>
              <w:docPart w:val="482BD45E0CBA41D4B0871FD63A0A6E04"/>
            </w:placeholder>
            <w15:color w:val="FF0000"/>
            <w:dropDownList>
              <w:listItem w:displayText="&lt;&lt;Seleccione (32.15)&gt;&gt;" w:value="&lt;&lt;Seleccione (32.15)&gt;&gt;"/>
              <w:listItem w:displayText="Inminente" w:value="Inminente"/>
              <w:listItem w:displayText="Mediano plazo" w:value="Mediano plazo"/>
              <w:listItem w:displayText="Largo plazo" w:value="Largo plazo"/>
              <w:listItem w:displayText="Otro, especificar" w:value="Otro, especificar"/>
              <w:listItem w:displayText="No aplica, porque no existen asuntos pendientes" w:value="No aplica, porque no existen asuntos pendientes"/>
            </w:dropDownList>
          </w:sdtPr>
          <w:sdtContent>
            <w:tc>
              <w:tcPr>
                <w:tcW w:w="1417" w:type="dxa"/>
                <w:vAlign w:val="center"/>
              </w:tcPr>
              <w:p w14:paraId="1A22021D" w14:textId="64FB47A6" w:rsidR="00BF7675" w:rsidRPr="00C174A9" w:rsidRDefault="00EE78A1" w:rsidP="00BF7675">
                <w:pPr>
                  <w:spacing w:after="0" w:line="228" w:lineRule="auto"/>
                  <w:jc w:val="center"/>
                  <w:rPr>
                    <w:sz w:val="15"/>
                    <w:szCs w:val="15"/>
                    <w:highlight w:val="yellow"/>
                  </w:rPr>
                </w:pPr>
                <w:r w:rsidRPr="00C174A9">
                  <w:rPr>
                    <w:sz w:val="15"/>
                    <w:szCs w:val="15"/>
                    <w:highlight w:val="yellow"/>
                  </w:rPr>
                  <w:t>&lt;&lt;Seleccione (32.15)&gt;&gt;</w:t>
                </w:r>
              </w:p>
            </w:tc>
          </w:sdtContent>
        </w:sdt>
        <w:tc>
          <w:tcPr>
            <w:tcW w:w="1134" w:type="dxa"/>
            <w:tcMar>
              <w:top w:w="80" w:type="dxa"/>
              <w:left w:w="100" w:type="dxa"/>
              <w:bottom w:w="80" w:type="dxa"/>
              <w:right w:w="100" w:type="dxa"/>
            </w:tcMar>
            <w:vAlign w:val="center"/>
          </w:tcPr>
          <w:p w14:paraId="7E91BA39" w14:textId="00C3FF8D"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6</w:t>
            </w:r>
            <w:r w:rsidRPr="00C174A9">
              <w:rPr>
                <w:sz w:val="15"/>
                <w:szCs w:val="15"/>
                <w:highlight w:val="yellow"/>
              </w:rPr>
              <w:t>)</w:t>
            </w:r>
          </w:p>
        </w:tc>
        <w:tc>
          <w:tcPr>
            <w:tcW w:w="1418" w:type="dxa"/>
            <w:tcMar>
              <w:top w:w="80" w:type="dxa"/>
              <w:left w:w="100" w:type="dxa"/>
              <w:bottom w:w="80" w:type="dxa"/>
              <w:right w:w="100" w:type="dxa"/>
            </w:tcMar>
            <w:vAlign w:val="center"/>
          </w:tcPr>
          <w:p w14:paraId="37A21ABD" w14:textId="0AE1B643"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7</w:t>
            </w:r>
            <w:r w:rsidRPr="00C174A9">
              <w:rPr>
                <w:sz w:val="15"/>
                <w:szCs w:val="15"/>
                <w:highlight w:val="yellow"/>
              </w:rPr>
              <w:t>)</w:t>
            </w:r>
          </w:p>
        </w:tc>
        <w:tc>
          <w:tcPr>
            <w:tcW w:w="1559" w:type="dxa"/>
            <w:tcMar>
              <w:top w:w="80" w:type="dxa"/>
              <w:left w:w="100" w:type="dxa"/>
              <w:bottom w:w="80" w:type="dxa"/>
              <w:right w:w="100" w:type="dxa"/>
            </w:tcMar>
            <w:vAlign w:val="center"/>
          </w:tcPr>
          <w:p w14:paraId="60E88C37" w14:textId="4DA7D4DA" w:rsidR="00BF7675" w:rsidRPr="00C174A9" w:rsidRDefault="00BF7675" w:rsidP="00BF7675">
            <w:pPr>
              <w:spacing w:after="0" w:line="228" w:lineRule="auto"/>
              <w:jc w:val="both"/>
              <w:rPr>
                <w:sz w:val="15"/>
                <w:szCs w:val="15"/>
              </w:rPr>
            </w:pPr>
            <w:r w:rsidRPr="00C174A9">
              <w:rPr>
                <w:sz w:val="15"/>
                <w:szCs w:val="15"/>
                <w:highlight w:val="yellow"/>
              </w:rPr>
              <w:t>(32.1</w:t>
            </w:r>
            <w:r w:rsidR="00A233BD" w:rsidRPr="00C174A9">
              <w:rPr>
                <w:sz w:val="15"/>
                <w:szCs w:val="15"/>
                <w:highlight w:val="yellow"/>
              </w:rPr>
              <w:t>8</w:t>
            </w:r>
            <w:r w:rsidRPr="00C174A9">
              <w:rPr>
                <w:sz w:val="15"/>
                <w:szCs w:val="15"/>
                <w:highlight w:val="yellow"/>
              </w:rPr>
              <w:t>)</w:t>
            </w:r>
          </w:p>
        </w:tc>
      </w:tr>
      <w:tr w:rsidR="003E6006" w:rsidRPr="00C174A9" w14:paraId="7856F519" w14:textId="77777777" w:rsidTr="00275BA2">
        <w:trPr>
          <w:cantSplit/>
          <w:trHeight w:val="284"/>
        </w:trPr>
        <w:tc>
          <w:tcPr>
            <w:tcW w:w="537" w:type="dxa"/>
            <w:tcMar>
              <w:top w:w="80" w:type="dxa"/>
              <w:left w:w="100" w:type="dxa"/>
              <w:bottom w:w="80" w:type="dxa"/>
              <w:right w:w="100" w:type="dxa"/>
            </w:tcMar>
            <w:vAlign w:val="center"/>
          </w:tcPr>
          <w:p w14:paraId="7918A0E7" w14:textId="709DFF37" w:rsidR="003E6006" w:rsidRPr="00C174A9" w:rsidRDefault="00BF7675" w:rsidP="00F16A53">
            <w:pPr>
              <w:spacing w:after="0" w:line="228" w:lineRule="auto"/>
              <w:jc w:val="center"/>
              <w:rPr>
                <w:sz w:val="15"/>
                <w:szCs w:val="15"/>
              </w:rPr>
            </w:pPr>
            <w:r w:rsidRPr="00C174A9">
              <w:rPr>
                <w:sz w:val="15"/>
                <w:szCs w:val="15"/>
              </w:rPr>
              <w:t>2</w:t>
            </w:r>
          </w:p>
        </w:tc>
        <w:tc>
          <w:tcPr>
            <w:tcW w:w="1329" w:type="dxa"/>
            <w:shd w:val="clear" w:color="auto" w:fill="FFFF00"/>
            <w:tcMar>
              <w:top w:w="80" w:type="dxa"/>
              <w:left w:w="100" w:type="dxa"/>
              <w:bottom w:w="80" w:type="dxa"/>
              <w:right w:w="100" w:type="dxa"/>
            </w:tcMar>
            <w:vAlign w:val="center"/>
          </w:tcPr>
          <w:p w14:paraId="40E1B534" w14:textId="77777777" w:rsidR="003E6006" w:rsidRPr="00C174A9" w:rsidRDefault="003E6006" w:rsidP="00F16A53">
            <w:pPr>
              <w:spacing w:after="0" w:line="228" w:lineRule="auto"/>
              <w:jc w:val="both"/>
              <w:rPr>
                <w:sz w:val="15"/>
                <w:szCs w:val="15"/>
                <w:highlight w:val="yellow"/>
              </w:rPr>
            </w:pPr>
          </w:p>
        </w:tc>
        <w:tc>
          <w:tcPr>
            <w:tcW w:w="1353" w:type="dxa"/>
            <w:shd w:val="clear" w:color="auto" w:fill="FFFF00"/>
            <w:tcMar>
              <w:top w:w="80" w:type="dxa"/>
              <w:left w:w="100" w:type="dxa"/>
              <w:bottom w:w="80" w:type="dxa"/>
              <w:right w:w="100" w:type="dxa"/>
            </w:tcMar>
            <w:vAlign w:val="center"/>
          </w:tcPr>
          <w:p w14:paraId="2DF16C53" w14:textId="77777777" w:rsidR="003E6006" w:rsidRPr="00C174A9" w:rsidRDefault="003E6006" w:rsidP="00F16A53">
            <w:pPr>
              <w:spacing w:after="0" w:line="228" w:lineRule="auto"/>
              <w:jc w:val="both"/>
              <w:rPr>
                <w:sz w:val="15"/>
                <w:szCs w:val="15"/>
                <w:highlight w:val="yellow"/>
              </w:rPr>
            </w:pPr>
          </w:p>
        </w:tc>
        <w:tc>
          <w:tcPr>
            <w:tcW w:w="1276" w:type="dxa"/>
            <w:shd w:val="clear" w:color="auto" w:fill="FFFF00"/>
            <w:tcMar>
              <w:top w:w="80" w:type="dxa"/>
              <w:left w:w="100" w:type="dxa"/>
              <w:bottom w:w="80" w:type="dxa"/>
              <w:right w:w="100" w:type="dxa"/>
            </w:tcMar>
            <w:vAlign w:val="center"/>
          </w:tcPr>
          <w:p w14:paraId="21D57D3A" w14:textId="77777777" w:rsidR="003E6006" w:rsidRPr="00C174A9" w:rsidRDefault="003E6006" w:rsidP="00F16A53">
            <w:pPr>
              <w:spacing w:after="0" w:line="228" w:lineRule="auto"/>
              <w:jc w:val="both"/>
              <w:rPr>
                <w:sz w:val="15"/>
                <w:szCs w:val="15"/>
                <w:highlight w:val="yellow"/>
              </w:rPr>
            </w:pPr>
          </w:p>
        </w:tc>
        <w:tc>
          <w:tcPr>
            <w:tcW w:w="1417" w:type="dxa"/>
            <w:shd w:val="clear" w:color="auto" w:fill="FFFF00"/>
            <w:vAlign w:val="center"/>
          </w:tcPr>
          <w:p w14:paraId="1631E214" w14:textId="77777777" w:rsidR="003E6006" w:rsidRPr="00C174A9" w:rsidRDefault="003E6006" w:rsidP="003E6006">
            <w:pPr>
              <w:spacing w:after="0" w:line="228" w:lineRule="auto"/>
              <w:jc w:val="center"/>
              <w:rPr>
                <w:sz w:val="15"/>
                <w:szCs w:val="15"/>
                <w:highlight w:val="yellow"/>
              </w:rPr>
            </w:pPr>
          </w:p>
        </w:tc>
        <w:tc>
          <w:tcPr>
            <w:tcW w:w="1134" w:type="dxa"/>
            <w:shd w:val="clear" w:color="auto" w:fill="FFFF00"/>
            <w:tcMar>
              <w:top w:w="80" w:type="dxa"/>
              <w:left w:w="100" w:type="dxa"/>
              <w:bottom w:w="80" w:type="dxa"/>
              <w:right w:w="100" w:type="dxa"/>
            </w:tcMar>
            <w:vAlign w:val="center"/>
          </w:tcPr>
          <w:p w14:paraId="12BAE219" w14:textId="77777777" w:rsidR="003E6006" w:rsidRPr="00C174A9" w:rsidRDefault="003E6006" w:rsidP="00F16A53">
            <w:pPr>
              <w:spacing w:after="0" w:line="228" w:lineRule="auto"/>
              <w:jc w:val="both"/>
              <w:rPr>
                <w:sz w:val="15"/>
                <w:szCs w:val="15"/>
                <w:highlight w:val="yellow"/>
              </w:rPr>
            </w:pPr>
          </w:p>
        </w:tc>
        <w:tc>
          <w:tcPr>
            <w:tcW w:w="1418" w:type="dxa"/>
            <w:shd w:val="clear" w:color="auto" w:fill="FFFF00"/>
            <w:tcMar>
              <w:top w:w="80" w:type="dxa"/>
              <w:left w:w="100" w:type="dxa"/>
              <w:bottom w:w="80" w:type="dxa"/>
              <w:right w:w="100" w:type="dxa"/>
            </w:tcMar>
            <w:vAlign w:val="center"/>
          </w:tcPr>
          <w:p w14:paraId="2680A1D7" w14:textId="77777777" w:rsidR="003E6006" w:rsidRPr="00C174A9" w:rsidRDefault="003E6006" w:rsidP="00F16A53">
            <w:pPr>
              <w:spacing w:after="0" w:line="228" w:lineRule="auto"/>
              <w:jc w:val="both"/>
              <w:rPr>
                <w:sz w:val="15"/>
                <w:szCs w:val="15"/>
                <w:highlight w:val="yellow"/>
              </w:rPr>
            </w:pPr>
          </w:p>
        </w:tc>
        <w:tc>
          <w:tcPr>
            <w:tcW w:w="1559" w:type="dxa"/>
            <w:shd w:val="clear" w:color="auto" w:fill="FFFF00"/>
            <w:tcMar>
              <w:top w:w="80" w:type="dxa"/>
              <w:left w:w="100" w:type="dxa"/>
              <w:bottom w:w="80" w:type="dxa"/>
              <w:right w:w="100" w:type="dxa"/>
            </w:tcMar>
            <w:vAlign w:val="center"/>
          </w:tcPr>
          <w:p w14:paraId="2FCD76E5" w14:textId="77777777" w:rsidR="003E6006" w:rsidRPr="00C174A9" w:rsidRDefault="003E6006" w:rsidP="00F16A53">
            <w:pPr>
              <w:spacing w:after="0" w:line="228" w:lineRule="auto"/>
              <w:jc w:val="both"/>
              <w:rPr>
                <w:sz w:val="15"/>
                <w:szCs w:val="15"/>
                <w:highlight w:val="yellow"/>
              </w:rPr>
            </w:pPr>
          </w:p>
        </w:tc>
      </w:tr>
      <w:tr w:rsidR="00171241" w:rsidRPr="00C174A9" w14:paraId="2671AC8C" w14:textId="77777777" w:rsidTr="00275BA2">
        <w:trPr>
          <w:cantSplit/>
          <w:trHeight w:val="284"/>
        </w:trPr>
        <w:tc>
          <w:tcPr>
            <w:tcW w:w="537" w:type="dxa"/>
            <w:tcMar>
              <w:top w:w="80" w:type="dxa"/>
              <w:left w:w="100" w:type="dxa"/>
              <w:bottom w:w="80" w:type="dxa"/>
              <w:right w:w="100" w:type="dxa"/>
            </w:tcMar>
            <w:vAlign w:val="center"/>
          </w:tcPr>
          <w:p w14:paraId="4FE0920D" w14:textId="0312AD35" w:rsidR="00171241" w:rsidRPr="00C174A9" w:rsidRDefault="00BF7675" w:rsidP="00F16A53">
            <w:pPr>
              <w:spacing w:after="0" w:line="228" w:lineRule="auto"/>
              <w:jc w:val="center"/>
              <w:rPr>
                <w:sz w:val="15"/>
                <w:szCs w:val="15"/>
              </w:rPr>
            </w:pPr>
            <w:r w:rsidRPr="00C174A9">
              <w:rPr>
                <w:sz w:val="15"/>
                <w:szCs w:val="15"/>
              </w:rPr>
              <w:t>3</w:t>
            </w:r>
          </w:p>
        </w:tc>
        <w:tc>
          <w:tcPr>
            <w:tcW w:w="1329" w:type="dxa"/>
            <w:shd w:val="clear" w:color="auto" w:fill="FFFF00"/>
            <w:tcMar>
              <w:top w:w="80" w:type="dxa"/>
              <w:left w:w="100" w:type="dxa"/>
              <w:bottom w:w="80" w:type="dxa"/>
              <w:right w:w="100" w:type="dxa"/>
            </w:tcMar>
            <w:vAlign w:val="center"/>
          </w:tcPr>
          <w:p w14:paraId="754FE29F" w14:textId="4C1C6633" w:rsidR="00171241" w:rsidRPr="00C174A9" w:rsidRDefault="00171241" w:rsidP="00F16A53">
            <w:pPr>
              <w:spacing w:after="0" w:line="228" w:lineRule="auto"/>
              <w:jc w:val="both"/>
              <w:rPr>
                <w:sz w:val="15"/>
                <w:szCs w:val="15"/>
              </w:rPr>
            </w:pPr>
          </w:p>
        </w:tc>
        <w:tc>
          <w:tcPr>
            <w:tcW w:w="1353" w:type="dxa"/>
            <w:shd w:val="clear" w:color="auto" w:fill="FFFF00"/>
            <w:tcMar>
              <w:top w:w="80" w:type="dxa"/>
              <w:left w:w="100" w:type="dxa"/>
              <w:bottom w:w="80" w:type="dxa"/>
              <w:right w:w="100" w:type="dxa"/>
            </w:tcMar>
            <w:vAlign w:val="center"/>
          </w:tcPr>
          <w:p w14:paraId="14B5EF2A" w14:textId="7D1C9210" w:rsidR="00171241" w:rsidRPr="00C174A9" w:rsidRDefault="00171241" w:rsidP="00F16A53">
            <w:pPr>
              <w:spacing w:after="0" w:line="228" w:lineRule="auto"/>
              <w:jc w:val="both"/>
              <w:rPr>
                <w:sz w:val="15"/>
                <w:szCs w:val="15"/>
              </w:rPr>
            </w:pPr>
          </w:p>
        </w:tc>
        <w:tc>
          <w:tcPr>
            <w:tcW w:w="1276" w:type="dxa"/>
            <w:shd w:val="clear" w:color="auto" w:fill="FFFF00"/>
            <w:tcMar>
              <w:top w:w="80" w:type="dxa"/>
              <w:left w:w="100" w:type="dxa"/>
              <w:bottom w:w="80" w:type="dxa"/>
              <w:right w:w="100" w:type="dxa"/>
            </w:tcMar>
            <w:vAlign w:val="center"/>
          </w:tcPr>
          <w:p w14:paraId="22A4EC69" w14:textId="1E74ACF9" w:rsidR="00171241" w:rsidRPr="00C174A9" w:rsidRDefault="00171241" w:rsidP="00F16A53">
            <w:pPr>
              <w:spacing w:after="0" w:line="228" w:lineRule="auto"/>
              <w:jc w:val="both"/>
              <w:rPr>
                <w:sz w:val="15"/>
                <w:szCs w:val="15"/>
              </w:rPr>
            </w:pPr>
          </w:p>
        </w:tc>
        <w:tc>
          <w:tcPr>
            <w:tcW w:w="1417" w:type="dxa"/>
            <w:shd w:val="clear" w:color="auto" w:fill="FFFF00"/>
            <w:vAlign w:val="center"/>
          </w:tcPr>
          <w:p w14:paraId="1769ECD4" w14:textId="7466EC6F" w:rsidR="00171241" w:rsidRPr="00C174A9" w:rsidRDefault="00171241" w:rsidP="003E6006">
            <w:pPr>
              <w:spacing w:after="0" w:line="228" w:lineRule="auto"/>
              <w:jc w:val="center"/>
              <w:rPr>
                <w:sz w:val="15"/>
                <w:szCs w:val="15"/>
                <w:highlight w:val="yellow"/>
              </w:rPr>
            </w:pPr>
          </w:p>
        </w:tc>
        <w:tc>
          <w:tcPr>
            <w:tcW w:w="1134" w:type="dxa"/>
            <w:shd w:val="clear" w:color="auto" w:fill="FFFF00"/>
            <w:tcMar>
              <w:top w:w="80" w:type="dxa"/>
              <w:left w:w="100" w:type="dxa"/>
              <w:bottom w:w="80" w:type="dxa"/>
              <w:right w:w="100" w:type="dxa"/>
            </w:tcMar>
            <w:vAlign w:val="center"/>
          </w:tcPr>
          <w:p w14:paraId="2C0E3CEE" w14:textId="79DF8056" w:rsidR="00171241" w:rsidRPr="00C174A9" w:rsidRDefault="00171241" w:rsidP="00F16A53">
            <w:pPr>
              <w:spacing w:after="0" w:line="228" w:lineRule="auto"/>
              <w:jc w:val="both"/>
              <w:rPr>
                <w:sz w:val="15"/>
                <w:szCs w:val="15"/>
              </w:rPr>
            </w:pPr>
          </w:p>
        </w:tc>
        <w:tc>
          <w:tcPr>
            <w:tcW w:w="1418" w:type="dxa"/>
            <w:shd w:val="clear" w:color="auto" w:fill="FFFF00"/>
            <w:tcMar>
              <w:top w:w="80" w:type="dxa"/>
              <w:left w:w="100" w:type="dxa"/>
              <w:bottom w:w="80" w:type="dxa"/>
              <w:right w:w="100" w:type="dxa"/>
            </w:tcMar>
            <w:vAlign w:val="center"/>
          </w:tcPr>
          <w:p w14:paraId="3944468F" w14:textId="5EEE5FD6" w:rsidR="00171241" w:rsidRPr="00C174A9" w:rsidRDefault="00171241" w:rsidP="00F16A53">
            <w:pPr>
              <w:spacing w:after="0" w:line="228" w:lineRule="auto"/>
              <w:jc w:val="both"/>
              <w:rPr>
                <w:sz w:val="15"/>
                <w:szCs w:val="15"/>
              </w:rPr>
            </w:pPr>
          </w:p>
        </w:tc>
        <w:tc>
          <w:tcPr>
            <w:tcW w:w="1559" w:type="dxa"/>
            <w:shd w:val="clear" w:color="auto" w:fill="FFFF00"/>
            <w:tcMar>
              <w:top w:w="80" w:type="dxa"/>
              <w:left w:w="100" w:type="dxa"/>
              <w:bottom w:w="80" w:type="dxa"/>
              <w:right w:w="100" w:type="dxa"/>
            </w:tcMar>
            <w:vAlign w:val="center"/>
          </w:tcPr>
          <w:p w14:paraId="0B53BC76" w14:textId="2051030A" w:rsidR="00171241" w:rsidRPr="00C174A9" w:rsidRDefault="00171241" w:rsidP="00F16A53">
            <w:pPr>
              <w:spacing w:after="0" w:line="228" w:lineRule="auto"/>
              <w:jc w:val="both"/>
              <w:rPr>
                <w:sz w:val="15"/>
                <w:szCs w:val="15"/>
              </w:rPr>
            </w:pPr>
          </w:p>
        </w:tc>
      </w:tr>
      <w:tr w:rsidR="003E6006" w:rsidRPr="00C174A9" w14:paraId="044C999E" w14:textId="77777777" w:rsidTr="00275BA2">
        <w:trPr>
          <w:cantSplit/>
          <w:trHeight w:val="284"/>
        </w:trPr>
        <w:tc>
          <w:tcPr>
            <w:tcW w:w="537" w:type="dxa"/>
            <w:tcMar>
              <w:top w:w="80" w:type="dxa"/>
              <w:left w:w="100" w:type="dxa"/>
              <w:bottom w:w="80" w:type="dxa"/>
              <w:right w:w="100" w:type="dxa"/>
            </w:tcMar>
            <w:vAlign w:val="center"/>
          </w:tcPr>
          <w:p w14:paraId="03552017" w14:textId="7E8B88AA" w:rsidR="003E6006" w:rsidRPr="00C174A9" w:rsidRDefault="00BF7675" w:rsidP="00F16A53">
            <w:pPr>
              <w:spacing w:after="0" w:line="228" w:lineRule="auto"/>
              <w:jc w:val="center"/>
              <w:rPr>
                <w:sz w:val="15"/>
                <w:szCs w:val="15"/>
              </w:rPr>
            </w:pPr>
            <w:r w:rsidRPr="00C174A9">
              <w:rPr>
                <w:sz w:val="15"/>
                <w:szCs w:val="15"/>
              </w:rPr>
              <w:t>4</w:t>
            </w:r>
          </w:p>
        </w:tc>
        <w:tc>
          <w:tcPr>
            <w:tcW w:w="1329" w:type="dxa"/>
            <w:shd w:val="clear" w:color="auto" w:fill="FFFF00"/>
            <w:tcMar>
              <w:top w:w="80" w:type="dxa"/>
              <w:left w:w="100" w:type="dxa"/>
              <w:bottom w:w="80" w:type="dxa"/>
              <w:right w:w="100" w:type="dxa"/>
            </w:tcMar>
            <w:vAlign w:val="center"/>
          </w:tcPr>
          <w:p w14:paraId="73BCB6C5" w14:textId="77777777" w:rsidR="003E6006" w:rsidRPr="00C174A9" w:rsidRDefault="003E6006" w:rsidP="00F16A53">
            <w:pPr>
              <w:spacing w:after="0" w:line="228" w:lineRule="auto"/>
              <w:jc w:val="both"/>
              <w:rPr>
                <w:sz w:val="15"/>
                <w:szCs w:val="15"/>
                <w:highlight w:val="yellow"/>
              </w:rPr>
            </w:pPr>
          </w:p>
        </w:tc>
        <w:tc>
          <w:tcPr>
            <w:tcW w:w="1353" w:type="dxa"/>
            <w:shd w:val="clear" w:color="auto" w:fill="FFFF00"/>
            <w:tcMar>
              <w:top w:w="80" w:type="dxa"/>
              <w:left w:w="100" w:type="dxa"/>
              <w:bottom w:w="80" w:type="dxa"/>
              <w:right w:w="100" w:type="dxa"/>
            </w:tcMar>
            <w:vAlign w:val="center"/>
          </w:tcPr>
          <w:p w14:paraId="29BC880D" w14:textId="77777777" w:rsidR="003E6006" w:rsidRPr="00C174A9" w:rsidRDefault="003E6006" w:rsidP="00F16A53">
            <w:pPr>
              <w:spacing w:after="0" w:line="228" w:lineRule="auto"/>
              <w:jc w:val="both"/>
              <w:rPr>
                <w:sz w:val="15"/>
                <w:szCs w:val="15"/>
                <w:highlight w:val="yellow"/>
              </w:rPr>
            </w:pPr>
          </w:p>
        </w:tc>
        <w:tc>
          <w:tcPr>
            <w:tcW w:w="1276" w:type="dxa"/>
            <w:shd w:val="clear" w:color="auto" w:fill="FFFF00"/>
            <w:tcMar>
              <w:top w:w="80" w:type="dxa"/>
              <w:left w:w="100" w:type="dxa"/>
              <w:bottom w:w="80" w:type="dxa"/>
              <w:right w:w="100" w:type="dxa"/>
            </w:tcMar>
            <w:vAlign w:val="center"/>
          </w:tcPr>
          <w:p w14:paraId="40BC1518" w14:textId="77777777" w:rsidR="003E6006" w:rsidRPr="00C174A9" w:rsidRDefault="003E6006" w:rsidP="00F16A53">
            <w:pPr>
              <w:spacing w:after="0" w:line="228" w:lineRule="auto"/>
              <w:jc w:val="both"/>
              <w:rPr>
                <w:sz w:val="15"/>
                <w:szCs w:val="15"/>
                <w:highlight w:val="yellow"/>
              </w:rPr>
            </w:pPr>
          </w:p>
        </w:tc>
        <w:tc>
          <w:tcPr>
            <w:tcW w:w="1417" w:type="dxa"/>
            <w:shd w:val="clear" w:color="auto" w:fill="FFFF00"/>
            <w:vAlign w:val="center"/>
          </w:tcPr>
          <w:p w14:paraId="0A82004E" w14:textId="77777777" w:rsidR="003E6006" w:rsidRPr="00C174A9" w:rsidRDefault="003E6006" w:rsidP="003E6006">
            <w:pPr>
              <w:spacing w:after="0" w:line="228" w:lineRule="auto"/>
              <w:jc w:val="center"/>
              <w:rPr>
                <w:sz w:val="15"/>
                <w:szCs w:val="15"/>
                <w:highlight w:val="yellow"/>
              </w:rPr>
            </w:pPr>
          </w:p>
        </w:tc>
        <w:tc>
          <w:tcPr>
            <w:tcW w:w="1134" w:type="dxa"/>
            <w:shd w:val="clear" w:color="auto" w:fill="FFFF00"/>
            <w:tcMar>
              <w:top w:w="80" w:type="dxa"/>
              <w:left w:w="100" w:type="dxa"/>
              <w:bottom w:w="80" w:type="dxa"/>
              <w:right w:w="100" w:type="dxa"/>
            </w:tcMar>
            <w:vAlign w:val="center"/>
          </w:tcPr>
          <w:p w14:paraId="385267DC" w14:textId="77777777" w:rsidR="003E6006" w:rsidRPr="00C174A9" w:rsidRDefault="003E6006" w:rsidP="00F16A53">
            <w:pPr>
              <w:spacing w:after="0" w:line="228" w:lineRule="auto"/>
              <w:jc w:val="both"/>
              <w:rPr>
                <w:sz w:val="15"/>
                <w:szCs w:val="15"/>
                <w:highlight w:val="yellow"/>
              </w:rPr>
            </w:pPr>
          </w:p>
        </w:tc>
        <w:tc>
          <w:tcPr>
            <w:tcW w:w="1418" w:type="dxa"/>
            <w:shd w:val="clear" w:color="auto" w:fill="FFFF00"/>
            <w:tcMar>
              <w:top w:w="80" w:type="dxa"/>
              <w:left w:w="100" w:type="dxa"/>
              <w:bottom w:w="80" w:type="dxa"/>
              <w:right w:w="100" w:type="dxa"/>
            </w:tcMar>
            <w:vAlign w:val="center"/>
          </w:tcPr>
          <w:p w14:paraId="4C672D40" w14:textId="77777777" w:rsidR="003E6006" w:rsidRPr="00C174A9" w:rsidRDefault="003E6006" w:rsidP="00F16A53">
            <w:pPr>
              <w:spacing w:after="0" w:line="228" w:lineRule="auto"/>
              <w:jc w:val="both"/>
              <w:rPr>
                <w:sz w:val="15"/>
                <w:szCs w:val="15"/>
                <w:highlight w:val="yellow"/>
              </w:rPr>
            </w:pPr>
          </w:p>
        </w:tc>
        <w:tc>
          <w:tcPr>
            <w:tcW w:w="1559" w:type="dxa"/>
            <w:shd w:val="clear" w:color="auto" w:fill="FFFF00"/>
            <w:tcMar>
              <w:top w:w="80" w:type="dxa"/>
              <w:left w:w="100" w:type="dxa"/>
              <w:bottom w:w="80" w:type="dxa"/>
              <w:right w:w="100" w:type="dxa"/>
            </w:tcMar>
            <w:vAlign w:val="center"/>
          </w:tcPr>
          <w:p w14:paraId="2D3FD149" w14:textId="77777777" w:rsidR="003E6006" w:rsidRPr="00C174A9" w:rsidRDefault="003E6006" w:rsidP="00F16A53">
            <w:pPr>
              <w:spacing w:after="0" w:line="228" w:lineRule="auto"/>
              <w:jc w:val="both"/>
              <w:rPr>
                <w:sz w:val="15"/>
                <w:szCs w:val="15"/>
                <w:highlight w:val="yellow"/>
              </w:rPr>
            </w:pPr>
          </w:p>
        </w:tc>
      </w:tr>
      <w:tr w:rsidR="001E704F" w:rsidRPr="00C174A9" w14:paraId="5F24A8EB" w14:textId="77777777" w:rsidTr="00275BA2">
        <w:trPr>
          <w:cantSplit/>
          <w:trHeight w:val="284"/>
        </w:trPr>
        <w:tc>
          <w:tcPr>
            <w:tcW w:w="537" w:type="dxa"/>
            <w:tcMar>
              <w:top w:w="80" w:type="dxa"/>
              <w:left w:w="100" w:type="dxa"/>
              <w:bottom w:w="80" w:type="dxa"/>
              <w:right w:w="100" w:type="dxa"/>
            </w:tcMar>
            <w:vAlign w:val="center"/>
          </w:tcPr>
          <w:p w14:paraId="4E418BBB" w14:textId="1C712221" w:rsidR="001E704F" w:rsidRPr="00C174A9" w:rsidRDefault="001E704F" w:rsidP="00F16A53">
            <w:pPr>
              <w:spacing w:after="0" w:line="228" w:lineRule="auto"/>
              <w:jc w:val="center"/>
              <w:rPr>
                <w:sz w:val="15"/>
                <w:szCs w:val="15"/>
              </w:rPr>
            </w:pPr>
            <w:r w:rsidRPr="00C174A9">
              <w:rPr>
                <w:sz w:val="15"/>
                <w:szCs w:val="15"/>
              </w:rPr>
              <w:t>5</w:t>
            </w:r>
          </w:p>
        </w:tc>
        <w:tc>
          <w:tcPr>
            <w:tcW w:w="1329" w:type="dxa"/>
            <w:shd w:val="clear" w:color="auto" w:fill="FFFF00"/>
            <w:tcMar>
              <w:top w:w="80" w:type="dxa"/>
              <w:left w:w="100" w:type="dxa"/>
              <w:bottom w:w="80" w:type="dxa"/>
              <w:right w:w="100" w:type="dxa"/>
            </w:tcMar>
            <w:vAlign w:val="center"/>
          </w:tcPr>
          <w:p w14:paraId="439A5D93" w14:textId="77777777" w:rsidR="001E704F" w:rsidRPr="00C174A9" w:rsidRDefault="001E704F" w:rsidP="00F16A53">
            <w:pPr>
              <w:spacing w:after="0" w:line="228" w:lineRule="auto"/>
              <w:jc w:val="both"/>
              <w:rPr>
                <w:sz w:val="15"/>
                <w:szCs w:val="15"/>
                <w:highlight w:val="yellow"/>
              </w:rPr>
            </w:pPr>
          </w:p>
        </w:tc>
        <w:tc>
          <w:tcPr>
            <w:tcW w:w="1353" w:type="dxa"/>
            <w:shd w:val="clear" w:color="auto" w:fill="FFFF00"/>
            <w:tcMar>
              <w:top w:w="80" w:type="dxa"/>
              <w:left w:w="100" w:type="dxa"/>
              <w:bottom w:w="80" w:type="dxa"/>
              <w:right w:w="100" w:type="dxa"/>
            </w:tcMar>
            <w:vAlign w:val="center"/>
          </w:tcPr>
          <w:p w14:paraId="1404A5AC" w14:textId="77777777" w:rsidR="001E704F" w:rsidRPr="00C174A9" w:rsidRDefault="001E704F" w:rsidP="00F16A53">
            <w:pPr>
              <w:spacing w:after="0" w:line="228" w:lineRule="auto"/>
              <w:jc w:val="both"/>
              <w:rPr>
                <w:sz w:val="15"/>
                <w:szCs w:val="15"/>
                <w:highlight w:val="yellow"/>
              </w:rPr>
            </w:pPr>
          </w:p>
        </w:tc>
        <w:tc>
          <w:tcPr>
            <w:tcW w:w="1276" w:type="dxa"/>
            <w:shd w:val="clear" w:color="auto" w:fill="FFFF00"/>
            <w:tcMar>
              <w:top w:w="80" w:type="dxa"/>
              <w:left w:w="100" w:type="dxa"/>
              <w:bottom w:w="80" w:type="dxa"/>
              <w:right w:w="100" w:type="dxa"/>
            </w:tcMar>
            <w:vAlign w:val="center"/>
          </w:tcPr>
          <w:p w14:paraId="11548616" w14:textId="77777777" w:rsidR="001E704F" w:rsidRPr="00C174A9" w:rsidRDefault="001E704F" w:rsidP="00F16A53">
            <w:pPr>
              <w:spacing w:after="0" w:line="228" w:lineRule="auto"/>
              <w:jc w:val="both"/>
              <w:rPr>
                <w:sz w:val="15"/>
                <w:szCs w:val="15"/>
                <w:highlight w:val="yellow"/>
              </w:rPr>
            </w:pPr>
          </w:p>
        </w:tc>
        <w:tc>
          <w:tcPr>
            <w:tcW w:w="1417" w:type="dxa"/>
            <w:shd w:val="clear" w:color="auto" w:fill="FFFF00"/>
            <w:vAlign w:val="center"/>
          </w:tcPr>
          <w:p w14:paraId="72A8C238" w14:textId="77777777" w:rsidR="001E704F" w:rsidRPr="00C174A9" w:rsidRDefault="001E704F" w:rsidP="003E6006">
            <w:pPr>
              <w:spacing w:after="0" w:line="228" w:lineRule="auto"/>
              <w:jc w:val="center"/>
              <w:rPr>
                <w:sz w:val="15"/>
                <w:szCs w:val="15"/>
                <w:highlight w:val="yellow"/>
              </w:rPr>
            </w:pPr>
          </w:p>
        </w:tc>
        <w:tc>
          <w:tcPr>
            <w:tcW w:w="1134" w:type="dxa"/>
            <w:shd w:val="clear" w:color="auto" w:fill="FFFF00"/>
            <w:tcMar>
              <w:top w:w="80" w:type="dxa"/>
              <w:left w:w="100" w:type="dxa"/>
              <w:bottom w:w="80" w:type="dxa"/>
              <w:right w:w="100" w:type="dxa"/>
            </w:tcMar>
            <w:vAlign w:val="center"/>
          </w:tcPr>
          <w:p w14:paraId="4F2FE271" w14:textId="77777777" w:rsidR="001E704F" w:rsidRPr="00C174A9" w:rsidRDefault="001E704F" w:rsidP="00F16A53">
            <w:pPr>
              <w:spacing w:after="0" w:line="228" w:lineRule="auto"/>
              <w:jc w:val="both"/>
              <w:rPr>
                <w:sz w:val="15"/>
                <w:szCs w:val="15"/>
                <w:highlight w:val="yellow"/>
              </w:rPr>
            </w:pPr>
          </w:p>
        </w:tc>
        <w:tc>
          <w:tcPr>
            <w:tcW w:w="1418" w:type="dxa"/>
            <w:shd w:val="clear" w:color="auto" w:fill="FFFF00"/>
            <w:tcMar>
              <w:top w:w="80" w:type="dxa"/>
              <w:left w:w="100" w:type="dxa"/>
              <w:bottom w:w="80" w:type="dxa"/>
              <w:right w:w="100" w:type="dxa"/>
            </w:tcMar>
            <w:vAlign w:val="center"/>
          </w:tcPr>
          <w:p w14:paraId="7B0EEBE1" w14:textId="77777777" w:rsidR="001E704F" w:rsidRPr="00C174A9" w:rsidRDefault="001E704F" w:rsidP="00F16A53">
            <w:pPr>
              <w:spacing w:after="0" w:line="228" w:lineRule="auto"/>
              <w:jc w:val="both"/>
              <w:rPr>
                <w:sz w:val="15"/>
                <w:szCs w:val="15"/>
                <w:highlight w:val="yellow"/>
              </w:rPr>
            </w:pPr>
          </w:p>
        </w:tc>
        <w:tc>
          <w:tcPr>
            <w:tcW w:w="1559" w:type="dxa"/>
            <w:shd w:val="clear" w:color="auto" w:fill="FFFF00"/>
            <w:tcMar>
              <w:top w:w="80" w:type="dxa"/>
              <w:left w:w="100" w:type="dxa"/>
              <w:bottom w:w="80" w:type="dxa"/>
              <w:right w:w="100" w:type="dxa"/>
            </w:tcMar>
            <w:vAlign w:val="center"/>
          </w:tcPr>
          <w:p w14:paraId="067C06FC" w14:textId="77777777" w:rsidR="001E704F" w:rsidRPr="00C174A9" w:rsidRDefault="001E704F" w:rsidP="00F16A53">
            <w:pPr>
              <w:spacing w:after="0" w:line="228" w:lineRule="auto"/>
              <w:jc w:val="both"/>
              <w:rPr>
                <w:sz w:val="15"/>
                <w:szCs w:val="15"/>
                <w:highlight w:val="yellow"/>
              </w:rPr>
            </w:pPr>
          </w:p>
        </w:tc>
      </w:tr>
    </w:tbl>
    <w:p w14:paraId="2B90383F" w14:textId="77777777" w:rsidR="00BA2369" w:rsidRPr="00C174A9" w:rsidRDefault="00BA2369" w:rsidP="00F16A53">
      <w:pPr>
        <w:keepNext/>
        <w:spacing w:after="0" w:line="228" w:lineRule="auto"/>
        <w:rPr>
          <w:b/>
          <w:color w:val="17365D"/>
          <w:sz w:val="15"/>
          <w:szCs w:val="15"/>
        </w:rPr>
      </w:pPr>
    </w:p>
    <w:tbl>
      <w:tblPr>
        <w:tblStyle w:val="Tablaconcuadrcula"/>
        <w:tblW w:w="10023" w:type="dxa"/>
        <w:tblLayout w:type="fixed"/>
        <w:tblLook w:val="04A0" w:firstRow="1" w:lastRow="0" w:firstColumn="1" w:lastColumn="0" w:noHBand="0" w:noVBand="1"/>
      </w:tblPr>
      <w:tblGrid>
        <w:gridCol w:w="10023"/>
      </w:tblGrid>
      <w:tr w:rsidR="00541B68" w:rsidRPr="00C174A9" w14:paraId="2C957AD8" w14:textId="77777777" w:rsidTr="00F16A53">
        <w:trPr>
          <w:cantSplit/>
          <w:trHeight w:val="223"/>
        </w:trPr>
        <w:tc>
          <w:tcPr>
            <w:tcW w:w="10023" w:type="dxa"/>
            <w:tcBorders>
              <w:bottom w:val="nil"/>
            </w:tcBorders>
            <w:shd w:val="clear" w:color="auto" w:fill="000000" w:themeFill="text1"/>
            <w:tcMar>
              <w:top w:w="80" w:type="dxa"/>
              <w:left w:w="100" w:type="dxa"/>
              <w:bottom w:w="80" w:type="dxa"/>
              <w:right w:w="100" w:type="dxa"/>
            </w:tcMar>
            <w:vAlign w:val="center"/>
          </w:tcPr>
          <w:p w14:paraId="0B49E2FB" w14:textId="0EF60A36" w:rsidR="00541B68" w:rsidRPr="00C174A9" w:rsidRDefault="00541B68" w:rsidP="00F16A53">
            <w:pPr>
              <w:spacing w:after="0" w:line="228" w:lineRule="auto"/>
              <w:rPr>
                <w:sz w:val="15"/>
                <w:szCs w:val="15"/>
              </w:rPr>
            </w:pPr>
            <w:r w:rsidRPr="00C174A9">
              <w:rPr>
                <w:b/>
                <w:color w:val="FFFFFF"/>
                <w:sz w:val="15"/>
                <w:szCs w:val="15"/>
              </w:rPr>
              <w:t>4. Observaciones</w:t>
            </w:r>
          </w:p>
        </w:tc>
      </w:tr>
      <w:tr w:rsidR="00541B68" w:rsidRPr="00C174A9" w14:paraId="3CBFACA4" w14:textId="77777777" w:rsidTr="00F16A53">
        <w:trPr>
          <w:cantSplit/>
          <w:trHeight w:val="99"/>
        </w:trPr>
        <w:tc>
          <w:tcPr>
            <w:tcW w:w="10023" w:type="dxa"/>
            <w:tcBorders>
              <w:top w:val="nil"/>
              <w:left w:val="nil"/>
              <w:bottom w:val="single" w:sz="4" w:space="0" w:color="auto"/>
              <w:right w:val="nil"/>
            </w:tcBorders>
            <w:tcMar>
              <w:top w:w="80" w:type="dxa"/>
              <w:left w:w="100" w:type="dxa"/>
              <w:bottom w:w="80" w:type="dxa"/>
              <w:right w:w="100" w:type="dxa"/>
            </w:tcMar>
            <w:vAlign w:val="center"/>
          </w:tcPr>
          <w:p w14:paraId="33436D2A" w14:textId="05A614C9" w:rsidR="00541B68" w:rsidRPr="00C174A9" w:rsidRDefault="001E704F" w:rsidP="00F16A53">
            <w:pPr>
              <w:spacing w:after="0" w:line="228" w:lineRule="auto"/>
              <w:jc w:val="both"/>
              <w:rPr>
                <w:sz w:val="15"/>
                <w:szCs w:val="15"/>
              </w:rPr>
            </w:pPr>
            <w:r w:rsidRPr="00C174A9">
              <w:rPr>
                <w:sz w:val="15"/>
                <w:szCs w:val="15"/>
              </w:rPr>
              <w:t>Asiente las causas de no aplicabilidad; faltantes; constancias en trámite; adeudos o incidencias; diferencias entre registros, resguardos y existencia física; las circunstancias que sustenten la recepción temporal; y cualquier precisión necesaria para comprender el estado de lo entregado.</w:t>
            </w:r>
          </w:p>
        </w:tc>
      </w:tr>
      <w:tr w:rsidR="0063661A" w:rsidRPr="00C174A9" w14:paraId="5C4CA935" w14:textId="77777777" w:rsidTr="001E704F">
        <w:trPr>
          <w:cantSplit/>
          <w:trHeight w:val="1223"/>
        </w:trPr>
        <w:tc>
          <w:tcPr>
            <w:tcW w:w="10023" w:type="dxa"/>
            <w:tcBorders>
              <w:top w:val="single" w:sz="4" w:space="0" w:color="auto"/>
            </w:tcBorders>
            <w:tcMar>
              <w:top w:w="80" w:type="dxa"/>
              <w:left w:w="100" w:type="dxa"/>
              <w:bottom w:w="80" w:type="dxa"/>
              <w:right w:w="100" w:type="dxa"/>
            </w:tcMar>
            <w:vAlign w:val="center"/>
          </w:tcPr>
          <w:p w14:paraId="5CEBC761" w14:textId="3B63908E" w:rsidR="0063661A" w:rsidRPr="00C174A9" w:rsidRDefault="00205632" w:rsidP="00F16A53">
            <w:pPr>
              <w:spacing w:after="0" w:line="228" w:lineRule="auto"/>
              <w:jc w:val="both"/>
              <w:rPr>
                <w:sz w:val="15"/>
                <w:szCs w:val="15"/>
                <w:highlight w:val="yellow"/>
              </w:rPr>
            </w:pPr>
            <w:r w:rsidRPr="00C174A9">
              <w:rPr>
                <w:sz w:val="15"/>
                <w:szCs w:val="15"/>
                <w:highlight w:val="yellow"/>
              </w:rPr>
              <w:t>(32.1</w:t>
            </w:r>
            <w:r w:rsidR="00825752" w:rsidRPr="00C174A9">
              <w:rPr>
                <w:sz w:val="15"/>
                <w:szCs w:val="15"/>
                <w:highlight w:val="yellow"/>
              </w:rPr>
              <w:t>9</w:t>
            </w:r>
            <w:r w:rsidRPr="00C174A9">
              <w:rPr>
                <w:sz w:val="15"/>
                <w:szCs w:val="15"/>
                <w:highlight w:val="yellow"/>
              </w:rPr>
              <w:t xml:space="preserve">) </w:t>
            </w:r>
            <w:r w:rsidR="0099243A" w:rsidRPr="00C174A9">
              <w:rPr>
                <w:sz w:val="15"/>
                <w:szCs w:val="15"/>
                <w:highlight w:val="yellow"/>
              </w:rPr>
              <w:t>Capturar observaciones</w:t>
            </w:r>
          </w:p>
        </w:tc>
      </w:tr>
      <w:tr w:rsidR="00682612" w:rsidRPr="00C174A9" w14:paraId="2F991BAF" w14:textId="77777777" w:rsidTr="001E704F">
        <w:trPr>
          <w:cantSplit/>
          <w:trHeight w:val="1244"/>
        </w:trPr>
        <w:tc>
          <w:tcPr>
            <w:tcW w:w="10023" w:type="dxa"/>
            <w:shd w:val="clear" w:color="auto" w:fill="FFFF00"/>
            <w:tcMar>
              <w:top w:w="80" w:type="dxa"/>
              <w:left w:w="100" w:type="dxa"/>
              <w:bottom w:w="80" w:type="dxa"/>
              <w:right w:w="100" w:type="dxa"/>
            </w:tcMar>
            <w:vAlign w:val="center"/>
          </w:tcPr>
          <w:p w14:paraId="04042F59" w14:textId="72B0860A" w:rsidR="00682612" w:rsidRPr="00C174A9" w:rsidRDefault="00682612" w:rsidP="00682612">
            <w:pPr>
              <w:spacing w:after="0" w:line="228" w:lineRule="auto"/>
              <w:jc w:val="both"/>
              <w:rPr>
                <w:sz w:val="15"/>
                <w:szCs w:val="15"/>
                <w:highlight w:val="yellow"/>
              </w:rPr>
            </w:pPr>
          </w:p>
        </w:tc>
      </w:tr>
    </w:tbl>
    <w:p w14:paraId="508DFD0E" w14:textId="2D68B81E" w:rsidR="00BA2369" w:rsidRPr="00C174A9" w:rsidRDefault="00BA2369" w:rsidP="00F16A53">
      <w:pPr>
        <w:spacing w:after="0" w:line="228" w:lineRule="auto"/>
        <w:rPr>
          <w:sz w:val="15"/>
          <w:szCs w:val="15"/>
        </w:rPr>
      </w:pPr>
    </w:p>
    <w:tbl>
      <w:tblPr>
        <w:tblStyle w:val="Tablaconcuadrcula"/>
        <w:tblW w:w="10037" w:type="dxa"/>
        <w:tblLayout w:type="fixed"/>
        <w:tblLook w:val="04A0" w:firstRow="1" w:lastRow="0" w:firstColumn="1" w:lastColumn="0" w:noHBand="0" w:noVBand="1"/>
      </w:tblPr>
      <w:tblGrid>
        <w:gridCol w:w="1811"/>
        <w:gridCol w:w="2124"/>
        <w:gridCol w:w="1134"/>
        <w:gridCol w:w="1251"/>
        <w:gridCol w:w="868"/>
        <w:gridCol w:w="2849"/>
      </w:tblGrid>
      <w:tr w:rsidR="00541B68" w:rsidRPr="00C174A9" w14:paraId="18563F9B" w14:textId="77777777" w:rsidTr="001E704F">
        <w:trPr>
          <w:trHeight w:val="201"/>
        </w:trPr>
        <w:tc>
          <w:tcPr>
            <w:tcW w:w="10037" w:type="dxa"/>
            <w:gridSpan w:val="6"/>
            <w:tcBorders>
              <w:bottom w:val="nil"/>
            </w:tcBorders>
            <w:shd w:val="clear" w:color="auto" w:fill="000000" w:themeFill="text1"/>
            <w:tcMar>
              <w:top w:w="80" w:type="dxa"/>
              <w:left w:w="100" w:type="dxa"/>
              <w:bottom w:w="80" w:type="dxa"/>
              <w:right w:w="100" w:type="dxa"/>
            </w:tcMar>
            <w:vAlign w:val="center"/>
          </w:tcPr>
          <w:p w14:paraId="4343BA7E" w14:textId="12D99C84" w:rsidR="00541B68" w:rsidRPr="00C174A9" w:rsidRDefault="00541B68" w:rsidP="00F16A53">
            <w:pPr>
              <w:spacing w:after="0" w:line="228" w:lineRule="auto"/>
              <w:rPr>
                <w:b/>
                <w:color w:val="FFFFFF"/>
                <w:sz w:val="15"/>
                <w:szCs w:val="15"/>
              </w:rPr>
            </w:pPr>
            <w:r w:rsidRPr="00C174A9">
              <w:rPr>
                <w:b/>
                <w:color w:val="FFFFFF"/>
                <w:sz w:val="15"/>
                <w:szCs w:val="15"/>
              </w:rPr>
              <w:t>5. Validación mediante firma autógrafa y sello</w:t>
            </w:r>
          </w:p>
        </w:tc>
      </w:tr>
      <w:tr w:rsidR="00541B68" w:rsidRPr="00C174A9" w14:paraId="7C0A97F6" w14:textId="77777777" w:rsidTr="001E704F">
        <w:trPr>
          <w:trHeight w:val="583"/>
        </w:trPr>
        <w:tc>
          <w:tcPr>
            <w:tcW w:w="10037" w:type="dxa"/>
            <w:gridSpan w:val="6"/>
            <w:tcBorders>
              <w:top w:val="nil"/>
              <w:left w:val="nil"/>
              <w:bottom w:val="single" w:sz="4" w:space="0" w:color="auto"/>
              <w:right w:val="nil"/>
            </w:tcBorders>
            <w:tcMar>
              <w:top w:w="80" w:type="dxa"/>
              <w:left w:w="100" w:type="dxa"/>
              <w:bottom w:w="80" w:type="dxa"/>
              <w:right w:w="100" w:type="dxa"/>
            </w:tcMar>
            <w:vAlign w:val="center"/>
          </w:tcPr>
          <w:p w14:paraId="2198C001" w14:textId="2B93B356" w:rsidR="00541B68" w:rsidRPr="00C174A9" w:rsidRDefault="00B05CDC" w:rsidP="00F16A53">
            <w:pPr>
              <w:spacing w:after="0" w:line="228" w:lineRule="auto"/>
              <w:jc w:val="both"/>
              <w:rPr>
                <w:b/>
                <w:spacing w:val="-2"/>
                <w:sz w:val="15"/>
                <w:szCs w:val="15"/>
              </w:rPr>
            </w:pPr>
            <w:r w:rsidRPr="00C174A9">
              <w:rPr>
                <w:spacing w:val="-2"/>
                <w:sz w:val="15"/>
                <w:szCs w:val="15"/>
              </w:rPr>
              <w:t>En términos del artículo 40 del Reglamento para los Procesos de Entrega y Recepción del Tribunal Electoral del Estado de México, el contenido del formato será validado inmediatamente, en el ámbito de las atribuciones correspondientes, mediante firma autógrafa y sello oficial. Cuando alguna de las personas servidoras públicas referidas no valide, deberá emitir inmediatamente a la PERSONA SALIENTE una respuesta escrita fundada y motivada, la cual se anexará al formato. Si se abstiene de validar, la PERSONA SALIENTE instrumentará el acta administrativa prevista en el artículo 44, fracción II.</w:t>
            </w:r>
          </w:p>
        </w:tc>
      </w:tr>
      <w:tr w:rsidR="0063661A" w:rsidRPr="00C174A9" w14:paraId="2A43327E" w14:textId="77777777" w:rsidTr="001E704F">
        <w:trPr>
          <w:trHeight w:val="201"/>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0B1AFB0D" w14:textId="77777777" w:rsidR="00682612" w:rsidRPr="00C174A9" w:rsidRDefault="00EF0F62" w:rsidP="00F16A53">
            <w:pPr>
              <w:spacing w:after="0" w:line="228" w:lineRule="auto"/>
              <w:rPr>
                <w:b/>
                <w:sz w:val="11"/>
                <w:szCs w:val="11"/>
              </w:rPr>
            </w:pPr>
            <w:r w:rsidRPr="00C174A9">
              <w:rPr>
                <w:b/>
                <w:sz w:val="15"/>
                <w:szCs w:val="15"/>
              </w:rPr>
              <w:t>Dirección de Administración</w:t>
            </w:r>
          </w:p>
          <w:p w14:paraId="352A13B7" w14:textId="2F7DE084" w:rsidR="0063661A" w:rsidRPr="00C174A9" w:rsidRDefault="00541B68" w:rsidP="00F16A53">
            <w:pPr>
              <w:spacing w:after="0" w:line="228" w:lineRule="auto"/>
              <w:rPr>
                <w:sz w:val="15"/>
                <w:szCs w:val="15"/>
              </w:rPr>
            </w:pPr>
            <w:r w:rsidRPr="00C174A9">
              <w:rPr>
                <w:i/>
                <w:sz w:val="11"/>
                <w:szCs w:val="11"/>
              </w:rPr>
              <w:t>(Valida la información que corresponda al ámbito de su competencia, incluida, cuando exista, la relativa a recursos financieros)</w:t>
            </w:r>
          </w:p>
        </w:tc>
      </w:tr>
      <w:tr w:rsidR="00541B68" w:rsidRPr="00C174A9" w14:paraId="52ADFE3E" w14:textId="77777777" w:rsidTr="001E704F">
        <w:trPr>
          <w:trHeight w:val="201"/>
        </w:trPr>
        <w:tc>
          <w:tcPr>
            <w:tcW w:w="1811" w:type="dxa"/>
            <w:shd w:val="clear" w:color="auto" w:fill="BFBFBF" w:themeFill="background1" w:themeFillShade="BF"/>
            <w:tcMar>
              <w:top w:w="80" w:type="dxa"/>
              <w:left w:w="100" w:type="dxa"/>
              <w:bottom w:w="80" w:type="dxa"/>
              <w:right w:w="100" w:type="dxa"/>
            </w:tcMar>
            <w:vAlign w:val="center"/>
          </w:tcPr>
          <w:p w14:paraId="6EF4CB89" w14:textId="77777777" w:rsidR="00541B68" w:rsidRPr="00C174A9" w:rsidRDefault="00541B68" w:rsidP="00F16A53">
            <w:pPr>
              <w:spacing w:after="0" w:line="228" w:lineRule="auto"/>
              <w:jc w:val="both"/>
              <w:rPr>
                <w:sz w:val="15"/>
                <w:szCs w:val="15"/>
              </w:rPr>
            </w:pPr>
            <w:r w:rsidRPr="00C174A9">
              <w:rPr>
                <w:b/>
                <w:sz w:val="15"/>
                <w:szCs w:val="15"/>
              </w:rPr>
              <w:t>Resultado</w:t>
            </w:r>
          </w:p>
        </w:tc>
        <w:sdt>
          <w:sdtPr>
            <w:rPr>
              <w:sz w:val="15"/>
              <w:szCs w:val="15"/>
              <w:highlight w:val="yellow"/>
            </w:rPr>
            <w:alias w:val="&lt;&lt;Seleccione (33)&gt;&gt;"/>
            <w:tag w:val="&lt;&lt;Seleccione (33)&gt;&gt;"/>
            <w:id w:val="-1067343783"/>
            <w:placeholder>
              <w:docPart w:val="DefaultPlaceholder_-1854013438"/>
            </w:placeholder>
            <w15:color w:val="FF0000"/>
            <w:dropDownList>
              <w:listItem w:displayText="&lt;&lt;Seleccione (33)&gt;&gt;" w:value="&lt;&lt;Seleccione (33)&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09" w:type="dxa"/>
                <w:gridSpan w:val="3"/>
                <w:tcMar>
                  <w:top w:w="80" w:type="dxa"/>
                  <w:left w:w="100" w:type="dxa"/>
                  <w:bottom w:w="80" w:type="dxa"/>
                  <w:right w:w="100" w:type="dxa"/>
                </w:tcMar>
                <w:vAlign w:val="center"/>
              </w:tcPr>
              <w:p w14:paraId="3B0CCC58" w14:textId="0859A115" w:rsidR="00541B68" w:rsidRPr="00C174A9" w:rsidRDefault="00205632" w:rsidP="00F16A53">
                <w:pPr>
                  <w:spacing w:after="0" w:line="228" w:lineRule="auto"/>
                  <w:jc w:val="both"/>
                  <w:rPr>
                    <w:sz w:val="15"/>
                    <w:szCs w:val="15"/>
                  </w:rPr>
                </w:pPr>
                <w:r w:rsidRPr="00C174A9">
                  <w:rPr>
                    <w:sz w:val="15"/>
                    <w:szCs w:val="15"/>
                    <w:highlight w:val="yellow"/>
                  </w:rPr>
                  <w:t>&lt;&lt;Seleccione (33)&gt;&gt;</w:t>
                </w:r>
              </w:p>
            </w:tc>
          </w:sdtContent>
        </w:sdt>
        <w:tc>
          <w:tcPr>
            <w:tcW w:w="868" w:type="dxa"/>
            <w:shd w:val="clear" w:color="auto" w:fill="BFBFBF" w:themeFill="background1" w:themeFillShade="BF"/>
            <w:vAlign w:val="center"/>
          </w:tcPr>
          <w:p w14:paraId="1B26939C" w14:textId="7DC5F5D3" w:rsidR="00541B68" w:rsidRPr="00C174A9" w:rsidRDefault="00541B68" w:rsidP="00F16A53">
            <w:pPr>
              <w:spacing w:after="0" w:line="228" w:lineRule="auto"/>
              <w:jc w:val="both"/>
              <w:rPr>
                <w:sz w:val="15"/>
                <w:szCs w:val="15"/>
              </w:rPr>
            </w:pPr>
            <w:r w:rsidRPr="00C174A9">
              <w:rPr>
                <w:b/>
                <w:color w:val="1F1F1F"/>
                <w:sz w:val="15"/>
                <w:szCs w:val="15"/>
              </w:rPr>
              <w:t>Fecha</w:t>
            </w:r>
          </w:p>
        </w:tc>
        <w:tc>
          <w:tcPr>
            <w:tcW w:w="2849" w:type="dxa"/>
            <w:tcMar>
              <w:top w:w="80" w:type="dxa"/>
              <w:left w:w="100" w:type="dxa"/>
              <w:bottom w:w="80" w:type="dxa"/>
              <w:right w:w="100" w:type="dxa"/>
            </w:tcMar>
            <w:vAlign w:val="center"/>
          </w:tcPr>
          <w:p w14:paraId="750818D8" w14:textId="2D02689B" w:rsidR="00541B68" w:rsidRPr="00C174A9" w:rsidRDefault="00205632" w:rsidP="00F16A53">
            <w:pPr>
              <w:spacing w:after="0" w:line="228" w:lineRule="auto"/>
              <w:jc w:val="both"/>
              <w:rPr>
                <w:sz w:val="15"/>
                <w:szCs w:val="15"/>
              </w:rPr>
            </w:pPr>
            <w:r w:rsidRPr="00C174A9">
              <w:rPr>
                <w:sz w:val="15"/>
                <w:szCs w:val="15"/>
                <w:highlight w:val="yellow"/>
              </w:rPr>
              <w:t xml:space="preserve">(33.1) </w:t>
            </w:r>
            <w:r w:rsidR="00376A63" w:rsidRPr="00C174A9">
              <w:rPr>
                <w:sz w:val="15"/>
                <w:szCs w:val="15"/>
                <w:highlight w:val="yellow"/>
              </w:rPr>
              <w:t>Capturar</w:t>
            </w:r>
          </w:p>
        </w:tc>
      </w:tr>
      <w:tr w:rsidR="0063661A" w:rsidRPr="00C174A9" w14:paraId="702654BF" w14:textId="77777777" w:rsidTr="001E704F">
        <w:trPr>
          <w:trHeight w:val="223"/>
        </w:trPr>
        <w:tc>
          <w:tcPr>
            <w:tcW w:w="1811" w:type="dxa"/>
            <w:shd w:val="clear" w:color="auto" w:fill="BFBFBF" w:themeFill="background1" w:themeFillShade="BF"/>
            <w:tcMar>
              <w:top w:w="80" w:type="dxa"/>
              <w:left w:w="100" w:type="dxa"/>
              <w:bottom w:w="80" w:type="dxa"/>
              <w:right w:w="100" w:type="dxa"/>
            </w:tcMar>
            <w:vAlign w:val="center"/>
          </w:tcPr>
          <w:p w14:paraId="77FF8063" w14:textId="77777777" w:rsidR="0063661A" w:rsidRPr="00C174A9" w:rsidRDefault="00000000" w:rsidP="00F16A53">
            <w:pPr>
              <w:spacing w:after="0" w:line="228" w:lineRule="auto"/>
              <w:jc w:val="both"/>
              <w:rPr>
                <w:sz w:val="15"/>
                <w:szCs w:val="15"/>
              </w:rPr>
            </w:pPr>
            <w:r w:rsidRPr="00C174A9">
              <w:rPr>
                <w:b/>
                <w:sz w:val="15"/>
                <w:szCs w:val="15"/>
              </w:rPr>
              <w:t>Nombre y cargo</w:t>
            </w:r>
          </w:p>
        </w:tc>
        <w:tc>
          <w:tcPr>
            <w:tcW w:w="8226" w:type="dxa"/>
            <w:gridSpan w:val="5"/>
            <w:tcMar>
              <w:top w:w="80" w:type="dxa"/>
              <w:left w:w="100" w:type="dxa"/>
              <w:bottom w:w="80" w:type="dxa"/>
              <w:right w:w="100" w:type="dxa"/>
            </w:tcMar>
            <w:vAlign w:val="center"/>
          </w:tcPr>
          <w:p w14:paraId="1FED5D70" w14:textId="2E054D3A" w:rsidR="0063661A" w:rsidRPr="00C174A9" w:rsidRDefault="00205632" w:rsidP="00F16A53">
            <w:pPr>
              <w:spacing w:after="0" w:line="228" w:lineRule="auto"/>
              <w:jc w:val="both"/>
              <w:rPr>
                <w:sz w:val="15"/>
                <w:szCs w:val="15"/>
              </w:rPr>
            </w:pPr>
            <w:r w:rsidRPr="00C174A9">
              <w:rPr>
                <w:sz w:val="15"/>
                <w:szCs w:val="15"/>
                <w:highlight w:val="yellow"/>
              </w:rPr>
              <w:t>(33.2) Capturar</w:t>
            </w:r>
          </w:p>
        </w:tc>
      </w:tr>
      <w:tr w:rsidR="00D34664" w:rsidRPr="00C174A9" w14:paraId="149A4F57" w14:textId="25974C8C" w:rsidTr="001E704F">
        <w:trPr>
          <w:trHeight w:val="201"/>
        </w:trPr>
        <w:tc>
          <w:tcPr>
            <w:tcW w:w="3935"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2A7CE643" w14:textId="6B37F9F1" w:rsidR="00D34664" w:rsidRPr="00C174A9" w:rsidRDefault="00D34664" w:rsidP="00F16A53">
            <w:pPr>
              <w:spacing w:after="0" w:line="228" w:lineRule="auto"/>
              <w:jc w:val="both"/>
              <w:rPr>
                <w:sz w:val="15"/>
                <w:szCs w:val="15"/>
              </w:rPr>
            </w:pPr>
            <w:r w:rsidRPr="00C174A9">
              <w:rPr>
                <w:b/>
                <w:sz w:val="15"/>
                <w:szCs w:val="15"/>
              </w:rPr>
              <w:t>Documento relacionado, si no valida o se abstiene</w:t>
            </w:r>
          </w:p>
        </w:tc>
        <w:tc>
          <w:tcPr>
            <w:tcW w:w="6102" w:type="dxa"/>
            <w:gridSpan w:val="4"/>
            <w:tcBorders>
              <w:bottom w:val="single" w:sz="4" w:space="0" w:color="auto"/>
            </w:tcBorders>
            <w:vAlign w:val="center"/>
          </w:tcPr>
          <w:p w14:paraId="38605D38" w14:textId="2C2CEC21" w:rsidR="00D34664" w:rsidRPr="00C174A9" w:rsidRDefault="00205632" w:rsidP="00F16A53">
            <w:pPr>
              <w:spacing w:after="0" w:line="228" w:lineRule="auto"/>
              <w:jc w:val="both"/>
              <w:rPr>
                <w:sz w:val="15"/>
                <w:szCs w:val="15"/>
              </w:rPr>
            </w:pPr>
            <w:r w:rsidRPr="00C174A9">
              <w:rPr>
                <w:sz w:val="15"/>
                <w:szCs w:val="15"/>
                <w:highlight w:val="yellow"/>
              </w:rPr>
              <w:t>(33.3) Capturar</w:t>
            </w:r>
          </w:p>
        </w:tc>
      </w:tr>
      <w:tr w:rsidR="00D34664" w:rsidRPr="00C174A9" w14:paraId="38F4D5AC" w14:textId="77777777" w:rsidTr="001E704F">
        <w:trPr>
          <w:trHeight w:val="2557"/>
        </w:trPr>
        <w:tc>
          <w:tcPr>
            <w:tcW w:w="5069"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F9C9056" w14:textId="7AE16BAE" w:rsidR="00D34664" w:rsidRPr="00C174A9" w:rsidRDefault="00D34664" w:rsidP="00D34664">
            <w:pPr>
              <w:spacing w:after="0" w:line="228" w:lineRule="auto"/>
              <w:jc w:val="center"/>
              <w:rPr>
                <w:sz w:val="15"/>
                <w:szCs w:val="15"/>
              </w:rPr>
            </w:pPr>
            <w:r w:rsidRPr="00C174A9">
              <w:rPr>
                <w:color w:val="666666"/>
                <w:sz w:val="15"/>
                <w:szCs w:val="15"/>
              </w:rPr>
              <w:t>Firma autógrafa</w:t>
            </w:r>
          </w:p>
        </w:tc>
        <w:tc>
          <w:tcPr>
            <w:tcW w:w="4968"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2CB1B837" w14:textId="7B8DF27D" w:rsidR="00D34664" w:rsidRPr="00C174A9" w:rsidRDefault="00D34664" w:rsidP="00F16A53">
            <w:pPr>
              <w:spacing w:after="0" w:line="228" w:lineRule="auto"/>
              <w:jc w:val="center"/>
              <w:rPr>
                <w:sz w:val="15"/>
                <w:szCs w:val="15"/>
              </w:rPr>
            </w:pPr>
            <w:r w:rsidRPr="00C174A9">
              <w:rPr>
                <w:color w:val="666666"/>
                <w:sz w:val="15"/>
                <w:szCs w:val="15"/>
              </w:rPr>
              <w:t>Sello del área</w:t>
            </w:r>
          </w:p>
        </w:tc>
      </w:tr>
    </w:tbl>
    <w:p w14:paraId="02FDF21B" w14:textId="73E33C3E" w:rsidR="00D34664" w:rsidRPr="00C174A9" w:rsidRDefault="00D34664"/>
    <w:tbl>
      <w:tblPr>
        <w:tblStyle w:val="Tablaconcuadrcula"/>
        <w:tblW w:w="10008" w:type="dxa"/>
        <w:tblLayout w:type="fixed"/>
        <w:tblLook w:val="04A0" w:firstRow="1" w:lastRow="0" w:firstColumn="1" w:lastColumn="0" w:noHBand="0" w:noVBand="1"/>
      </w:tblPr>
      <w:tblGrid>
        <w:gridCol w:w="1806"/>
        <w:gridCol w:w="2073"/>
        <w:gridCol w:w="1138"/>
        <w:gridCol w:w="1367"/>
        <w:gridCol w:w="804"/>
        <w:gridCol w:w="2820"/>
      </w:tblGrid>
      <w:tr w:rsidR="0063661A" w:rsidRPr="00C174A9" w14:paraId="14E286EB" w14:textId="77777777" w:rsidTr="001E704F">
        <w:trPr>
          <w:cantSplit/>
          <w:trHeight w:val="151"/>
        </w:trPr>
        <w:tc>
          <w:tcPr>
            <w:tcW w:w="10008"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70C8EFB8" w14:textId="77777777" w:rsidR="0021379F" w:rsidRPr="00C174A9" w:rsidRDefault="00EF0F62" w:rsidP="00F16A53">
            <w:pPr>
              <w:spacing w:after="0" w:line="228" w:lineRule="auto"/>
              <w:jc w:val="both"/>
              <w:rPr>
                <w:b/>
                <w:sz w:val="15"/>
                <w:szCs w:val="15"/>
              </w:rPr>
            </w:pPr>
            <w:r w:rsidRPr="00C174A9">
              <w:rPr>
                <w:b/>
                <w:sz w:val="15"/>
                <w:szCs w:val="15"/>
              </w:rPr>
              <w:lastRenderedPageBreak/>
              <w:t>Subdirección de Recursos Materiales y Servicios Generales</w:t>
            </w:r>
            <w:r w:rsidR="0021379F" w:rsidRPr="00C174A9">
              <w:rPr>
                <w:b/>
                <w:sz w:val="15"/>
                <w:szCs w:val="15"/>
              </w:rPr>
              <w:t xml:space="preserve"> de la Dirección de Administración</w:t>
            </w:r>
            <w:r w:rsidR="00541B68" w:rsidRPr="00C174A9">
              <w:rPr>
                <w:b/>
                <w:sz w:val="15"/>
                <w:szCs w:val="15"/>
              </w:rPr>
              <w:t xml:space="preserve"> </w:t>
            </w:r>
          </w:p>
          <w:p w14:paraId="23B5EA19" w14:textId="0E12580F" w:rsidR="0063661A" w:rsidRPr="00C174A9" w:rsidRDefault="00541B68" w:rsidP="00F16A53">
            <w:pPr>
              <w:spacing w:after="0" w:line="228" w:lineRule="auto"/>
              <w:jc w:val="both"/>
              <w:rPr>
                <w:sz w:val="15"/>
                <w:szCs w:val="15"/>
              </w:rPr>
            </w:pPr>
            <w:r w:rsidRPr="00C174A9">
              <w:rPr>
                <w:i/>
                <w:sz w:val="11"/>
                <w:szCs w:val="11"/>
              </w:rPr>
              <w:t>(Valida la información relativa a bienes muebles e inmuebles, equipos de comunicación, vehículos, llaves y demás recursos materiales comprendidos en la entrega)</w:t>
            </w:r>
          </w:p>
        </w:tc>
      </w:tr>
      <w:tr w:rsidR="003D56BE" w:rsidRPr="00C174A9" w14:paraId="52AAE978" w14:textId="77777777" w:rsidTr="00205632">
        <w:trPr>
          <w:cantSplit/>
          <w:trHeight w:val="209"/>
        </w:trPr>
        <w:tc>
          <w:tcPr>
            <w:tcW w:w="1806" w:type="dxa"/>
            <w:shd w:val="clear" w:color="auto" w:fill="BFBFBF" w:themeFill="background1" w:themeFillShade="BF"/>
            <w:tcMar>
              <w:top w:w="80" w:type="dxa"/>
              <w:left w:w="100" w:type="dxa"/>
              <w:bottom w:w="80" w:type="dxa"/>
              <w:right w:w="100" w:type="dxa"/>
            </w:tcMar>
            <w:vAlign w:val="center"/>
          </w:tcPr>
          <w:p w14:paraId="515EA3EF" w14:textId="77777777" w:rsidR="003D56BE" w:rsidRPr="00C174A9" w:rsidRDefault="003D56BE" w:rsidP="00F16A53">
            <w:pPr>
              <w:spacing w:after="0" w:line="228" w:lineRule="auto"/>
              <w:jc w:val="both"/>
              <w:rPr>
                <w:sz w:val="15"/>
                <w:szCs w:val="15"/>
              </w:rPr>
            </w:pPr>
            <w:r w:rsidRPr="00C174A9">
              <w:rPr>
                <w:b/>
                <w:sz w:val="15"/>
                <w:szCs w:val="15"/>
              </w:rPr>
              <w:t>Resultado</w:t>
            </w:r>
          </w:p>
        </w:tc>
        <w:sdt>
          <w:sdtPr>
            <w:rPr>
              <w:sz w:val="15"/>
              <w:szCs w:val="15"/>
              <w:highlight w:val="yellow"/>
            </w:rPr>
            <w:alias w:val="&lt;&lt;Seleccione (34)&gt;&gt;"/>
            <w:tag w:val="&lt;&lt;Seleccione (34)&gt;&gt;"/>
            <w:id w:val="-506597986"/>
            <w:placeholder>
              <w:docPart w:val="CE50B68FD86C4AD5A04B38AB820810F2"/>
            </w:placeholder>
            <w15:color w:val="FF0000"/>
            <w:dropDownList>
              <w:listItem w:displayText="&lt;&lt;Seleccione (34)&gt;&gt;" w:value="&lt;&lt;Seleccione (34)&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78" w:type="dxa"/>
                <w:gridSpan w:val="3"/>
                <w:tcMar>
                  <w:top w:w="80" w:type="dxa"/>
                  <w:left w:w="100" w:type="dxa"/>
                  <w:bottom w:w="80" w:type="dxa"/>
                  <w:right w:w="100" w:type="dxa"/>
                </w:tcMar>
                <w:vAlign w:val="center"/>
              </w:tcPr>
              <w:p w14:paraId="178EFC13" w14:textId="1AEB125F" w:rsidR="003D56BE" w:rsidRPr="00C174A9" w:rsidRDefault="00376A63" w:rsidP="00F16A53">
                <w:pPr>
                  <w:spacing w:after="0" w:line="228" w:lineRule="auto"/>
                  <w:jc w:val="both"/>
                  <w:rPr>
                    <w:sz w:val="15"/>
                    <w:szCs w:val="15"/>
                  </w:rPr>
                </w:pPr>
                <w:r w:rsidRPr="00C174A9">
                  <w:rPr>
                    <w:sz w:val="15"/>
                    <w:szCs w:val="15"/>
                    <w:highlight w:val="yellow"/>
                  </w:rPr>
                  <w:t>&lt;&lt;Seleccione (34)&gt;&gt;</w:t>
                </w:r>
              </w:p>
            </w:tc>
          </w:sdtContent>
        </w:sdt>
        <w:tc>
          <w:tcPr>
            <w:tcW w:w="804" w:type="dxa"/>
            <w:shd w:val="clear" w:color="auto" w:fill="BFBFBF" w:themeFill="background1" w:themeFillShade="BF"/>
            <w:vAlign w:val="center"/>
          </w:tcPr>
          <w:p w14:paraId="3C6FED0F" w14:textId="0DB06355" w:rsidR="003D56BE" w:rsidRPr="00C174A9" w:rsidRDefault="003D56BE" w:rsidP="00F16A53">
            <w:pPr>
              <w:spacing w:after="0" w:line="228" w:lineRule="auto"/>
              <w:jc w:val="both"/>
              <w:rPr>
                <w:sz w:val="15"/>
                <w:szCs w:val="15"/>
              </w:rPr>
            </w:pPr>
            <w:r w:rsidRPr="00C174A9">
              <w:rPr>
                <w:b/>
                <w:sz w:val="15"/>
                <w:szCs w:val="15"/>
              </w:rPr>
              <w:t>Fecha</w:t>
            </w:r>
          </w:p>
        </w:tc>
        <w:tc>
          <w:tcPr>
            <w:tcW w:w="2820" w:type="dxa"/>
            <w:tcMar>
              <w:top w:w="80" w:type="dxa"/>
              <w:left w:w="100" w:type="dxa"/>
              <w:bottom w:w="80" w:type="dxa"/>
              <w:right w:w="100" w:type="dxa"/>
            </w:tcMar>
            <w:vAlign w:val="center"/>
          </w:tcPr>
          <w:p w14:paraId="63691DD9" w14:textId="30B7F90C" w:rsidR="003D56BE" w:rsidRPr="00C174A9" w:rsidRDefault="00205632" w:rsidP="00F16A53">
            <w:pPr>
              <w:spacing w:after="0" w:line="228" w:lineRule="auto"/>
              <w:jc w:val="both"/>
              <w:rPr>
                <w:sz w:val="15"/>
                <w:szCs w:val="15"/>
              </w:rPr>
            </w:pPr>
            <w:r w:rsidRPr="00C174A9">
              <w:rPr>
                <w:sz w:val="15"/>
                <w:szCs w:val="15"/>
                <w:highlight w:val="yellow"/>
              </w:rPr>
              <w:t>(34.1) Capturar</w:t>
            </w:r>
          </w:p>
        </w:tc>
      </w:tr>
      <w:tr w:rsidR="0063661A" w:rsidRPr="00C174A9" w14:paraId="4A6DA6D4" w14:textId="77777777" w:rsidTr="00205632">
        <w:trPr>
          <w:cantSplit/>
          <w:trHeight w:val="188"/>
        </w:trPr>
        <w:tc>
          <w:tcPr>
            <w:tcW w:w="1806" w:type="dxa"/>
            <w:shd w:val="clear" w:color="auto" w:fill="BFBFBF" w:themeFill="background1" w:themeFillShade="BF"/>
            <w:tcMar>
              <w:top w:w="80" w:type="dxa"/>
              <w:left w:w="100" w:type="dxa"/>
              <w:bottom w:w="80" w:type="dxa"/>
              <w:right w:w="100" w:type="dxa"/>
            </w:tcMar>
            <w:vAlign w:val="center"/>
          </w:tcPr>
          <w:p w14:paraId="01CB800E" w14:textId="77777777" w:rsidR="0063661A" w:rsidRPr="00C174A9" w:rsidRDefault="00000000" w:rsidP="00F16A53">
            <w:pPr>
              <w:spacing w:after="0" w:line="228" w:lineRule="auto"/>
              <w:jc w:val="both"/>
              <w:rPr>
                <w:sz w:val="15"/>
                <w:szCs w:val="15"/>
              </w:rPr>
            </w:pPr>
            <w:r w:rsidRPr="00C174A9">
              <w:rPr>
                <w:b/>
                <w:sz w:val="15"/>
                <w:szCs w:val="15"/>
              </w:rPr>
              <w:t>Nombre y cargo</w:t>
            </w:r>
          </w:p>
        </w:tc>
        <w:tc>
          <w:tcPr>
            <w:tcW w:w="8202" w:type="dxa"/>
            <w:gridSpan w:val="5"/>
            <w:tcMar>
              <w:top w:w="80" w:type="dxa"/>
              <w:left w:w="100" w:type="dxa"/>
              <w:bottom w:w="80" w:type="dxa"/>
              <w:right w:w="100" w:type="dxa"/>
            </w:tcMar>
            <w:vAlign w:val="center"/>
          </w:tcPr>
          <w:p w14:paraId="76FC5C4B" w14:textId="4BC40F03" w:rsidR="0063661A" w:rsidRPr="00C174A9" w:rsidRDefault="00205632" w:rsidP="00F16A53">
            <w:pPr>
              <w:spacing w:after="0" w:line="228" w:lineRule="auto"/>
              <w:jc w:val="both"/>
              <w:rPr>
                <w:sz w:val="15"/>
                <w:szCs w:val="15"/>
              </w:rPr>
            </w:pPr>
            <w:r w:rsidRPr="00C174A9">
              <w:rPr>
                <w:sz w:val="15"/>
                <w:szCs w:val="15"/>
                <w:highlight w:val="yellow"/>
              </w:rPr>
              <w:t>(34.2) Capturar</w:t>
            </w:r>
          </w:p>
        </w:tc>
      </w:tr>
      <w:tr w:rsidR="00D34664" w:rsidRPr="00C174A9" w14:paraId="3DC4D239" w14:textId="432E763B" w:rsidTr="00205632">
        <w:trPr>
          <w:cantSplit/>
          <w:trHeight w:val="209"/>
        </w:trPr>
        <w:tc>
          <w:tcPr>
            <w:tcW w:w="3879"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57AA5D29" w14:textId="2773F9E2" w:rsidR="00D34664" w:rsidRPr="00C174A9" w:rsidRDefault="00D34664" w:rsidP="00F16A53">
            <w:pPr>
              <w:spacing w:after="0" w:line="228" w:lineRule="auto"/>
              <w:jc w:val="both"/>
              <w:rPr>
                <w:sz w:val="15"/>
                <w:szCs w:val="15"/>
              </w:rPr>
            </w:pPr>
            <w:r w:rsidRPr="00C174A9">
              <w:rPr>
                <w:b/>
                <w:sz w:val="15"/>
                <w:szCs w:val="15"/>
              </w:rPr>
              <w:t>Documento relacionado, si no valida o se abstiene</w:t>
            </w:r>
          </w:p>
        </w:tc>
        <w:tc>
          <w:tcPr>
            <w:tcW w:w="6129" w:type="dxa"/>
            <w:gridSpan w:val="4"/>
            <w:tcBorders>
              <w:bottom w:val="single" w:sz="4" w:space="0" w:color="auto"/>
              <w:right w:val="single" w:sz="4" w:space="0" w:color="auto"/>
            </w:tcBorders>
            <w:vAlign w:val="center"/>
          </w:tcPr>
          <w:p w14:paraId="687A9E42" w14:textId="40677E32" w:rsidR="00D34664" w:rsidRPr="00C174A9" w:rsidRDefault="00205632" w:rsidP="00F16A53">
            <w:pPr>
              <w:spacing w:after="0" w:line="228" w:lineRule="auto"/>
              <w:jc w:val="both"/>
              <w:rPr>
                <w:sz w:val="15"/>
                <w:szCs w:val="15"/>
              </w:rPr>
            </w:pPr>
            <w:r w:rsidRPr="00C174A9">
              <w:rPr>
                <w:sz w:val="15"/>
                <w:szCs w:val="15"/>
                <w:highlight w:val="yellow"/>
              </w:rPr>
              <w:t>(34.3) Capturar</w:t>
            </w:r>
          </w:p>
        </w:tc>
      </w:tr>
      <w:tr w:rsidR="00D34664" w:rsidRPr="00C174A9" w14:paraId="4FCDCAD7" w14:textId="2DC3450D" w:rsidTr="001E704F">
        <w:trPr>
          <w:cantSplit/>
          <w:trHeight w:val="2695"/>
        </w:trPr>
        <w:tc>
          <w:tcPr>
            <w:tcW w:w="5017"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4BFDEAA" w14:textId="59076B8E" w:rsidR="00D34664" w:rsidRPr="00C174A9" w:rsidRDefault="00D34664" w:rsidP="00D34664">
            <w:pPr>
              <w:spacing w:after="0" w:line="228" w:lineRule="auto"/>
              <w:jc w:val="center"/>
              <w:rPr>
                <w:sz w:val="15"/>
                <w:szCs w:val="15"/>
              </w:rPr>
            </w:pPr>
            <w:r w:rsidRPr="00C174A9">
              <w:rPr>
                <w:color w:val="666666"/>
                <w:sz w:val="15"/>
                <w:szCs w:val="15"/>
              </w:rPr>
              <w:t>Firma autógrafa</w:t>
            </w:r>
          </w:p>
        </w:tc>
        <w:tc>
          <w:tcPr>
            <w:tcW w:w="4991" w:type="dxa"/>
            <w:gridSpan w:val="3"/>
            <w:tcBorders>
              <w:top w:val="single" w:sz="4" w:space="0" w:color="auto"/>
              <w:left w:val="single" w:sz="4" w:space="0" w:color="auto"/>
              <w:bottom w:val="single" w:sz="4" w:space="0" w:color="auto"/>
              <w:right w:val="single" w:sz="4" w:space="0" w:color="auto"/>
            </w:tcBorders>
            <w:vAlign w:val="bottom"/>
          </w:tcPr>
          <w:p w14:paraId="373CDD56" w14:textId="77777777" w:rsidR="00D34664" w:rsidRPr="00C174A9" w:rsidRDefault="00D34664" w:rsidP="00F16A53">
            <w:pPr>
              <w:spacing w:after="0" w:line="228" w:lineRule="auto"/>
              <w:jc w:val="center"/>
              <w:rPr>
                <w:sz w:val="15"/>
                <w:szCs w:val="15"/>
              </w:rPr>
            </w:pPr>
            <w:r w:rsidRPr="00C174A9">
              <w:rPr>
                <w:color w:val="666666"/>
                <w:sz w:val="15"/>
                <w:szCs w:val="15"/>
              </w:rPr>
              <w:t>Sello del área</w:t>
            </w:r>
          </w:p>
        </w:tc>
      </w:tr>
    </w:tbl>
    <w:p w14:paraId="4D55F354" w14:textId="77777777" w:rsidR="00B05CDC" w:rsidRPr="00C174A9" w:rsidRDefault="00B05CDC"/>
    <w:tbl>
      <w:tblPr>
        <w:tblStyle w:val="Tablaconcuadrcula"/>
        <w:tblW w:w="10052" w:type="dxa"/>
        <w:tblLayout w:type="fixed"/>
        <w:tblLook w:val="04A0" w:firstRow="1" w:lastRow="0" w:firstColumn="1" w:lastColumn="0" w:noHBand="0" w:noVBand="1"/>
      </w:tblPr>
      <w:tblGrid>
        <w:gridCol w:w="1825"/>
        <w:gridCol w:w="2005"/>
        <w:gridCol w:w="1157"/>
        <w:gridCol w:w="1475"/>
        <w:gridCol w:w="1109"/>
        <w:gridCol w:w="2481"/>
      </w:tblGrid>
      <w:tr w:rsidR="0063661A" w:rsidRPr="00C174A9" w14:paraId="7A585F3A" w14:textId="77777777" w:rsidTr="001E704F">
        <w:trPr>
          <w:cantSplit/>
          <w:trHeight w:val="76"/>
        </w:trPr>
        <w:tc>
          <w:tcPr>
            <w:tcW w:w="10052"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31738F6E" w14:textId="77777777" w:rsidR="0021379F" w:rsidRPr="00C174A9" w:rsidRDefault="00EF0F62" w:rsidP="00F16A53">
            <w:pPr>
              <w:spacing w:after="0" w:line="228" w:lineRule="auto"/>
              <w:rPr>
                <w:b/>
                <w:sz w:val="15"/>
                <w:szCs w:val="15"/>
              </w:rPr>
            </w:pPr>
            <w:r w:rsidRPr="00C174A9">
              <w:rPr>
                <w:b/>
                <w:sz w:val="15"/>
                <w:szCs w:val="15"/>
              </w:rPr>
              <w:t>Subdirección de Informática</w:t>
            </w:r>
            <w:r w:rsidR="0021379F" w:rsidRPr="00C174A9">
              <w:rPr>
                <w:b/>
                <w:sz w:val="15"/>
                <w:szCs w:val="15"/>
              </w:rPr>
              <w:t xml:space="preserve"> de la Dirección de Administración</w:t>
            </w:r>
          </w:p>
          <w:p w14:paraId="24EB84F5" w14:textId="7A2325F1" w:rsidR="0063661A" w:rsidRPr="00C174A9" w:rsidRDefault="003D56BE" w:rsidP="00F16A53">
            <w:pPr>
              <w:spacing w:after="0" w:line="228" w:lineRule="auto"/>
              <w:rPr>
                <w:sz w:val="15"/>
                <w:szCs w:val="15"/>
              </w:rPr>
            </w:pPr>
            <w:r w:rsidRPr="00C174A9">
              <w:rPr>
                <w:bCs/>
                <w:i/>
                <w:iCs/>
                <w:sz w:val="11"/>
                <w:szCs w:val="11"/>
              </w:rPr>
              <w:t>(Valida la información relativa a bienes informáticos, programas de cómputo, contenido y respaldos existentes en medios institucionales)</w:t>
            </w:r>
          </w:p>
        </w:tc>
      </w:tr>
      <w:tr w:rsidR="00205632" w:rsidRPr="00C174A9" w14:paraId="4D265DF1" w14:textId="77777777" w:rsidTr="00BF7675">
        <w:trPr>
          <w:cantSplit/>
          <w:trHeight w:val="205"/>
        </w:trPr>
        <w:tc>
          <w:tcPr>
            <w:tcW w:w="1825" w:type="dxa"/>
            <w:shd w:val="clear" w:color="auto" w:fill="BFBFBF" w:themeFill="background1" w:themeFillShade="BF"/>
            <w:tcMar>
              <w:top w:w="80" w:type="dxa"/>
              <w:left w:w="100" w:type="dxa"/>
              <w:bottom w:w="80" w:type="dxa"/>
              <w:right w:w="100" w:type="dxa"/>
            </w:tcMar>
            <w:vAlign w:val="center"/>
          </w:tcPr>
          <w:p w14:paraId="2B4A2510" w14:textId="77777777" w:rsidR="00205632" w:rsidRPr="00C174A9" w:rsidRDefault="00205632" w:rsidP="00205632">
            <w:pPr>
              <w:spacing w:after="0" w:line="228" w:lineRule="auto"/>
              <w:rPr>
                <w:sz w:val="15"/>
                <w:szCs w:val="15"/>
              </w:rPr>
            </w:pPr>
            <w:r w:rsidRPr="00C174A9">
              <w:rPr>
                <w:b/>
                <w:color w:val="1F1F1F"/>
                <w:sz w:val="15"/>
                <w:szCs w:val="15"/>
              </w:rPr>
              <w:t>Resultado</w:t>
            </w:r>
          </w:p>
        </w:tc>
        <w:sdt>
          <w:sdtPr>
            <w:rPr>
              <w:sz w:val="15"/>
              <w:szCs w:val="15"/>
              <w:highlight w:val="yellow"/>
            </w:rPr>
            <w:alias w:val="&lt;&lt;Seleccione (35)&gt;&gt;"/>
            <w:tag w:val="&lt;&lt;Seleccione (35)&gt;&gt;"/>
            <w:id w:val="1232894965"/>
            <w:placeholder>
              <w:docPart w:val="6F33A355B0BB43518827D11914FA6FD8"/>
            </w:placeholder>
            <w15:color w:val="FF0000"/>
            <w:dropDownList>
              <w:listItem w:displayText="&lt;&lt;Seleccione (35)&gt;&gt;" w:value="&lt;&lt;Seleccione (35)&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637" w:type="dxa"/>
                <w:gridSpan w:val="3"/>
                <w:tcMar>
                  <w:top w:w="80" w:type="dxa"/>
                  <w:left w:w="100" w:type="dxa"/>
                  <w:bottom w:w="80" w:type="dxa"/>
                  <w:right w:w="100" w:type="dxa"/>
                </w:tcMar>
                <w:vAlign w:val="center"/>
              </w:tcPr>
              <w:p w14:paraId="08134E09" w14:textId="0F7EDA07" w:rsidR="00205632" w:rsidRPr="00C174A9" w:rsidRDefault="00205632" w:rsidP="00205632">
                <w:pPr>
                  <w:spacing w:after="0" w:line="228" w:lineRule="auto"/>
                  <w:jc w:val="both"/>
                  <w:rPr>
                    <w:sz w:val="15"/>
                    <w:szCs w:val="15"/>
                  </w:rPr>
                </w:pPr>
                <w:r w:rsidRPr="00C174A9">
                  <w:rPr>
                    <w:sz w:val="15"/>
                    <w:szCs w:val="15"/>
                    <w:highlight w:val="yellow"/>
                  </w:rPr>
                  <w:t>&lt;&lt;Seleccione (35)&gt;&gt;</w:t>
                </w:r>
              </w:p>
            </w:tc>
          </w:sdtContent>
        </w:sdt>
        <w:tc>
          <w:tcPr>
            <w:tcW w:w="1109" w:type="dxa"/>
            <w:shd w:val="clear" w:color="auto" w:fill="BFBFBF" w:themeFill="background1" w:themeFillShade="BF"/>
            <w:vAlign w:val="center"/>
          </w:tcPr>
          <w:p w14:paraId="393CF6D0" w14:textId="569486A5" w:rsidR="00205632" w:rsidRPr="00C174A9" w:rsidRDefault="00205632" w:rsidP="00205632">
            <w:pPr>
              <w:spacing w:after="0" w:line="228" w:lineRule="auto"/>
              <w:rPr>
                <w:sz w:val="15"/>
                <w:szCs w:val="15"/>
              </w:rPr>
            </w:pPr>
            <w:r w:rsidRPr="00C174A9">
              <w:rPr>
                <w:b/>
                <w:color w:val="1F1F1F"/>
                <w:sz w:val="15"/>
                <w:szCs w:val="15"/>
              </w:rPr>
              <w:t>Fecha</w:t>
            </w:r>
          </w:p>
        </w:tc>
        <w:tc>
          <w:tcPr>
            <w:tcW w:w="2481" w:type="dxa"/>
            <w:tcMar>
              <w:top w:w="80" w:type="dxa"/>
              <w:left w:w="100" w:type="dxa"/>
              <w:bottom w:w="80" w:type="dxa"/>
              <w:right w:w="100" w:type="dxa"/>
            </w:tcMar>
            <w:vAlign w:val="center"/>
          </w:tcPr>
          <w:p w14:paraId="67A557CE" w14:textId="6B585624" w:rsidR="00205632" w:rsidRPr="00C174A9" w:rsidRDefault="00205632" w:rsidP="00205632">
            <w:pPr>
              <w:spacing w:after="0" w:line="228" w:lineRule="auto"/>
              <w:jc w:val="both"/>
              <w:rPr>
                <w:sz w:val="15"/>
                <w:szCs w:val="15"/>
              </w:rPr>
            </w:pPr>
            <w:r w:rsidRPr="00C174A9">
              <w:rPr>
                <w:sz w:val="15"/>
                <w:szCs w:val="15"/>
                <w:highlight w:val="yellow"/>
              </w:rPr>
              <w:t>(35.1) Capturar</w:t>
            </w:r>
          </w:p>
        </w:tc>
      </w:tr>
      <w:tr w:rsidR="00205632" w:rsidRPr="00C174A9" w14:paraId="20B9F1C3" w14:textId="77777777" w:rsidTr="00BF7675">
        <w:trPr>
          <w:cantSplit/>
          <w:trHeight w:val="183"/>
        </w:trPr>
        <w:tc>
          <w:tcPr>
            <w:tcW w:w="1825" w:type="dxa"/>
            <w:shd w:val="clear" w:color="auto" w:fill="BFBFBF" w:themeFill="background1" w:themeFillShade="BF"/>
            <w:tcMar>
              <w:top w:w="80" w:type="dxa"/>
              <w:left w:w="100" w:type="dxa"/>
              <w:bottom w:w="80" w:type="dxa"/>
              <w:right w:w="100" w:type="dxa"/>
            </w:tcMar>
            <w:vAlign w:val="center"/>
          </w:tcPr>
          <w:p w14:paraId="53EEB3CD" w14:textId="77777777" w:rsidR="00205632" w:rsidRPr="00C174A9" w:rsidRDefault="00205632" w:rsidP="00205632">
            <w:pPr>
              <w:spacing w:after="0" w:line="228" w:lineRule="auto"/>
              <w:rPr>
                <w:sz w:val="15"/>
                <w:szCs w:val="15"/>
              </w:rPr>
            </w:pPr>
            <w:r w:rsidRPr="00C174A9">
              <w:rPr>
                <w:b/>
                <w:color w:val="1F1F1F"/>
                <w:sz w:val="15"/>
                <w:szCs w:val="15"/>
              </w:rPr>
              <w:t>Nombre y cargo</w:t>
            </w:r>
          </w:p>
        </w:tc>
        <w:tc>
          <w:tcPr>
            <w:tcW w:w="8227" w:type="dxa"/>
            <w:gridSpan w:val="5"/>
            <w:tcMar>
              <w:top w:w="80" w:type="dxa"/>
              <w:left w:w="100" w:type="dxa"/>
              <w:bottom w:w="80" w:type="dxa"/>
              <w:right w:w="100" w:type="dxa"/>
            </w:tcMar>
            <w:vAlign w:val="center"/>
          </w:tcPr>
          <w:p w14:paraId="0774A3BB" w14:textId="4640B3D3" w:rsidR="00205632" w:rsidRPr="00C174A9" w:rsidRDefault="00205632" w:rsidP="00205632">
            <w:pPr>
              <w:spacing w:after="0" w:line="228" w:lineRule="auto"/>
              <w:jc w:val="both"/>
              <w:rPr>
                <w:sz w:val="15"/>
                <w:szCs w:val="15"/>
              </w:rPr>
            </w:pPr>
            <w:r w:rsidRPr="00C174A9">
              <w:rPr>
                <w:sz w:val="15"/>
                <w:szCs w:val="15"/>
                <w:highlight w:val="yellow"/>
              </w:rPr>
              <w:t>(35.2) Capturar</w:t>
            </w:r>
          </w:p>
        </w:tc>
      </w:tr>
      <w:tr w:rsidR="00205632" w:rsidRPr="00C174A9" w14:paraId="0B89994E" w14:textId="5D0FD536" w:rsidTr="00BF7675">
        <w:trPr>
          <w:cantSplit/>
          <w:trHeight w:val="205"/>
        </w:trPr>
        <w:tc>
          <w:tcPr>
            <w:tcW w:w="3830" w:type="dxa"/>
            <w:gridSpan w:val="2"/>
            <w:shd w:val="clear" w:color="auto" w:fill="BFBFBF" w:themeFill="background1" w:themeFillShade="BF"/>
            <w:tcMar>
              <w:top w:w="80" w:type="dxa"/>
              <w:left w:w="100" w:type="dxa"/>
              <w:bottom w:w="80" w:type="dxa"/>
              <w:right w:w="100" w:type="dxa"/>
            </w:tcMar>
            <w:vAlign w:val="center"/>
          </w:tcPr>
          <w:p w14:paraId="7A9A4658" w14:textId="7D86CDDE" w:rsidR="00205632" w:rsidRPr="00C174A9" w:rsidRDefault="00205632" w:rsidP="00205632">
            <w:pPr>
              <w:spacing w:after="0" w:line="228" w:lineRule="auto"/>
              <w:rPr>
                <w:sz w:val="15"/>
                <w:szCs w:val="15"/>
              </w:rPr>
            </w:pPr>
            <w:r w:rsidRPr="00C174A9">
              <w:rPr>
                <w:b/>
                <w:color w:val="1F1F1F"/>
                <w:sz w:val="15"/>
                <w:szCs w:val="15"/>
              </w:rPr>
              <w:t>Documento relacionado, si no valida o se abstiene</w:t>
            </w:r>
          </w:p>
        </w:tc>
        <w:tc>
          <w:tcPr>
            <w:tcW w:w="6222" w:type="dxa"/>
            <w:gridSpan w:val="4"/>
            <w:tcBorders>
              <w:right w:val="single" w:sz="4" w:space="0" w:color="auto"/>
            </w:tcBorders>
            <w:vAlign w:val="center"/>
          </w:tcPr>
          <w:p w14:paraId="437353F4" w14:textId="53D47034" w:rsidR="00205632" w:rsidRPr="00C174A9" w:rsidRDefault="00205632" w:rsidP="00205632">
            <w:pPr>
              <w:spacing w:after="0" w:line="228" w:lineRule="auto"/>
              <w:jc w:val="both"/>
              <w:rPr>
                <w:sz w:val="15"/>
                <w:szCs w:val="15"/>
              </w:rPr>
            </w:pPr>
            <w:r w:rsidRPr="00C174A9">
              <w:rPr>
                <w:sz w:val="15"/>
                <w:szCs w:val="15"/>
                <w:highlight w:val="yellow"/>
              </w:rPr>
              <w:t>(35.</w:t>
            </w:r>
            <w:r w:rsidR="00B05CDC" w:rsidRPr="00C174A9">
              <w:rPr>
                <w:sz w:val="15"/>
                <w:szCs w:val="15"/>
                <w:highlight w:val="yellow"/>
              </w:rPr>
              <w:t>3</w:t>
            </w:r>
            <w:r w:rsidRPr="00C174A9">
              <w:rPr>
                <w:sz w:val="15"/>
                <w:szCs w:val="15"/>
                <w:highlight w:val="yellow"/>
              </w:rPr>
              <w:t>) Capturar</w:t>
            </w:r>
          </w:p>
        </w:tc>
      </w:tr>
      <w:tr w:rsidR="00205632" w:rsidRPr="00C174A9" w14:paraId="3D94160A" w14:textId="192CD957" w:rsidTr="001E704F">
        <w:trPr>
          <w:cantSplit/>
          <w:trHeight w:val="2238"/>
        </w:trPr>
        <w:tc>
          <w:tcPr>
            <w:tcW w:w="4987" w:type="dxa"/>
            <w:gridSpan w:val="3"/>
            <w:tcBorders>
              <w:bottom w:val="single" w:sz="4" w:space="0" w:color="auto"/>
              <w:right w:val="single" w:sz="4" w:space="0" w:color="auto"/>
            </w:tcBorders>
            <w:tcMar>
              <w:top w:w="80" w:type="dxa"/>
              <w:left w:w="100" w:type="dxa"/>
              <w:bottom w:w="80" w:type="dxa"/>
              <w:right w:w="100" w:type="dxa"/>
            </w:tcMar>
            <w:vAlign w:val="bottom"/>
          </w:tcPr>
          <w:p w14:paraId="07E02911" w14:textId="60CA5EFE" w:rsidR="00205632" w:rsidRPr="00C174A9" w:rsidRDefault="00205632" w:rsidP="00205632">
            <w:pPr>
              <w:spacing w:after="0" w:line="228" w:lineRule="auto"/>
              <w:jc w:val="center"/>
              <w:rPr>
                <w:sz w:val="15"/>
                <w:szCs w:val="15"/>
              </w:rPr>
            </w:pPr>
            <w:r w:rsidRPr="00C174A9">
              <w:rPr>
                <w:color w:val="666666"/>
                <w:sz w:val="15"/>
                <w:szCs w:val="15"/>
              </w:rPr>
              <w:t>Firma autógrafa</w:t>
            </w:r>
          </w:p>
        </w:tc>
        <w:tc>
          <w:tcPr>
            <w:tcW w:w="5065" w:type="dxa"/>
            <w:gridSpan w:val="3"/>
            <w:tcBorders>
              <w:bottom w:val="single" w:sz="4" w:space="0" w:color="auto"/>
              <w:right w:val="single" w:sz="4" w:space="0" w:color="auto"/>
            </w:tcBorders>
            <w:vAlign w:val="bottom"/>
          </w:tcPr>
          <w:p w14:paraId="689AA855" w14:textId="77777777" w:rsidR="00205632" w:rsidRPr="00C174A9" w:rsidRDefault="00205632" w:rsidP="00205632">
            <w:pPr>
              <w:spacing w:after="0" w:line="228" w:lineRule="auto"/>
              <w:jc w:val="center"/>
              <w:rPr>
                <w:sz w:val="15"/>
                <w:szCs w:val="15"/>
              </w:rPr>
            </w:pPr>
            <w:r w:rsidRPr="00C174A9">
              <w:rPr>
                <w:color w:val="666666"/>
                <w:sz w:val="15"/>
                <w:szCs w:val="15"/>
              </w:rPr>
              <w:t>Sello del área</w:t>
            </w:r>
          </w:p>
        </w:tc>
      </w:tr>
    </w:tbl>
    <w:p w14:paraId="773A7C58" w14:textId="19C12E50" w:rsidR="003E6006" w:rsidRPr="00C174A9" w:rsidRDefault="003E6006"/>
    <w:tbl>
      <w:tblPr>
        <w:tblStyle w:val="Tablaconcuadrcula"/>
        <w:tblW w:w="10037" w:type="dxa"/>
        <w:tblLayout w:type="fixed"/>
        <w:tblLook w:val="04A0" w:firstRow="1" w:lastRow="0" w:firstColumn="1" w:lastColumn="0" w:noHBand="0" w:noVBand="1"/>
      </w:tblPr>
      <w:tblGrid>
        <w:gridCol w:w="1823"/>
        <w:gridCol w:w="2047"/>
        <w:gridCol w:w="1095"/>
        <w:gridCol w:w="1606"/>
        <w:gridCol w:w="998"/>
        <w:gridCol w:w="2468"/>
      </w:tblGrid>
      <w:tr w:rsidR="0063661A" w:rsidRPr="00C174A9" w14:paraId="2A2AF651" w14:textId="77777777" w:rsidTr="001E704F">
        <w:trPr>
          <w:cantSplit/>
          <w:trHeight w:val="195"/>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67B79F31" w14:textId="77777777" w:rsidR="0021379F" w:rsidRPr="00C174A9" w:rsidRDefault="00EF0F62" w:rsidP="00F16A53">
            <w:pPr>
              <w:spacing w:after="0" w:line="228" w:lineRule="auto"/>
              <w:jc w:val="both"/>
              <w:rPr>
                <w:b/>
                <w:sz w:val="15"/>
                <w:szCs w:val="15"/>
              </w:rPr>
            </w:pPr>
            <w:r w:rsidRPr="00C174A9">
              <w:rPr>
                <w:b/>
                <w:sz w:val="15"/>
                <w:szCs w:val="15"/>
              </w:rPr>
              <w:t>Área de Actos de Entrega y Recepción de la Contraloría General</w:t>
            </w:r>
          </w:p>
          <w:p w14:paraId="751E658E" w14:textId="216CD86D" w:rsidR="0063661A" w:rsidRPr="00C174A9" w:rsidRDefault="003D56BE" w:rsidP="00F16A53">
            <w:pPr>
              <w:spacing w:after="0" w:line="228" w:lineRule="auto"/>
              <w:jc w:val="both"/>
              <w:rPr>
                <w:sz w:val="15"/>
                <w:szCs w:val="15"/>
              </w:rPr>
            </w:pPr>
            <w:r w:rsidRPr="00C174A9">
              <w:rPr>
                <w:bCs/>
                <w:sz w:val="11"/>
                <w:szCs w:val="11"/>
              </w:rPr>
              <w:t>(</w:t>
            </w:r>
            <w:r w:rsidRPr="00C174A9">
              <w:rPr>
                <w:bCs/>
                <w:i/>
                <w:sz w:val="11"/>
                <w:szCs w:val="11"/>
              </w:rPr>
              <w:t>Valida la información que corresponda al ámbito de sus atribuciones dentro del proceso de entrega y recepción simplificada.</w:t>
            </w:r>
            <w:r w:rsidRPr="00C174A9">
              <w:rPr>
                <w:bCs/>
                <w:sz w:val="11"/>
                <w:szCs w:val="11"/>
              </w:rPr>
              <w:t>)</w:t>
            </w:r>
          </w:p>
        </w:tc>
      </w:tr>
      <w:tr w:rsidR="003D56BE" w:rsidRPr="00C174A9" w14:paraId="1137AED7" w14:textId="77777777" w:rsidTr="003E6006">
        <w:trPr>
          <w:cantSplit/>
          <w:trHeight w:val="188"/>
        </w:trPr>
        <w:tc>
          <w:tcPr>
            <w:tcW w:w="1823" w:type="dxa"/>
            <w:shd w:val="clear" w:color="auto" w:fill="BFBFBF" w:themeFill="background1" w:themeFillShade="BF"/>
            <w:tcMar>
              <w:top w:w="80" w:type="dxa"/>
              <w:left w:w="100" w:type="dxa"/>
              <w:bottom w:w="80" w:type="dxa"/>
              <w:right w:w="100" w:type="dxa"/>
            </w:tcMar>
            <w:vAlign w:val="center"/>
          </w:tcPr>
          <w:p w14:paraId="4D385379" w14:textId="77777777" w:rsidR="003D56BE" w:rsidRPr="00C174A9" w:rsidRDefault="003D56BE" w:rsidP="00F16A53">
            <w:pPr>
              <w:spacing w:after="0" w:line="228" w:lineRule="auto"/>
              <w:rPr>
                <w:sz w:val="15"/>
                <w:szCs w:val="15"/>
              </w:rPr>
            </w:pPr>
            <w:r w:rsidRPr="00C174A9">
              <w:rPr>
                <w:b/>
                <w:color w:val="1F1F1F"/>
                <w:sz w:val="15"/>
                <w:szCs w:val="15"/>
              </w:rPr>
              <w:t>Resultado</w:t>
            </w:r>
          </w:p>
        </w:tc>
        <w:sdt>
          <w:sdtPr>
            <w:rPr>
              <w:sz w:val="15"/>
              <w:szCs w:val="15"/>
              <w:highlight w:val="yellow"/>
            </w:rPr>
            <w:alias w:val="&lt;&lt;Seleccione (36)&gt;&gt;"/>
            <w:tag w:val="&lt;&lt;Seleccione (36)&gt;&gt;"/>
            <w:id w:val="-1413625418"/>
            <w:placeholder>
              <w:docPart w:val="6C0A5AB9422648F88D1523E1251B1187"/>
            </w:placeholder>
            <w15:color w:val="FF0000"/>
            <w:dropDownList>
              <w:listItem w:displayText="&lt;&lt;Seleccione (36)&gt;&gt;" w:value="&lt;&lt;Seleccione (36)&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748" w:type="dxa"/>
                <w:gridSpan w:val="3"/>
                <w:tcMar>
                  <w:top w:w="80" w:type="dxa"/>
                  <w:left w:w="100" w:type="dxa"/>
                  <w:bottom w:w="80" w:type="dxa"/>
                  <w:right w:w="100" w:type="dxa"/>
                </w:tcMar>
                <w:vAlign w:val="center"/>
              </w:tcPr>
              <w:p w14:paraId="319664A3" w14:textId="48887D00" w:rsidR="003D56BE" w:rsidRPr="00C174A9" w:rsidRDefault="00376A63" w:rsidP="00F16A53">
                <w:pPr>
                  <w:spacing w:after="0" w:line="228" w:lineRule="auto"/>
                  <w:rPr>
                    <w:sz w:val="15"/>
                    <w:szCs w:val="15"/>
                  </w:rPr>
                </w:pPr>
                <w:r w:rsidRPr="00C174A9">
                  <w:rPr>
                    <w:sz w:val="15"/>
                    <w:szCs w:val="15"/>
                    <w:highlight w:val="yellow"/>
                  </w:rPr>
                  <w:t>&lt;&lt;Seleccione (36)&gt;&gt;</w:t>
                </w:r>
              </w:p>
            </w:tc>
          </w:sdtContent>
        </w:sdt>
        <w:tc>
          <w:tcPr>
            <w:tcW w:w="998" w:type="dxa"/>
            <w:shd w:val="clear" w:color="auto" w:fill="BFBFBF" w:themeFill="background1" w:themeFillShade="BF"/>
            <w:vAlign w:val="center"/>
          </w:tcPr>
          <w:p w14:paraId="0B60A5CA" w14:textId="22FEF643" w:rsidR="003D56BE" w:rsidRPr="00C174A9" w:rsidRDefault="003D56BE" w:rsidP="00F16A53">
            <w:pPr>
              <w:spacing w:after="0" w:line="228" w:lineRule="auto"/>
              <w:rPr>
                <w:sz w:val="15"/>
                <w:szCs w:val="15"/>
              </w:rPr>
            </w:pPr>
            <w:r w:rsidRPr="00C174A9">
              <w:rPr>
                <w:b/>
                <w:color w:val="1F1F1F"/>
                <w:sz w:val="15"/>
                <w:szCs w:val="15"/>
              </w:rPr>
              <w:t>Fecha</w:t>
            </w:r>
          </w:p>
        </w:tc>
        <w:tc>
          <w:tcPr>
            <w:tcW w:w="2468" w:type="dxa"/>
            <w:tcMar>
              <w:top w:w="80" w:type="dxa"/>
              <w:left w:w="100" w:type="dxa"/>
              <w:bottom w:w="80" w:type="dxa"/>
              <w:right w:w="100" w:type="dxa"/>
            </w:tcMar>
            <w:vAlign w:val="center"/>
          </w:tcPr>
          <w:p w14:paraId="719F8ED6" w14:textId="577B3D68" w:rsidR="003D56BE" w:rsidRPr="00C174A9" w:rsidRDefault="00205632" w:rsidP="00F16A53">
            <w:pPr>
              <w:spacing w:after="0" w:line="228" w:lineRule="auto"/>
              <w:rPr>
                <w:sz w:val="15"/>
                <w:szCs w:val="15"/>
              </w:rPr>
            </w:pPr>
            <w:r w:rsidRPr="00C174A9">
              <w:rPr>
                <w:sz w:val="15"/>
                <w:szCs w:val="15"/>
                <w:highlight w:val="yellow"/>
              </w:rPr>
              <w:t>(36.1) Capturar</w:t>
            </w:r>
          </w:p>
        </w:tc>
      </w:tr>
      <w:tr w:rsidR="0063661A" w:rsidRPr="00C174A9" w14:paraId="09A1CFE0" w14:textId="77777777" w:rsidTr="003E6006">
        <w:trPr>
          <w:cantSplit/>
          <w:trHeight w:val="209"/>
        </w:trPr>
        <w:tc>
          <w:tcPr>
            <w:tcW w:w="1823" w:type="dxa"/>
            <w:shd w:val="clear" w:color="auto" w:fill="BFBFBF" w:themeFill="background1" w:themeFillShade="BF"/>
            <w:tcMar>
              <w:top w:w="80" w:type="dxa"/>
              <w:left w:w="100" w:type="dxa"/>
              <w:bottom w:w="80" w:type="dxa"/>
              <w:right w:w="100" w:type="dxa"/>
            </w:tcMar>
            <w:vAlign w:val="center"/>
          </w:tcPr>
          <w:p w14:paraId="203B34C4" w14:textId="77777777" w:rsidR="0063661A" w:rsidRPr="00C174A9" w:rsidRDefault="00000000" w:rsidP="00F16A53">
            <w:pPr>
              <w:spacing w:after="0" w:line="228" w:lineRule="auto"/>
              <w:rPr>
                <w:sz w:val="15"/>
                <w:szCs w:val="15"/>
              </w:rPr>
            </w:pPr>
            <w:r w:rsidRPr="00C174A9">
              <w:rPr>
                <w:b/>
                <w:color w:val="1F1F1F"/>
                <w:sz w:val="15"/>
                <w:szCs w:val="15"/>
              </w:rPr>
              <w:t>Nombre y cargo</w:t>
            </w:r>
          </w:p>
        </w:tc>
        <w:tc>
          <w:tcPr>
            <w:tcW w:w="8214" w:type="dxa"/>
            <w:gridSpan w:val="5"/>
            <w:tcMar>
              <w:top w:w="80" w:type="dxa"/>
              <w:left w:w="100" w:type="dxa"/>
              <w:bottom w:w="80" w:type="dxa"/>
              <w:right w:w="100" w:type="dxa"/>
            </w:tcMar>
            <w:vAlign w:val="center"/>
          </w:tcPr>
          <w:p w14:paraId="1A6401B2" w14:textId="7FDAFA7E" w:rsidR="0063661A" w:rsidRPr="00C174A9" w:rsidRDefault="00205632" w:rsidP="00F16A53">
            <w:pPr>
              <w:spacing w:after="0" w:line="228" w:lineRule="auto"/>
              <w:rPr>
                <w:sz w:val="15"/>
                <w:szCs w:val="15"/>
              </w:rPr>
            </w:pPr>
            <w:r w:rsidRPr="00C174A9">
              <w:rPr>
                <w:sz w:val="15"/>
                <w:szCs w:val="15"/>
                <w:highlight w:val="yellow"/>
              </w:rPr>
              <w:t>(36.2) Capturar</w:t>
            </w:r>
          </w:p>
        </w:tc>
      </w:tr>
      <w:tr w:rsidR="00D34664" w:rsidRPr="00C174A9" w14:paraId="2F4C5FFF" w14:textId="0F435601" w:rsidTr="003E6006">
        <w:trPr>
          <w:cantSplit/>
          <w:trHeight w:val="188"/>
        </w:trPr>
        <w:tc>
          <w:tcPr>
            <w:tcW w:w="3870" w:type="dxa"/>
            <w:gridSpan w:val="2"/>
            <w:shd w:val="clear" w:color="auto" w:fill="BFBFBF" w:themeFill="background1" w:themeFillShade="BF"/>
            <w:tcMar>
              <w:top w:w="80" w:type="dxa"/>
              <w:left w:w="100" w:type="dxa"/>
              <w:bottom w:w="80" w:type="dxa"/>
              <w:right w:w="100" w:type="dxa"/>
            </w:tcMar>
            <w:vAlign w:val="center"/>
          </w:tcPr>
          <w:p w14:paraId="51150ACE" w14:textId="7F0B87F1" w:rsidR="00D34664" w:rsidRPr="00C174A9" w:rsidRDefault="00D34664" w:rsidP="00F16A53">
            <w:pPr>
              <w:spacing w:after="0" w:line="228" w:lineRule="auto"/>
              <w:rPr>
                <w:sz w:val="15"/>
                <w:szCs w:val="15"/>
              </w:rPr>
            </w:pPr>
            <w:r w:rsidRPr="00C174A9">
              <w:rPr>
                <w:b/>
                <w:color w:val="1F1F1F"/>
                <w:sz w:val="15"/>
                <w:szCs w:val="15"/>
              </w:rPr>
              <w:t>Documento relacionado, si no valida o se abstiene</w:t>
            </w:r>
          </w:p>
        </w:tc>
        <w:tc>
          <w:tcPr>
            <w:tcW w:w="6167" w:type="dxa"/>
            <w:gridSpan w:val="4"/>
            <w:vAlign w:val="center"/>
          </w:tcPr>
          <w:p w14:paraId="254728ED" w14:textId="086753A1" w:rsidR="00D34664" w:rsidRPr="00C174A9" w:rsidRDefault="00205632" w:rsidP="00F16A53">
            <w:pPr>
              <w:spacing w:after="0" w:line="228" w:lineRule="auto"/>
              <w:rPr>
                <w:sz w:val="15"/>
                <w:szCs w:val="15"/>
              </w:rPr>
            </w:pPr>
            <w:r w:rsidRPr="00C174A9">
              <w:rPr>
                <w:sz w:val="15"/>
                <w:szCs w:val="15"/>
                <w:highlight w:val="yellow"/>
              </w:rPr>
              <w:t>(36.3) Capturar</w:t>
            </w:r>
          </w:p>
        </w:tc>
      </w:tr>
      <w:tr w:rsidR="00D34664" w:rsidRPr="00C174A9" w14:paraId="30E1AC36" w14:textId="49523A13" w:rsidTr="001E704F">
        <w:trPr>
          <w:cantSplit/>
          <w:trHeight w:val="2383"/>
        </w:trPr>
        <w:tc>
          <w:tcPr>
            <w:tcW w:w="4965" w:type="dxa"/>
            <w:gridSpan w:val="3"/>
            <w:tcMar>
              <w:top w:w="80" w:type="dxa"/>
              <w:left w:w="100" w:type="dxa"/>
              <w:bottom w:w="80" w:type="dxa"/>
              <w:right w:w="100" w:type="dxa"/>
            </w:tcMar>
            <w:vAlign w:val="bottom"/>
          </w:tcPr>
          <w:p w14:paraId="2C436761" w14:textId="0B4C721D" w:rsidR="00D34664" w:rsidRPr="00C174A9" w:rsidRDefault="00D34664" w:rsidP="00D34664">
            <w:pPr>
              <w:spacing w:after="0" w:line="228" w:lineRule="auto"/>
              <w:jc w:val="center"/>
              <w:rPr>
                <w:sz w:val="15"/>
                <w:szCs w:val="15"/>
              </w:rPr>
            </w:pPr>
            <w:r w:rsidRPr="00C174A9">
              <w:rPr>
                <w:color w:val="666666"/>
                <w:sz w:val="15"/>
                <w:szCs w:val="15"/>
              </w:rPr>
              <w:t>Firma autógrafa</w:t>
            </w:r>
          </w:p>
        </w:tc>
        <w:tc>
          <w:tcPr>
            <w:tcW w:w="5072" w:type="dxa"/>
            <w:gridSpan w:val="3"/>
            <w:vAlign w:val="bottom"/>
          </w:tcPr>
          <w:p w14:paraId="728AC3EA" w14:textId="77777777" w:rsidR="00D34664" w:rsidRPr="00C174A9" w:rsidRDefault="00D34664" w:rsidP="00F16A53">
            <w:pPr>
              <w:spacing w:after="0" w:line="228" w:lineRule="auto"/>
              <w:jc w:val="center"/>
              <w:rPr>
                <w:sz w:val="15"/>
                <w:szCs w:val="15"/>
              </w:rPr>
            </w:pPr>
            <w:r w:rsidRPr="00C174A9">
              <w:rPr>
                <w:color w:val="666666"/>
                <w:sz w:val="15"/>
                <w:szCs w:val="15"/>
              </w:rPr>
              <w:t>Sello del área</w:t>
            </w:r>
          </w:p>
        </w:tc>
      </w:tr>
    </w:tbl>
    <w:p w14:paraId="12715794" w14:textId="77777777" w:rsidR="003D56BE" w:rsidRPr="00C174A9" w:rsidRDefault="003D56BE" w:rsidP="00F16A53">
      <w:pPr>
        <w:spacing w:after="0" w:line="228" w:lineRule="auto"/>
      </w:pPr>
    </w:p>
    <w:tbl>
      <w:tblPr>
        <w:tblStyle w:val="Tablaconcuadrcula"/>
        <w:tblW w:w="10044" w:type="dxa"/>
        <w:tblLayout w:type="fixed"/>
        <w:tblLook w:val="04A0" w:firstRow="1" w:lastRow="0" w:firstColumn="1" w:lastColumn="0" w:noHBand="0" w:noVBand="1"/>
      </w:tblPr>
      <w:tblGrid>
        <w:gridCol w:w="951"/>
        <w:gridCol w:w="3987"/>
        <w:gridCol w:w="691"/>
        <w:gridCol w:w="1134"/>
        <w:gridCol w:w="3281"/>
      </w:tblGrid>
      <w:tr w:rsidR="002C3B35" w:rsidRPr="00C174A9" w14:paraId="2A1A742D" w14:textId="11A07E78" w:rsidTr="00FB3E7B">
        <w:trPr>
          <w:cantSplit/>
          <w:trHeight w:val="292"/>
        </w:trPr>
        <w:tc>
          <w:tcPr>
            <w:tcW w:w="5629" w:type="dxa"/>
            <w:gridSpan w:val="3"/>
            <w:tcBorders>
              <w:bottom w:val="single" w:sz="4" w:space="0" w:color="auto"/>
              <w:right w:val="single" w:sz="4" w:space="0" w:color="FFFFFF" w:themeColor="background1"/>
            </w:tcBorders>
            <w:shd w:val="clear" w:color="auto" w:fill="000000" w:themeFill="text1"/>
            <w:tcMar>
              <w:top w:w="80" w:type="dxa"/>
              <w:left w:w="100" w:type="dxa"/>
              <w:bottom w:w="80" w:type="dxa"/>
              <w:right w:w="100" w:type="dxa"/>
            </w:tcMar>
            <w:vAlign w:val="center"/>
          </w:tcPr>
          <w:p w14:paraId="53B6E275" w14:textId="32E64E8B" w:rsidR="002C3B35" w:rsidRPr="00C174A9" w:rsidRDefault="002C3B35" w:rsidP="00F16A53">
            <w:pPr>
              <w:spacing w:after="0" w:line="228" w:lineRule="auto"/>
              <w:rPr>
                <w:b/>
                <w:bCs/>
                <w:sz w:val="15"/>
                <w:szCs w:val="15"/>
              </w:rPr>
            </w:pPr>
            <w:r w:rsidRPr="00C174A9">
              <w:rPr>
                <w:b/>
                <w:bCs/>
                <w:sz w:val="15"/>
                <w:szCs w:val="15"/>
              </w:rPr>
              <w:lastRenderedPageBreak/>
              <w:t>6. Autorización del contenido</w:t>
            </w:r>
          </w:p>
        </w:tc>
        <w:tc>
          <w:tcPr>
            <w:tcW w:w="1134" w:type="dxa"/>
            <w:tcBorders>
              <w:left w:val="single" w:sz="4" w:space="0" w:color="FFFFFF" w:themeColor="background1"/>
              <w:bottom w:val="single" w:sz="4" w:space="0" w:color="auto"/>
            </w:tcBorders>
            <w:shd w:val="clear" w:color="auto" w:fill="000000" w:themeFill="text1"/>
            <w:vAlign w:val="center"/>
          </w:tcPr>
          <w:p w14:paraId="35FC3B4E" w14:textId="0C4D0B4D" w:rsidR="002C3B35" w:rsidRPr="00C174A9" w:rsidRDefault="002C3B35" w:rsidP="00F16A53">
            <w:pPr>
              <w:spacing w:after="0" w:line="228" w:lineRule="auto"/>
              <w:jc w:val="center"/>
              <w:rPr>
                <w:bCs/>
                <w:color w:val="FFFFFF" w:themeColor="background1"/>
                <w:sz w:val="15"/>
                <w:szCs w:val="15"/>
              </w:rPr>
            </w:pPr>
            <w:r w:rsidRPr="00C174A9">
              <w:rPr>
                <w:bCs/>
                <w:color w:val="FFFFFF" w:themeColor="background1"/>
                <w:sz w:val="15"/>
                <w:szCs w:val="15"/>
              </w:rPr>
              <w:t>Fecha</w:t>
            </w:r>
          </w:p>
        </w:tc>
        <w:tc>
          <w:tcPr>
            <w:tcW w:w="3281" w:type="dxa"/>
            <w:tcBorders>
              <w:bottom w:val="single" w:sz="4" w:space="0" w:color="auto"/>
            </w:tcBorders>
            <w:vAlign w:val="center"/>
          </w:tcPr>
          <w:p w14:paraId="55207418" w14:textId="2E3FBDA7" w:rsidR="002C3B35" w:rsidRPr="00C174A9" w:rsidRDefault="00205632" w:rsidP="00F16A53">
            <w:pPr>
              <w:spacing w:after="0" w:line="228" w:lineRule="auto"/>
              <w:rPr>
                <w:b/>
                <w:bCs/>
                <w:sz w:val="15"/>
                <w:szCs w:val="15"/>
              </w:rPr>
            </w:pPr>
            <w:r w:rsidRPr="00C174A9">
              <w:rPr>
                <w:sz w:val="15"/>
                <w:szCs w:val="15"/>
                <w:highlight w:val="yellow"/>
              </w:rPr>
              <w:t xml:space="preserve">(37) </w:t>
            </w:r>
            <w:r w:rsidR="00376A63" w:rsidRPr="00C174A9">
              <w:rPr>
                <w:sz w:val="15"/>
                <w:szCs w:val="15"/>
                <w:highlight w:val="yellow"/>
              </w:rPr>
              <w:t>Capturar</w:t>
            </w:r>
          </w:p>
        </w:tc>
      </w:tr>
      <w:tr w:rsidR="002C3B35" w:rsidRPr="00C174A9" w14:paraId="3A0B282F" w14:textId="3ACD64AB" w:rsidTr="00B05CDC">
        <w:trPr>
          <w:cantSplit/>
          <w:trHeight w:val="233"/>
        </w:trPr>
        <w:tc>
          <w:tcPr>
            <w:tcW w:w="10044" w:type="dxa"/>
            <w:gridSpan w:val="5"/>
            <w:tcBorders>
              <w:top w:val="nil"/>
              <w:left w:val="nil"/>
              <w:bottom w:val="single" w:sz="4" w:space="0" w:color="auto"/>
              <w:right w:val="nil"/>
            </w:tcBorders>
            <w:tcMar>
              <w:top w:w="80" w:type="dxa"/>
              <w:left w:w="100" w:type="dxa"/>
              <w:bottom w:w="80" w:type="dxa"/>
              <w:right w:w="100" w:type="dxa"/>
            </w:tcMar>
            <w:vAlign w:val="center"/>
          </w:tcPr>
          <w:p w14:paraId="749BC21E" w14:textId="22CA8CE0" w:rsidR="002C3B35" w:rsidRPr="00C174A9" w:rsidRDefault="00B05CDC" w:rsidP="00F16A53">
            <w:pPr>
              <w:spacing w:after="0" w:line="228" w:lineRule="auto"/>
              <w:jc w:val="both"/>
              <w:rPr>
                <w:sz w:val="15"/>
                <w:szCs w:val="15"/>
              </w:rPr>
            </w:pPr>
            <w:r w:rsidRPr="00C174A9">
              <w:rPr>
                <w:color w:val="1F1F1F"/>
                <w:sz w:val="15"/>
                <w:szCs w:val="15"/>
              </w:rPr>
              <w:t>La persona titular de la unidad de adscripción autoriza el contenido del presente formato mediante firma autógrafa y sello oficial, en términos del artículo 40 del Reglamento</w:t>
            </w:r>
          </w:p>
        </w:tc>
      </w:tr>
      <w:tr w:rsidR="003E6006" w:rsidRPr="00C174A9" w14:paraId="19112263" w14:textId="4D4F3F1C" w:rsidTr="00BF7675">
        <w:trPr>
          <w:cantSplit/>
          <w:trHeight w:val="205"/>
        </w:trPr>
        <w:tc>
          <w:tcPr>
            <w:tcW w:w="951"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5B1B563D" w14:textId="77777777" w:rsidR="003E6006" w:rsidRPr="00C174A9" w:rsidRDefault="003E6006" w:rsidP="00F16A53">
            <w:pPr>
              <w:spacing w:after="0" w:line="228" w:lineRule="auto"/>
              <w:jc w:val="center"/>
              <w:rPr>
                <w:sz w:val="15"/>
                <w:szCs w:val="15"/>
              </w:rPr>
            </w:pPr>
            <w:r w:rsidRPr="00C174A9">
              <w:rPr>
                <w:b/>
                <w:color w:val="1F1F1F"/>
                <w:sz w:val="15"/>
                <w:szCs w:val="15"/>
              </w:rPr>
              <w:t>Nombre</w:t>
            </w:r>
          </w:p>
        </w:tc>
        <w:tc>
          <w:tcPr>
            <w:tcW w:w="4678" w:type="dxa"/>
            <w:gridSpan w:val="2"/>
            <w:tcBorders>
              <w:top w:val="single" w:sz="4" w:space="0" w:color="auto"/>
              <w:right w:val="single" w:sz="4" w:space="0" w:color="auto"/>
            </w:tcBorders>
            <w:tcMar>
              <w:top w:w="80" w:type="dxa"/>
              <w:left w:w="100" w:type="dxa"/>
              <w:bottom w:w="80" w:type="dxa"/>
              <w:right w:w="100" w:type="dxa"/>
            </w:tcMar>
            <w:vAlign w:val="center"/>
          </w:tcPr>
          <w:p w14:paraId="1CDC8B3A" w14:textId="466ACBEA" w:rsidR="003E6006" w:rsidRPr="00C174A9" w:rsidRDefault="00205632" w:rsidP="00F16A53">
            <w:pPr>
              <w:spacing w:after="0" w:line="228" w:lineRule="auto"/>
              <w:rPr>
                <w:sz w:val="15"/>
                <w:szCs w:val="15"/>
              </w:rPr>
            </w:pPr>
            <w:r w:rsidRPr="00C174A9">
              <w:rPr>
                <w:sz w:val="15"/>
                <w:szCs w:val="15"/>
                <w:highlight w:val="yellow"/>
              </w:rPr>
              <w:t xml:space="preserve">(38) </w:t>
            </w:r>
            <w:r w:rsidR="003E6006" w:rsidRPr="00C174A9">
              <w:rPr>
                <w:sz w:val="15"/>
                <w:szCs w:val="15"/>
                <w:highlight w:val="yellow"/>
              </w:rPr>
              <w:t>Capturar</w:t>
            </w:r>
          </w:p>
        </w:tc>
        <w:tc>
          <w:tcPr>
            <w:tcW w:w="1134" w:type="dxa"/>
            <w:vMerge w:val="restart"/>
            <w:tcBorders>
              <w:top w:val="single" w:sz="4" w:space="0" w:color="auto"/>
              <w:right w:val="single" w:sz="4" w:space="0" w:color="auto"/>
            </w:tcBorders>
            <w:shd w:val="clear" w:color="auto" w:fill="BFBFBF" w:themeFill="background1" w:themeFillShade="BF"/>
            <w:vAlign w:val="center"/>
          </w:tcPr>
          <w:p w14:paraId="326EF8A3" w14:textId="3CC94D57" w:rsidR="003E6006" w:rsidRPr="00C174A9" w:rsidRDefault="003E6006" w:rsidP="00F16A53">
            <w:pPr>
              <w:spacing w:after="0" w:line="228" w:lineRule="auto"/>
              <w:jc w:val="center"/>
              <w:rPr>
                <w:sz w:val="15"/>
                <w:szCs w:val="15"/>
              </w:rPr>
            </w:pPr>
            <w:r w:rsidRPr="00C174A9">
              <w:rPr>
                <w:b/>
                <w:bCs/>
                <w:sz w:val="15"/>
                <w:szCs w:val="15"/>
              </w:rPr>
              <w:t>Unidad de adscripción</w:t>
            </w:r>
          </w:p>
        </w:tc>
        <w:tc>
          <w:tcPr>
            <w:tcW w:w="3281" w:type="dxa"/>
            <w:vMerge w:val="restart"/>
            <w:tcBorders>
              <w:top w:val="single" w:sz="4" w:space="0" w:color="auto"/>
              <w:right w:val="single" w:sz="4" w:space="0" w:color="auto"/>
            </w:tcBorders>
            <w:vAlign w:val="center"/>
          </w:tcPr>
          <w:p w14:paraId="7434FE98" w14:textId="0E0B86BB" w:rsidR="003E6006" w:rsidRPr="00C174A9" w:rsidRDefault="00205632" w:rsidP="00F16A53">
            <w:pPr>
              <w:spacing w:after="0" w:line="228" w:lineRule="auto"/>
              <w:rPr>
                <w:sz w:val="15"/>
                <w:szCs w:val="15"/>
              </w:rPr>
            </w:pPr>
            <w:r w:rsidRPr="00C174A9">
              <w:rPr>
                <w:sz w:val="15"/>
                <w:szCs w:val="15"/>
                <w:highlight w:val="yellow"/>
              </w:rPr>
              <w:t xml:space="preserve">(40) </w:t>
            </w:r>
            <w:r w:rsidR="003E6006" w:rsidRPr="00C174A9">
              <w:rPr>
                <w:sz w:val="15"/>
                <w:szCs w:val="15"/>
                <w:highlight w:val="yellow"/>
              </w:rPr>
              <w:t>Capturar</w:t>
            </w:r>
          </w:p>
        </w:tc>
      </w:tr>
      <w:tr w:rsidR="003E6006" w:rsidRPr="00C174A9" w14:paraId="2C82CD8F" w14:textId="58B8423A" w:rsidTr="00BF7675">
        <w:trPr>
          <w:cantSplit/>
          <w:trHeight w:val="211"/>
        </w:trPr>
        <w:tc>
          <w:tcPr>
            <w:tcW w:w="951" w:type="dxa"/>
            <w:tcBorders>
              <w:top w:val="nil"/>
            </w:tcBorders>
            <w:shd w:val="clear" w:color="auto" w:fill="BFBFBF" w:themeFill="background1" w:themeFillShade="BF"/>
            <w:tcMar>
              <w:top w:w="80" w:type="dxa"/>
              <w:left w:w="100" w:type="dxa"/>
              <w:bottom w:w="80" w:type="dxa"/>
              <w:right w:w="100" w:type="dxa"/>
            </w:tcMar>
            <w:vAlign w:val="center"/>
          </w:tcPr>
          <w:p w14:paraId="4160EFCE" w14:textId="77777777" w:rsidR="003E6006" w:rsidRPr="00C174A9" w:rsidRDefault="003E6006" w:rsidP="00F16A53">
            <w:pPr>
              <w:spacing w:after="0" w:line="228" w:lineRule="auto"/>
              <w:jc w:val="center"/>
              <w:rPr>
                <w:sz w:val="15"/>
                <w:szCs w:val="15"/>
              </w:rPr>
            </w:pPr>
            <w:r w:rsidRPr="00C174A9">
              <w:rPr>
                <w:b/>
                <w:color w:val="1F1F1F"/>
                <w:sz w:val="15"/>
                <w:szCs w:val="15"/>
              </w:rPr>
              <w:t>Cargo</w:t>
            </w:r>
          </w:p>
        </w:tc>
        <w:tc>
          <w:tcPr>
            <w:tcW w:w="4678" w:type="dxa"/>
            <w:gridSpan w:val="2"/>
            <w:tcBorders>
              <w:top w:val="nil"/>
            </w:tcBorders>
            <w:tcMar>
              <w:top w:w="80" w:type="dxa"/>
              <w:left w:w="100" w:type="dxa"/>
              <w:bottom w:w="80" w:type="dxa"/>
              <w:right w:w="100" w:type="dxa"/>
            </w:tcMar>
            <w:vAlign w:val="center"/>
          </w:tcPr>
          <w:p w14:paraId="3EDC8262" w14:textId="68C73428" w:rsidR="003E6006" w:rsidRPr="00C174A9" w:rsidRDefault="00205632" w:rsidP="00F16A53">
            <w:pPr>
              <w:spacing w:after="0" w:line="228" w:lineRule="auto"/>
              <w:rPr>
                <w:sz w:val="15"/>
                <w:szCs w:val="15"/>
              </w:rPr>
            </w:pPr>
            <w:r w:rsidRPr="00C174A9">
              <w:rPr>
                <w:sz w:val="15"/>
                <w:szCs w:val="15"/>
                <w:highlight w:val="yellow"/>
              </w:rPr>
              <w:t xml:space="preserve">(39) </w:t>
            </w:r>
            <w:r w:rsidR="003E6006" w:rsidRPr="00C174A9">
              <w:rPr>
                <w:sz w:val="15"/>
                <w:szCs w:val="15"/>
                <w:highlight w:val="yellow"/>
              </w:rPr>
              <w:t>Capturar</w:t>
            </w:r>
          </w:p>
        </w:tc>
        <w:tc>
          <w:tcPr>
            <w:tcW w:w="1134" w:type="dxa"/>
            <w:vMerge/>
            <w:tcBorders>
              <w:right w:val="single" w:sz="4" w:space="0" w:color="auto"/>
            </w:tcBorders>
            <w:shd w:val="clear" w:color="auto" w:fill="BFBFBF" w:themeFill="background1" w:themeFillShade="BF"/>
            <w:vAlign w:val="center"/>
          </w:tcPr>
          <w:p w14:paraId="380F2A58" w14:textId="308CC011" w:rsidR="003E6006" w:rsidRPr="00C174A9" w:rsidRDefault="003E6006" w:rsidP="00F16A53">
            <w:pPr>
              <w:spacing w:after="0" w:line="228" w:lineRule="auto"/>
              <w:jc w:val="center"/>
              <w:rPr>
                <w:b/>
                <w:bCs/>
                <w:sz w:val="15"/>
                <w:szCs w:val="15"/>
              </w:rPr>
            </w:pPr>
          </w:p>
        </w:tc>
        <w:tc>
          <w:tcPr>
            <w:tcW w:w="3281" w:type="dxa"/>
            <w:vMerge/>
            <w:tcBorders>
              <w:left w:val="single" w:sz="4" w:space="0" w:color="auto"/>
              <w:right w:val="single" w:sz="4" w:space="0" w:color="auto"/>
            </w:tcBorders>
            <w:vAlign w:val="center"/>
          </w:tcPr>
          <w:p w14:paraId="2FD19133" w14:textId="77777777" w:rsidR="003E6006" w:rsidRPr="00C174A9" w:rsidRDefault="003E6006" w:rsidP="00F16A53">
            <w:pPr>
              <w:spacing w:after="0" w:line="228" w:lineRule="auto"/>
              <w:rPr>
                <w:sz w:val="15"/>
                <w:szCs w:val="15"/>
              </w:rPr>
            </w:pPr>
          </w:p>
        </w:tc>
      </w:tr>
      <w:tr w:rsidR="002C3B35" w:rsidRPr="00C174A9" w14:paraId="43322A4D" w14:textId="37DB8FD9" w:rsidTr="00BF7675">
        <w:trPr>
          <w:cantSplit/>
          <w:trHeight w:val="2428"/>
        </w:trPr>
        <w:tc>
          <w:tcPr>
            <w:tcW w:w="4938" w:type="dxa"/>
            <w:gridSpan w:val="2"/>
            <w:tcMar>
              <w:top w:w="80" w:type="dxa"/>
              <w:left w:w="100" w:type="dxa"/>
              <w:bottom w:w="80" w:type="dxa"/>
              <w:right w:w="100" w:type="dxa"/>
            </w:tcMar>
            <w:vAlign w:val="bottom"/>
          </w:tcPr>
          <w:p w14:paraId="4FAD375F" w14:textId="0E4F2C9A" w:rsidR="002C3B35" w:rsidRPr="00C174A9" w:rsidRDefault="002C3B35" w:rsidP="00F16A53">
            <w:pPr>
              <w:spacing w:after="0" w:line="228" w:lineRule="auto"/>
              <w:jc w:val="center"/>
              <w:rPr>
                <w:sz w:val="15"/>
                <w:szCs w:val="15"/>
              </w:rPr>
            </w:pPr>
            <w:r w:rsidRPr="00C174A9">
              <w:rPr>
                <w:color w:val="666666"/>
                <w:sz w:val="15"/>
                <w:szCs w:val="15"/>
              </w:rPr>
              <w:t>Firma autógrafa</w:t>
            </w:r>
          </w:p>
        </w:tc>
        <w:tc>
          <w:tcPr>
            <w:tcW w:w="5106" w:type="dxa"/>
            <w:gridSpan w:val="3"/>
            <w:vAlign w:val="bottom"/>
          </w:tcPr>
          <w:p w14:paraId="7D2A5783" w14:textId="66BD881D" w:rsidR="002C3B35" w:rsidRPr="00C174A9" w:rsidRDefault="002C3B35" w:rsidP="00F16A53">
            <w:pPr>
              <w:spacing w:after="0" w:line="228" w:lineRule="auto"/>
              <w:jc w:val="center"/>
              <w:rPr>
                <w:sz w:val="15"/>
                <w:szCs w:val="15"/>
              </w:rPr>
            </w:pPr>
            <w:r w:rsidRPr="00C174A9">
              <w:rPr>
                <w:color w:val="666666"/>
                <w:sz w:val="15"/>
                <w:szCs w:val="15"/>
              </w:rPr>
              <w:t>Sello</w:t>
            </w:r>
          </w:p>
        </w:tc>
      </w:tr>
    </w:tbl>
    <w:p w14:paraId="5FCA456E" w14:textId="77777777" w:rsidR="00EF0F62" w:rsidRPr="00C174A9" w:rsidRDefault="00EF0F62" w:rsidP="00F16A53">
      <w:pPr>
        <w:spacing w:after="0" w:line="228" w:lineRule="auto"/>
        <w:rPr>
          <w:sz w:val="15"/>
          <w:szCs w:val="15"/>
        </w:rPr>
      </w:pPr>
    </w:p>
    <w:p w14:paraId="686BE618" w14:textId="41483997" w:rsidR="007C0769" w:rsidRPr="00C174A9" w:rsidRDefault="007C0769" w:rsidP="007C0769">
      <w:pPr>
        <w:spacing w:after="0" w:line="228" w:lineRule="auto"/>
        <w:jc w:val="both"/>
        <w:rPr>
          <w:color w:val="EE0000"/>
          <w:sz w:val="15"/>
          <w:szCs w:val="15"/>
        </w:rPr>
      </w:pPr>
      <w:r w:rsidRPr="00C174A9">
        <w:rPr>
          <w:color w:val="EE0000"/>
          <w:sz w:val="15"/>
          <w:szCs w:val="15"/>
        </w:rPr>
        <w:t>[Cuando se actualice el supuesto previsto en el artículo 38, tercer párrafo,</w:t>
      </w:r>
      <w:r w:rsidR="006C5444" w:rsidRPr="00C174A9">
        <w:rPr>
          <w:color w:val="EE0000"/>
          <w:sz w:val="15"/>
          <w:szCs w:val="15"/>
        </w:rPr>
        <w:t xml:space="preserve"> del Reglamento</w:t>
      </w:r>
      <w:r w:rsidRPr="00C174A9">
        <w:rPr>
          <w:color w:val="EE0000"/>
          <w:sz w:val="15"/>
          <w:szCs w:val="15"/>
        </w:rPr>
        <w:t xml:space="preserve"> elimine íntegramente el párrafo y la tabla anteriores y conserve únicamente el título y la constancia siguiente. Elimine esta instrucción al generar el imprimible.] </w:t>
      </w:r>
      <w:r w:rsidRPr="00C174A9">
        <w:rPr>
          <w:sz w:val="15"/>
          <w:szCs w:val="15"/>
        </w:rPr>
        <w:t>Se hace constar que la unidad de adscripción carece de persona titular y de persona encargada del despacho, por lo que la recepción temporal se realiza por la persona titular de la Presidencia, en términos del artículo 38, tercer párrafo, del Reglamento. En consecuencia, no se recaba la autorización prevista en el artículo 40, al no existir la persona titular de la unidad a quien corresponde emitirla.</w:t>
      </w:r>
    </w:p>
    <w:p w14:paraId="20E37BBE" w14:textId="77777777" w:rsidR="007C0769" w:rsidRPr="00C174A9" w:rsidRDefault="007C0769" w:rsidP="00F16A53">
      <w:pPr>
        <w:spacing w:after="0" w:line="228" w:lineRule="auto"/>
        <w:rPr>
          <w:sz w:val="15"/>
          <w:szCs w:val="15"/>
        </w:rPr>
      </w:pPr>
    </w:p>
    <w:tbl>
      <w:tblPr>
        <w:tblStyle w:val="Tablaconcuadrcula"/>
        <w:tblW w:w="10051" w:type="dxa"/>
        <w:tblLayout w:type="fixed"/>
        <w:tblLook w:val="04A0" w:firstRow="1" w:lastRow="0" w:firstColumn="1" w:lastColumn="0" w:noHBand="0" w:noVBand="1"/>
      </w:tblPr>
      <w:tblGrid>
        <w:gridCol w:w="4365"/>
        <w:gridCol w:w="3126"/>
        <w:gridCol w:w="2560"/>
      </w:tblGrid>
      <w:tr w:rsidR="00D34664" w:rsidRPr="00C174A9" w14:paraId="7DE1F6EF" w14:textId="77777777" w:rsidTr="00FB3E7B">
        <w:trPr>
          <w:cantSplit/>
          <w:trHeight w:val="325"/>
          <w:tblHeader/>
        </w:trPr>
        <w:tc>
          <w:tcPr>
            <w:tcW w:w="10051" w:type="dxa"/>
            <w:gridSpan w:val="3"/>
            <w:shd w:val="clear" w:color="auto" w:fill="000000" w:themeFill="text1"/>
            <w:tcMar>
              <w:top w:w="80" w:type="dxa"/>
              <w:left w:w="100" w:type="dxa"/>
              <w:bottom w:w="80" w:type="dxa"/>
              <w:right w:w="100" w:type="dxa"/>
            </w:tcMar>
            <w:vAlign w:val="center"/>
          </w:tcPr>
          <w:p w14:paraId="165CB6EA" w14:textId="7D445639" w:rsidR="00D34664" w:rsidRPr="00C174A9" w:rsidRDefault="00D34664" w:rsidP="00D34664">
            <w:pPr>
              <w:spacing w:after="0" w:line="228" w:lineRule="auto"/>
              <w:jc w:val="both"/>
              <w:rPr>
                <w:b/>
                <w:sz w:val="15"/>
                <w:szCs w:val="15"/>
              </w:rPr>
            </w:pPr>
            <w:r w:rsidRPr="00C174A9">
              <w:rPr>
                <w:b/>
                <w:sz w:val="15"/>
                <w:szCs w:val="15"/>
              </w:rPr>
              <w:t>7. Documentación que se integra</w:t>
            </w:r>
          </w:p>
        </w:tc>
      </w:tr>
      <w:tr w:rsidR="00D34664" w:rsidRPr="00C174A9" w14:paraId="481CE5C0" w14:textId="77777777" w:rsidTr="00FB3E7B">
        <w:trPr>
          <w:cantSplit/>
          <w:trHeight w:val="291"/>
          <w:tblHeader/>
        </w:trPr>
        <w:tc>
          <w:tcPr>
            <w:tcW w:w="4365" w:type="dxa"/>
            <w:shd w:val="clear" w:color="auto" w:fill="BFBFBF" w:themeFill="background1" w:themeFillShade="BF"/>
            <w:tcMar>
              <w:top w:w="80" w:type="dxa"/>
              <w:left w:w="100" w:type="dxa"/>
              <w:bottom w:w="80" w:type="dxa"/>
              <w:right w:w="100" w:type="dxa"/>
            </w:tcMar>
            <w:vAlign w:val="center"/>
          </w:tcPr>
          <w:p w14:paraId="3CD9C2F4" w14:textId="77777777" w:rsidR="00D34664" w:rsidRPr="00C174A9" w:rsidRDefault="00D34664" w:rsidP="008700ED">
            <w:pPr>
              <w:spacing w:after="0" w:line="228" w:lineRule="auto"/>
              <w:jc w:val="center"/>
              <w:rPr>
                <w:sz w:val="15"/>
                <w:szCs w:val="15"/>
              </w:rPr>
            </w:pPr>
            <w:r w:rsidRPr="00C174A9">
              <w:rPr>
                <w:b/>
                <w:sz w:val="15"/>
                <w:szCs w:val="15"/>
              </w:rPr>
              <w:t>Documento</w:t>
            </w:r>
          </w:p>
        </w:tc>
        <w:tc>
          <w:tcPr>
            <w:tcW w:w="3126" w:type="dxa"/>
            <w:shd w:val="clear" w:color="auto" w:fill="BFBFBF" w:themeFill="background1" w:themeFillShade="BF"/>
            <w:tcMar>
              <w:top w:w="80" w:type="dxa"/>
              <w:left w:w="100" w:type="dxa"/>
              <w:bottom w:w="80" w:type="dxa"/>
              <w:right w:w="100" w:type="dxa"/>
            </w:tcMar>
            <w:vAlign w:val="center"/>
          </w:tcPr>
          <w:p w14:paraId="0918D067" w14:textId="77777777" w:rsidR="00D34664" w:rsidRPr="00C174A9" w:rsidRDefault="00D34664" w:rsidP="008700ED">
            <w:pPr>
              <w:spacing w:after="0" w:line="228" w:lineRule="auto"/>
              <w:jc w:val="center"/>
              <w:rPr>
                <w:sz w:val="15"/>
                <w:szCs w:val="15"/>
              </w:rPr>
            </w:pPr>
            <w:r w:rsidRPr="00C174A9">
              <w:rPr>
                <w:b/>
                <w:sz w:val="15"/>
                <w:szCs w:val="15"/>
              </w:rPr>
              <w:t>Persona saliente</w:t>
            </w:r>
          </w:p>
        </w:tc>
        <w:tc>
          <w:tcPr>
            <w:tcW w:w="2560" w:type="dxa"/>
            <w:shd w:val="clear" w:color="auto" w:fill="BFBFBF" w:themeFill="background1" w:themeFillShade="BF"/>
            <w:tcMar>
              <w:top w:w="80" w:type="dxa"/>
              <w:left w:w="100" w:type="dxa"/>
              <w:bottom w:w="80" w:type="dxa"/>
              <w:right w:w="100" w:type="dxa"/>
            </w:tcMar>
            <w:vAlign w:val="center"/>
          </w:tcPr>
          <w:p w14:paraId="17FFB704" w14:textId="780436BF" w:rsidR="00D34664" w:rsidRPr="00C174A9" w:rsidRDefault="00D34664" w:rsidP="008700ED">
            <w:pPr>
              <w:spacing w:after="0" w:line="228" w:lineRule="auto"/>
              <w:jc w:val="center"/>
              <w:rPr>
                <w:sz w:val="15"/>
                <w:szCs w:val="15"/>
              </w:rPr>
            </w:pPr>
            <w:r w:rsidRPr="00C174A9">
              <w:rPr>
                <w:b/>
                <w:sz w:val="15"/>
                <w:szCs w:val="15"/>
              </w:rPr>
              <w:t xml:space="preserve">Persona </w:t>
            </w:r>
            <w:r w:rsidR="007C0769" w:rsidRPr="00C174A9">
              <w:rPr>
                <w:b/>
                <w:sz w:val="15"/>
                <w:szCs w:val="15"/>
              </w:rPr>
              <w:t>que recibe</w:t>
            </w:r>
          </w:p>
        </w:tc>
      </w:tr>
      <w:tr w:rsidR="00D34664" w:rsidRPr="00C174A9" w14:paraId="27131F04" w14:textId="77777777" w:rsidTr="007C0769">
        <w:trPr>
          <w:cantSplit/>
          <w:trHeight w:val="227"/>
        </w:trPr>
        <w:tc>
          <w:tcPr>
            <w:tcW w:w="4365" w:type="dxa"/>
            <w:tcMar>
              <w:top w:w="80" w:type="dxa"/>
              <w:left w:w="100" w:type="dxa"/>
              <w:bottom w:w="80" w:type="dxa"/>
              <w:right w:w="100" w:type="dxa"/>
            </w:tcMar>
            <w:vAlign w:val="center"/>
          </w:tcPr>
          <w:p w14:paraId="17A6D3AA" w14:textId="77777777" w:rsidR="00D34664" w:rsidRPr="00C174A9" w:rsidRDefault="00D34664" w:rsidP="008700ED">
            <w:pPr>
              <w:spacing w:after="0" w:line="228" w:lineRule="auto"/>
              <w:jc w:val="both"/>
              <w:rPr>
                <w:sz w:val="15"/>
                <w:szCs w:val="15"/>
              </w:rPr>
            </w:pPr>
            <w:r w:rsidRPr="00C174A9">
              <w:rPr>
                <w:color w:val="1F1F1F"/>
                <w:sz w:val="15"/>
                <w:szCs w:val="15"/>
              </w:rPr>
              <w:t>Identificación oficial vigente</w:t>
            </w:r>
          </w:p>
        </w:tc>
        <w:sdt>
          <w:sdtPr>
            <w:rPr>
              <w:sz w:val="15"/>
              <w:szCs w:val="15"/>
              <w:highlight w:val="yellow"/>
            </w:rPr>
            <w:alias w:val="&lt;&lt;Seleccione (41)&gt;&gt;"/>
            <w:tag w:val="&lt;&lt;Seleccione (41)&gt;&gt;"/>
            <w:id w:val="1335187821"/>
            <w:placeholder>
              <w:docPart w:val="9107E74B94AE4B38A9DC076D86581A91"/>
            </w:placeholder>
            <w15:color w:val="FF0000"/>
            <w:dropDownList>
              <w:listItem w:displayText="&lt;&lt;Seleccione (41)&gt;&gt;" w:value="&lt;&lt;Seleccione (4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7612DD39" w14:textId="1162D5B1"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(41)&gt;&gt;</w:t>
                </w:r>
              </w:p>
            </w:tc>
          </w:sdtContent>
        </w:sdt>
        <w:sdt>
          <w:sdtPr>
            <w:rPr>
              <w:sz w:val="15"/>
              <w:szCs w:val="15"/>
              <w:highlight w:val="yellow"/>
            </w:rPr>
            <w:alias w:val="&lt;&lt;Seleccione (49)&gt;&gt;"/>
            <w:tag w:val="&lt;&lt;Seleccione (49)&gt;&gt;"/>
            <w:id w:val="-720825146"/>
            <w:placeholder>
              <w:docPart w:val="37B335614234469799466AC8CB30EC3F"/>
            </w:placeholder>
            <w15:color w:val="FF0000"/>
            <w:dropDownList>
              <w:listItem w:displayText="&lt;&lt;Seleccione (49)&gt;&gt;" w:value="&lt;&lt;Seleccione (49)&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4CBDC3F3" w14:textId="0BC3D350" w:rsidR="00D34664" w:rsidRPr="00C174A9" w:rsidRDefault="00AA65D9" w:rsidP="008700ED">
                <w:pPr>
                  <w:spacing w:after="0" w:line="228" w:lineRule="auto"/>
                  <w:jc w:val="center"/>
                  <w:rPr>
                    <w:sz w:val="15"/>
                    <w:szCs w:val="15"/>
                    <w:highlight w:val="yellow"/>
                  </w:rPr>
                </w:pPr>
                <w:r w:rsidRPr="00C174A9">
                  <w:rPr>
                    <w:sz w:val="15"/>
                    <w:szCs w:val="15"/>
                    <w:highlight w:val="yellow"/>
                  </w:rPr>
                  <w:t>&lt;&lt;Seleccione (49)&gt;&gt;</w:t>
                </w:r>
              </w:p>
            </w:tc>
          </w:sdtContent>
        </w:sdt>
      </w:tr>
      <w:tr w:rsidR="00D34664" w:rsidRPr="00C174A9" w14:paraId="52424361" w14:textId="77777777" w:rsidTr="00EE78A1">
        <w:trPr>
          <w:cantSplit/>
          <w:trHeight w:val="431"/>
        </w:trPr>
        <w:tc>
          <w:tcPr>
            <w:tcW w:w="4365" w:type="dxa"/>
            <w:tcMar>
              <w:top w:w="80" w:type="dxa"/>
              <w:left w:w="100" w:type="dxa"/>
              <w:bottom w:w="80" w:type="dxa"/>
              <w:right w:w="100" w:type="dxa"/>
            </w:tcMar>
            <w:vAlign w:val="center"/>
          </w:tcPr>
          <w:p w14:paraId="239998D9" w14:textId="56A1DF36" w:rsidR="00D34664" w:rsidRPr="00C174A9" w:rsidRDefault="00EE78A1" w:rsidP="008700ED">
            <w:pPr>
              <w:spacing w:after="0" w:line="228" w:lineRule="auto"/>
              <w:jc w:val="both"/>
              <w:rPr>
                <w:sz w:val="15"/>
                <w:szCs w:val="15"/>
              </w:rPr>
            </w:pPr>
            <w:r w:rsidRPr="00C174A9">
              <w:rPr>
                <w:color w:val="1F1F1F"/>
                <w:sz w:val="15"/>
                <w:szCs w:val="15"/>
              </w:rPr>
              <w:t xml:space="preserve">Documento que acredita el empleo, cargo o comisión </w:t>
            </w:r>
          </w:p>
        </w:tc>
        <w:sdt>
          <w:sdtPr>
            <w:rPr>
              <w:sz w:val="15"/>
              <w:szCs w:val="15"/>
              <w:highlight w:val="yellow"/>
            </w:rPr>
            <w:alias w:val="&lt;&lt;Seleccione (42)&gt;&gt;"/>
            <w:tag w:val="&lt;&lt;Seleccione (42)&gt;&gt;"/>
            <w:id w:val="596844328"/>
            <w:placeholder>
              <w:docPart w:val="0707EBADAFCB4D5E9E75A2446C5FE9B4"/>
            </w:placeholder>
            <w15:color w:val="FF0000"/>
            <w:dropDownList>
              <w:listItem w:displayText="&lt;&lt;Seleccione (42)&gt;&gt;" w:value="&lt;&lt;Seleccione (42)&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6897FBE" w14:textId="5B6FAEEC"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(42)&gt;&gt;</w:t>
                </w:r>
              </w:p>
            </w:tc>
          </w:sdtContent>
        </w:sdt>
        <w:sdt>
          <w:sdtPr>
            <w:rPr>
              <w:sz w:val="15"/>
              <w:szCs w:val="15"/>
              <w:highlight w:val="yellow"/>
            </w:rPr>
            <w:alias w:val="&lt;&lt;Seleccione (50)&gt;&gt;"/>
            <w:tag w:val="&lt;&lt;Seleccione (50)&gt;&gt;"/>
            <w:id w:val="-52853029"/>
            <w:placeholder>
              <w:docPart w:val="19D7F2390D81478E9223648093F6D04C"/>
            </w:placeholder>
            <w15:color w:val="FF0000"/>
            <w:dropDownList>
              <w:listItem w:displayText="&lt;&lt;Seleccione (50)&gt;&gt;" w:value="&lt;&lt;Seleccione (50)&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73F67DBA" w14:textId="0742DBBB" w:rsidR="00D34664" w:rsidRPr="00C174A9" w:rsidRDefault="00AA65D9" w:rsidP="008700ED">
                <w:pPr>
                  <w:spacing w:after="0" w:line="228" w:lineRule="auto"/>
                  <w:jc w:val="center"/>
                  <w:rPr>
                    <w:sz w:val="15"/>
                    <w:szCs w:val="15"/>
                  </w:rPr>
                </w:pPr>
                <w:r w:rsidRPr="00C174A9">
                  <w:rPr>
                    <w:sz w:val="15"/>
                    <w:szCs w:val="15"/>
                    <w:highlight w:val="yellow"/>
                  </w:rPr>
                  <w:t>&lt;&lt;Seleccione (50)&gt;&gt;</w:t>
                </w:r>
              </w:p>
            </w:tc>
          </w:sdtContent>
        </w:sdt>
      </w:tr>
      <w:tr w:rsidR="007C0769" w:rsidRPr="00C174A9" w14:paraId="117F4DC1" w14:textId="77777777" w:rsidTr="007C0769">
        <w:trPr>
          <w:cantSplit/>
          <w:trHeight w:val="292"/>
        </w:trPr>
        <w:tc>
          <w:tcPr>
            <w:tcW w:w="4365" w:type="dxa"/>
            <w:tcMar>
              <w:top w:w="80" w:type="dxa"/>
              <w:left w:w="100" w:type="dxa"/>
              <w:bottom w:w="80" w:type="dxa"/>
              <w:right w:w="100" w:type="dxa"/>
            </w:tcMar>
            <w:vAlign w:val="center"/>
          </w:tcPr>
          <w:p w14:paraId="7261A6FF" w14:textId="40FB66DB" w:rsidR="007C0769" w:rsidRPr="00C174A9" w:rsidRDefault="00EE78A1" w:rsidP="008700ED">
            <w:pPr>
              <w:spacing w:after="0" w:line="228" w:lineRule="auto"/>
              <w:jc w:val="both"/>
              <w:rPr>
                <w:color w:val="1F1F1F"/>
                <w:sz w:val="15"/>
                <w:szCs w:val="15"/>
              </w:rPr>
            </w:pPr>
            <w:r w:rsidRPr="00C174A9">
              <w:rPr>
                <w:color w:val="1F1F1F"/>
                <w:sz w:val="15"/>
                <w:szCs w:val="15"/>
              </w:rPr>
              <w:t>Oficio de determinación de la recepción temporal, cuando corresponda</w:t>
            </w:r>
          </w:p>
        </w:tc>
        <w:tc>
          <w:tcPr>
            <w:tcW w:w="3126" w:type="dxa"/>
            <w:tcBorders>
              <w:right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27507508" w14:textId="77777777" w:rsidR="007C0769" w:rsidRPr="00C174A9" w:rsidRDefault="007C0769" w:rsidP="008700ED">
            <w:pPr>
              <w:spacing w:after="0" w:line="228" w:lineRule="auto"/>
              <w:jc w:val="center"/>
              <w:rPr>
                <w:sz w:val="15"/>
                <w:szCs w:val="15"/>
                <w:highlight w:val="yellow"/>
              </w:rPr>
            </w:pPr>
          </w:p>
        </w:tc>
        <w:sdt>
          <w:sdtPr>
            <w:rPr>
              <w:sz w:val="15"/>
              <w:szCs w:val="15"/>
              <w:highlight w:val="yellow"/>
            </w:rPr>
            <w:alias w:val="&lt;&lt;Seleccione (51)&gt;&gt;"/>
            <w:tag w:val="&lt;&lt;Seleccione (51)&gt;&gt;"/>
            <w:id w:val="-1426179083"/>
            <w:placeholder>
              <w:docPart w:val="E6E726BDE2204365BD0E668C6CBBF3C9"/>
            </w:placeholder>
            <w15:color w:val="FF0000"/>
            <w:dropDownList>
              <w:listItem w:displayText="&lt;&lt;Seleccione (51)&gt;&gt;" w:value="&lt;&lt;Seleccione (5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listItem w:displayText="No aplica la presentación de oficio, porque la recepción temporal se realiza por la persona titular de la Presidencia conforme al artículo 38, tercer párrafo, del Reglamento" w:value="No aplica la presentación de oficio, porque la recepción temporal se realiza por la persona titular de la Presidencia conforme al artículo 38, tercer párrafo, del Reglamento"/>
            </w:dropDownList>
          </w:sdtPr>
          <w:sdtContent>
            <w:tc>
              <w:tcPr>
                <w:tcW w:w="2560" w:type="dxa"/>
                <w:tcBorders>
                  <w:left w:val="single" w:sz="4" w:space="0" w:color="FFFFFF" w:themeColor="background1"/>
                  <w:bottom w:val="single" w:sz="4" w:space="0" w:color="FFFFFF" w:themeColor="background1"/>
                </w:tcBorders>
                <w:tcMar>
                  <w:top w:w="80" w:type="dxa"/>
                  <w:left w:w="100" w:type="dxa"/>
                  <w:bottom w:w="80" w:type="dxa"/>
                  <w:right w:w="100" w:type="dxa"/>
                </w:tcMar>
                <w:vAlign w:val="center"/>
              </w:tcPr>
              <w:p w14:paraId="54A67910" w14:textId="35314859" w:rsidR="007C0769" w:rsidRPr="00C174A9" w:rsidRDefault="007C0769" w:rsidP="008700ED">
                <w:pPr>
                  <w:spacing w:after="0" w:line="228" w:lineRule="auto"/>
                  <w:jc w:val="center"/>
                  <w:rPr>
                    <w:sz w:val="15"/>
                    <w:szCs w:val="15"/>
                  </w:rPr>
                </w:pPr>
                <w:r w:rsidRPr="00C174A9">
                  <w:rPr>
                    <w:sz w:val="15"/>
                    <w:szCs w:val="15"/>
                    <w:highlight w:val="yellow"/>
                  </w:rPr>
                  <w:t>&lt;&lt;Seleccione (51)&gt;&gt;</w:t>
                </w:r>
              </w:p>
            </w:tc>
          </w:sdtContent>
        </w:sdt>
      </w:tr>
      <w:tr w:rsidR="00D34664" w:rsidRPr="00C174A9" w14:paraId="25891FFC" w14:textId="77777777" w:rsidTr="007C0769">
        <w:trPr>
          <w:cantSplit/>
          <w:trHeight w:val="292"/>
        </w:trPr>
        <w:tc>
          <w:tcPr>
            <w:tcW w:w="4365" w:type="dxa"/>
            <w:tcMar>
              <w:top w:w="80" w:type="dxa"/>
              <w:left w:w="100" w:type="dxa"/>
              <w:bottom w:w="80" w:type="dxa"/>
              <w:right w:w="100" w:type="dxa"/>
            </w:tcMar>
            <w:vAlign w:val="center"/>
          </w:tcPr>
          <w:p w14:paraId="531FAEFD" w14:textId="1EF3F403" w:rsidR="00D34664" w:rsidRPr="00C174A9" w:rsidRDefault="00D34664" w:rsidP="008700ED">
            <w:pPr>
              <w:spacing w:after="0" w:line="228" w:lineRule="auto"/>
              <w:jc w:val="both"/>
              <w:rPr>
                <w:sz w:val="15"/>
                <w:szCs w:val="15"/>
              </w:rPr>
            </w:pPr>
            <w:r w:rsidRPr="00C174A9">
              <w:rPr>
                <w:color w:val="1F1F1F"/>
                <w:sz w:val="15"/>
                <w:szCs w:val="15"/>
              </w:rPr>
              <w:t>Documento</w:t>
            </w:r>
            <w:r w:rsidR="00B05CDC" w:rsidRPr="00C174A9">
              <w:rPr>
                <w:color w:val="1F1F1F"/>
                <w:sz w:val="15"/>
                <w:szCs w:val="15"/>
              </w:rPr>
              <w:t xml:space="preserve"> </w:t>
            </w:r>
            <w:r w:rsidRPr="00C174A9">
              <w:rPr>
                <w:color w:val="1F1F1F"/>
                <w:sz w:val="15"/>
                <w:szCs w:val="15"/>
              </w:rPr>
              <w:t xml:space="preserve">que acredita la separación del empleo, cargo o comisión </w:t>
            </w:r>
          </w:p>
        </w:tc>
        <w:sdt>
          <w:sdtPr>
            <w:rPr>
              <w:sz w:val="15"/>
              <w:szCs w:val="15"/>
              <w:highlight w:val="yellow"/>
            </w:rPr>
            <w:alias w:val="&lt;&lt;Seleccione (43)&gt;&gt;"/>
            <w:tag w:val="&lt;&lt;Seleccione (43)&gt;&gt;"/>
            <w:id w:val="-947303942"/>
            <w:placeholder>
              <w:docPart w:val="C52C77A843EC4A89B2994D3DF932D9C3"/>
            </w:placeholder>
            <w15:color w:val="FF0000"/>
            <w:dropDownList>
              <w:listItem w:displayText="&lt;&lt;Seleccione (43)&gt;&gt;" w:value="&lt;&lt;Seleccione (43)&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0188F615" w14:textId="6856CBCD"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(43)&gt;&gt;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E5532C1" w14:textId="77777777" w:rsidR="00D34664" w:rsidRPr="00C174A9" w:rsidRDefault="00D34664" w:rsidP="008700ED">
            <w:pPr>
              <w:spacing w:after="0" w:line="228" w:lineRule="auto"/>
              <w:jc w:val="center"/>
              <w:rPr>
                <w:sz w:val="15"/>
                <w:szCs w:val="15"/>
              </w:rPr>
            </w:pPr>
          </w:p>
        </w:tc>
      </w:tr>
      <w:tr w:rsidR="00D34664" w:rsidRPr="00C174A9" w14:paraId="4ACEE3A7" w14:textId="77777777" w:rsidTr="007C0769">
        <w:trPr>
          <w:cantSplit/>
          <w:trHeight w:val="292"/>
        </w:trPr>
        <w:tc>
          <w:tcPr>
            <w:tcW w:w="4365" w:type="dxa"/>
            <w:tcMar>
              <w:top w:w="80" w:type="dxa"/>
              <w:left w:w="100" w:type="dxa"/>
              <w:bottom w:w="80" w:type="dxa"/>
              <w:right w:w="100" w:type="dxa"/>
            </w:tcMar>
            <w:vAlign w:val="center"/>
          </w:tcPr>
          <w:p w14:paraId="189CCDF5" w14:textId="77777777" w:rsidR="00D34664" w:rsidRPr="00C174A9" w:rsidRDefault="00D34664" w:rsidP="008700ED">
            <w:pPr>
              <w:spacing w:after="0" w:line="228" w:lineRule="auto"/>
              <w:jc w:val="both"/>
              <w:rPr>
                <w:sz w:val="15"/>
                <w:szCs w:val="15"/>
              </w:rPr>
            </w:pPr>
            <w:r w:rsidRPr="00C174A9">
              <w:rPr>
                <w:color w:val="1F1F1F"/>
                <w:sz w:val="15"/>
                <w:szCs w:val="15"/>
              </w:rPr>
              <w:t>Comprobante de domicilio actual, distinto del laboral y con antigüedad no mayor a dos meses</w:t>
            </w:r>
          </w:p>
        </w:tc>
        <w:sdt>
          <w:sdtPr>
            <w:rPr>
              <w:sz w:val="15"/>
              <w:szCs w:val="15"/>
              <w:highlight w:val="yellow"/>
            </w:rPr>
            <w:alias w:val="&lt;&lt;Seleccione (44)&gt;&gt;"/>
            <w:tag w:val="&lt;&lt;Seleccione (44)&gt;&gt;"/>
            <w:id w:val="1678921056"/>
            <w:placeholder>
              <w:docPart w:val="E3B5FB6541294DA089FD3CC5885EAFAE"/>
            </w:placeholder>
            <w15:color w:val="FF0000"/>
            <w:dropDownList>
              <w:listItem w:displayText="&lt;&lt;Seleccione (44)&gt;&gt;" w:value="&lt;&lt;Seleccione (44)&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295E773" w14:textId="543A2A8D"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(44)&gt;&gt;</w:t>
                </w:r>
              </w:p>
            </w:tc>
          </w:sdtContent>
        </w:sdt>
        <w:sdt>
          <w:sdtPr>
            <w:rPr>
              <w:sz w:val="15"/>
              <w:szCs w:val="15"/>
              <w:highlight w:val="yellow"/>
            </w:rPr>
            <w:alias w:val="&lt;&lt;Seleccione (52)&gt;&gt;"/>
            <w:tag w:val="&lt;&lt;Seleccione (52)&gt;&gt;"/>
            <w:id w:val="1578937922"/>
            <w:placeholder>
              <w:docPart w:val="71D9A6A93B8E4A1FBFDABA027A3F73A9"/>
            </w:placeholder>
            <w15:color w:val="FF0000"/>
            <w:dropDownList>
              <w:listItem w:displayText="&lt;&lt;Seleccione (52)&gt;&gt;" w:value="&lt;&lt;Seleccione (52)&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Borders>
                  <w:top w:val="single" w:sz="4" w:space="0" w:color="FFFFFF" w:themeColor="background1"/>
                </w:tcBorders>
                <w:tcMar>
                  <w:top w:w="80" w:type="dxa"/>
                  <w:left w:w="100" w:type="dxa"/>
                  <w:bottom w:w="80" w:type="dxa"/>
                  <w:right w:w="100" w:type="dxa"/>
                </w:tcMar>
                <w:vAlign w:val="center"/>
              </w:tcPr>
              <w:p w14:paraId="5BDD1080" w14:textId="16836074" w:rsidR="00D34664" w:rsidRPr="00C174A9" w:rsidRDefault="00FB3E7B" w:rsidP="008700ED">
                <w:pPr>
                  <w:spacing w:after="0" w:line="228" w:lineRule="auto"/>
                  <w:jc w:val="center"/>
                  <w:rPr>
                    <w:sz w:val="15"/>
                    <w:szCs w:val="15"/>
                  </w:rPr>
                </w:pPr>
                <w:r w:rsidRPr="00C174A9">
                  <w:rPr>
                    <w:sz w:val="15"/>
                    <w:szCs w:val="15"/>
                    <w:highlight w:val="yellow"/>
                  </w:rPr>
                  <w:t>&lt;&lt;Seleccione (52)&gt;&gt;</w:t>
                </w:r>
              </w:p>
            </w:tc>
          </w:sdtContent>
        </w:sdt>
      </w:tr>
      <w:tr w:rsidR="00D34664" w:rsidRPr="00C174A9" w14:paraId="337CF785" w14:textId="77777777" w:rsidTr="007C0769">
        <w:trPr>
          <w:cantSplit/>
          <w:trHeight w:val="510"/>
        </w:trPr>
        <w:tc>
          <w:tcPr>
            <w:tcW w:w="4365" w:type="dxa"/>
            <w:tcMar>
              <w:top w:w="80" w:type="dxa"/>
              <w:left w:w="100" w:type="dxa"/>
              <w:bottom w:w="80" w:type="dxa"/>
              <w:right w:w="100" w:type="dxa"/>
            </w:tcMar>
            <w:vAlign w:val="center"/>
          </w:tcPr>
          <w:p w14:paraId="7E005FBF" w14:textId="77777777" w:rsidR="00D34664" w:rsidRPr="00C174A9" w:rsidRDefault="00D34664" w:rsidP="008700ED">
            <w:pPr>
              <w:spacing w:after="0" w:line="228" w:lineRule="auto"/>
              <w:jc w:val="both"/>
              <w:rPr>
                <w:sz w:val="15"/>
                <w:szCs w:val="15"/>
              </w:rPr>
            </w:pPr>
            <w:r w:rsidRPr="00C174A9">
              <w:rPr>
                <w:color w:val="1F1F1F"/>
                <w:sz w:val="15"/>
                <w:szCs w:val="15"/>
              </w:rPr>
              <w:t>Constancia de no adeudo patrimonial o acuse de solicitud</w:t>
            </w:r>
          </w:p>
        </w:tc>
        <w:sdt>
          <w:sdtPr>
            <w:rPr>
              <w:sz w:val="15"/>
              <w:szCs w:val="15"/>
              <w:highlight w:val="yellow"/>
            </w:rPr>
            <w:alias w:val="&lt;&lt;Seleccione (45)&gt;&gt;"/>
            <w:tag w:val="&lt;&lt;Seleccione (45)&gt;&gt;"/>
            <w:id w:val="-1297838380"/>
            <w:placeholder>
              <w:docPart w:val="406C24BA7C664AE198BBFAD1B883BFD4"/>
            </w:placeholder>
            <w15:color w:val="FF0000"/>
            <w:dropDownList>
              <w:listItem w:displayText="&lt;&lt;Seleccione (45)&gt;&gt;" w:value="&lt;&lt;Seleccione (45)&gt;&gt;"/>
              <w:listItem w:displayText="Entrega constancia de no adeudo patrimonial" w:value="Entrega constancia de no adeudo patrimoni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6F6619AC" w14:textId="0078F7CB"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(45)&gt;&gt;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AF3BBEB" w14:textId="77777777" w:rsidR="00D34664" w:rsidRPr="00C174A9" w:rsidRDefault="00D34664" w:rsidP="008700ED">
            <w:pPr>
              <w:spacing w:after="0" w:line="228" w:lineRule="auto"/>
              <w:jc w:val="center"/>
              <w:rPr>
                <w:sz w:val="15"/>
                <w:szCs w:val="15"/>
              </w:rPr>
            </w:pPr>
          </w:p>
        </w:tc>
      </w:tr>
      <w:tr w:rsidR="00D34664" w:rsidRPr="00C174A9" w14:paraId="25559DFB" w14:textId="77777777" w:rsidTr="007C0769">
        <w:trPr>
          <w:cantSplit/>
          <w:trHeight w:val="493"/>
        </w:trPr>
        <w:tc>
          <w:tcPr>
            <w:tcW w:w="4365" w:type="dxa"/>
            <w:tcMar>
              <w:top w:w="80" w:type="dxa"/>
              <w:left w:w="100" w:type="dxa"/>
              <w:bottom w:w="80" w:type="dxa"/>
              <w:right w:w="100" w:type="dxa"/>
            </w:tcMar>
            <w:vAlign w:val="center"/>
          </w:tcPr>
          <w:p w14:paraId="5C30784A" w14:textId="77777777" w:rsidR="00D34664" w:rsidRPr="00C174A9" w:rsidRDefault="00D34664" w:rsidP="008700ED">
            <w:pPr>
              <w:spacing w:after="0" w:line="228" w:lineRule="auto"/>
              <w:jc w:val="both"/>
              <w:rPr>
                <w:sz w:val="15"/>
                <w:szCs w:val="15"/>
              </w:rPr>
            </w:pPr>
            <w:r w:rsidRPr="00C174A9">
              <w:rPr>
                <w:color w:val="1F1F1F"/>
                <w:sz w:val="15"/>
                <w:szCs w:val="15"/>
              </w:rPr>
              <w:t>Constancia de no adeudo documental o acuse de solicitud</w:t>
            </w:r>
          </w:p>
        </w:tc>
        <w:sdt>
          <w:sdtPr>
            <w:rPr>
              <w:sz w:val="15"/>
              <w:szCs w:val="15"/>
              <w:highlight w:val="yellow"/>
            </w:rPr>
            <w:alias w:val="&lt;&lt;Seleccione (46)&gt;&gt;"/>
            <w:tag w:val="&lt;&lt;Seleccione (46)&gt;&gt;"/>
            <w:id w:val="-1190826902"/>
            <w:placeholder>
              <w:docPart w:val="DF17D147EFA44B9D89BDB5D10AAA1309"/>
            </w:placeholder>
            <w15:color w:val="FF0000"/>
            <w:dropDownList>
              <w:listItem w:displayText="&lt;&lt;Seleccione (46)&gt;&gt;" w:value="&lt;&lt;Seleccione (46)&gt;&gt;"/>
              <w:listItem w:displayText="Entrega constancia de no adeudo documental" w:value="Entrega constancia de no adeudo document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4A8399F4" w14:textId="14966E6E"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(46)&gt;&gt;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5B61523" w14:textId="77777777" w:rsidR="00D34664" w:rsidRPr="00C174A9" w:rsidRDefault="00D34664" w:rsidP="008700ED">
            <w:pPr>
              <w:spacing w:after="0" w:line="228" w:lineRule="auto"/>
              <w:jc w:val="center"/>
              <w:rPr>
                <w:sz w:val="15"/>
                <w:szCs w:val="15"/>
              </w:rPr>
            </w:pPr>
          </w:p>
        </w:tc>
      </w:tr>
      <w:tr w:rsidR="00D34664" w:rsidRPr="00C174A9" w14:paraId="5A8355D6" w14:textId="77777777" w:rsidTr="007C0769">
        <w:trPr>
          <w:cantSplit/>
          <w:trHeight w:val="510"/>
        </w:trPr>
        <w:tc>
          <w:tcPr>
            <w:tcW w:w="4365" w:type="dxa"/>
            <w:tcMar>
              <w:top w:w="80" w:type="dxa"/>
              <w:left w:w="100" w:type="dxa"/>
              <w:bottom w:w="80" w:type="dxa"/>
              <w:right w:w="100" w:type="dxa"/>
            </w:tcMar>
            <w:vAlign w:val="center"/>
          </w:tcPr>
          <w:p w14:paraId="609A7DD9" w14:textId="77777777" w:rsidR="00D34664" w:rsidRPr="00C174A9" w:rsidRDefault="00D34664" w:rsidP="008700ED">
            <w:pPr>
              <w:spacing w:after="0" w:line="228" w:lineRule="auto"/>
              <w:jc w:val="both"/>
              <w:rPr>
                <w:color w:val="1F1F1F"/>
                <w:sz w:val="15"/>
                <w:szCs w:val="15"/>
              </w:rPr>
            </w:pPr>
            <w:r w:rsidRPr="00C174A9">
              <w:rPr>
                <w:color w:val="1F1F1F"/>
                <w:sz w:val="15"/>
                <w:szCs w:val="15"/>
              </w:rPr>
              <w:t>Resguardos actualizados y soportes de los recursos y bienes asignados</w:t>
            </w:r>
          </w:p>
        </w:tc>
        <w:sdt>
          <w:sdtPr>
            <w:rPr>
              <w:sz w:val="15"/>
              <w:szCs w:val="15"/>
              <w:highlight w:val="yellow"/>
            </w:rPr>
            <w:alias w:val="&lt;&lt;Seleccione (47)&gt;&gt;"/>
            <w:tag w:val="&lt;&lt;Seleccione (47)&gt;&gt;"/>
            <w:id w:val="331339519"/>
            <w:placeholder>
              <w:docPart w:val="D49FD030C501411EA195D10F800443F9"/>
            </w:placeholder>
            <w15:color w:val="FF0000"/>
            <w:dropDownList>
              <w:listItem w:displayText="&lt;&lt;Seleccione (47)&gt;&gt;" w:value="&lt;&lt;Seleccione (47)&gt;&gt;"/>
              <w:listItem w:displayText="Entrega los resguardos actualizados y soportes correspondientes" w:value="Entrega los resguardos actualizados y soportes correspondientes"/>
              <w:listItem w:displayText="Entrega parcialmente los resguardos o soportes; identifica los faltantes en observaciones" w:value="Entrega parcialmente los resguardos o soportes; identifica los faltantes en observaciones"/>
              <w:listItem w:displayText="No entrega resguardos ni soportes; explica la causa en observaciones" w:value="No entrega resguardos ni soportes; explica la causa en observaciones"/>
              <w:listItem w:displayText="No le fueron asignados recursos ni bienes" w:value="No le fueron asignados recursos ni bienes"/>
            </w:dropDownList>
          </w:sdtPr>
          <w:sdtContent>
            <w:tc>
              <w:tcPr>
                <w:tcW w:w="3126" w:type="dxa"/>
                <w:tcMar>
                  <w:top w:w="80" w:type="dxa"/>
                  <w:left w:w="100" w:type="dxa"/>
                  <w:bottom w:w="80" w:type="dxa"/>
                  <w:right w:w="100" w:type="dxa"/>
                </w:tcMar>
                <w:vAlign w:val="center"/>
              </w:tcPr>
              <w:p w14:paraId="21DADB9B" w14:textId="5D7C61CF"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(47)&gt;&gt;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642780C1" w14:textId="77777777" w:rsidR="00D34664" w:rsidRPr="00C174A9" w:rsidRDefault="00D34664" w:rsidP="008700ED">
            <w:pPr>
              <w:spacing w:after="0" w:line="228" w:lineRule="auto"/>
              <w:jc w:val="center"/>
              <w:rPr>
                <w:sz w:val="15"/>
                <w:szCs w:val="15"/>
                <w:highlight w:val="yellow"/>
              </w:rPr>
            </w:pPr>
          </w:p>
        </w:tc>
      </w:tr>
      <w:tr w:rsidR="00D34664" w:rsidRPr="00C174A9" w14:paraId="6C5AD0FF" w14:textId="77777777" w:rsidTr="007C0769">
        <w:trPr>
          <w:cantSplit/>
          <w:trHeight w:val="333"/>
        </w:trPr>
        <w:tc>
          <w:tcPr>
            <w:tcW w:w="4365" w:type="dxa"/>
            <w:tcMar>
              <w:top w:w="80" w:type="dxa"/>
              <w:left w:w="100" w:type="dxa"/>
              <w:bottom w:w="80" w:type="dxa"/>
              <w:right w:w="100" w:type="dxa"/>
            </w:tcMar>
            <w:vAlign w:val="center"/>
          </w:tcPr>
          <w:p w14:paraId="7B80D7E4" w14:textId="77777777" w:rsidR="00D34664" w:rsidRPr="00C174A9" w:rsidRDefault="00D34664" w:rsidP="008700ED">
            <w:pPr>
              <w:spacing w:after="0" w:line="228" w:lineRule="auto"/>
              <w:jc w:val="both"/>
              <w:rPr>
                <w:sz w:val="15"/>
                <w:szCs w:val="15"/>
              </w:rPr>
            </w:pPr>
            <w:r w:rsidRPr="00C174A9">
              <w:rPr>
                <w:color w:val="1F1F1F"/>
                <w:sz w:val="15"/>
                <w:szCs w:val="15"/>
              </w:rPr>
              <w:t>Acuse de entrega de la identificación laboral</w:t>
            </w:r>
          </w:p>
        </w:tc>
        <w:sdt>
          <w:sdtPr>
            <w:rPr>
              <w:sz w:val="15"/>
              <w:szCs w:val="15"/>
              <w:highlight w:val="yellow"/>
            </w:rPr>
            <w:alias w:val="&lt;&lt;Seleccione (48)&gt;&gt;"/>
            <w:tag w:val="&lt;&lt;Seleccione (48)&gt;&gt;"/>
            <w:id w:val="767807300"/>
            <w:placeholder>
              <w:docPart w:val="C23B841FEE244942930118E8EB53D5F2"/>
            </w:placeholder>
            <w15:color w:val="FF0000"/>
            <w:dropDownList>
              <w:listItem w:displayText="&lt;&lt;Seleccione (48)&gt;&gt;" w:value="&lt;&lt;Seleccione (48)&gt;&gt;"/>
              <w:listItem w:displayText="Entrega el acuse y agrega copia simple" w:value="Entrega el acuse y agrega copia simple"/>
              <w:listItem w:displayText="No le fue expedida identificación laboral; hace constar la circunstancia en observaciones" w:value="No le fue expedida identificación laboral; hace constar la circunstancia en observaciones"/>
              <w:listItem w:displayText="No entrega el acuse correspondiente; explica la causa en observaciones" w:value="No entrega el acuse correspondiente; explica la causa en observaciones"/>
            </w:dropDownList>
          </w:sdtPr>
          <w:sdtContent>
            <w:tc>
              <w:tcPr>
                <w:tcW w:w="3126" w:type="dxa"/>
                <w:tcMar>
                  <w:top w:w="80" w:type="dxa"/>
                  <w:left w:w="100" w:type="dxa"/>
                  <w:bottom w:w="80" w:type="dxa"/>
                  <w:right w:w="100" w:type="dxa"/>
                </w:tcMar>
                <w:vAlign w:val="center"/>
              </w:tcPr>
              <w:p w14:paraId="18E74E46" w14:textId="2D296402" w:rsidR="00D34664" w:rsidRPr="00C174A9" w:rsidRDefault="00205632" w:rsidP="008700ED">
                <w:pPr>
                  <w:spacing w:after="0" w:line="228" w:lineRule="auto"/>
                  <w:jc w:val="center"/>
                  <w:rPr>
                    <w:sz w:val="15"/>
                    <w:szCs w:val="15"/>
                    <w:highlight w:val="yellow"/>
                  </w:rPr>
                </w:pPr>
                <w:r w:rsidRPr="00C174A9">
                  <w:rPr>
                    <w:sz w:val="15"/>
                    <w:szCs w:val="15"/>
                    <w:highlight w:val="yellow"/>
                  </w:rPr>
                  <w:t>&lt;&lt;Seleccione (48)&gt;&gt;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CB2A46C" w14:textId="77777777" w:rsidR="00D34664" w:rsidRPr="00C174A9" w:rsidRDefault="00D34664" w:rsidP="008700ED">
            <w:pPr>
              <w:spacing w:after="0" w:line="228" w:lineRule="auto"/>
              <w:jc w:val="center"/>
              <w:rPr>
                <w:sz w:val="15"/>
                <w:szCs w:val="15"/>
              </w:rPr>
            </w:pPr>
          </w:p>
        </w:tc>
      </w:tr>
    </w:tbl>
    <w:p w14:paraId="346EB30F" w14:textId="0BC833FB" w:rsidR="00FB3E7B" w:rsidRPr="00C174A9" w:rsidRDefault="00FB3E7B" w:rsidP="00F16A53">
      <w:pPr>
        <w:spacing w:after="0" w:line="228" w:lineRule="auto"/>
        <w:rPr>
          <w:sz w:val="15"/>
          <w:szCs w:val="15"/>
        </w:rPr>
      </w:pPr>
      <w:r w:rsidRPr="00C174A9">
        <w:rPr>
          <w:sz w:val="15"/>
          <w:szCs w:val="15"/>
        </w:rPr>
        <w:br w:type="page"/>
      </w:r>
    </w:p>
    <w:p w14:paraId="1A7ECD06" w14:textId="77777777" w:rsidR="00D34664" w:rsidRPr="00C174A9" w:rsidRDefault="00D34664" w:rsidP="00F16A53">
      <w:pPr>
        <w:spacing w:after="0" w:line="228" w:lineRule="auto"/>
        <w:rPr>
          <w:sz w:val="15"/>
          <w:szCs w:val="15"/>
        </w:rPr>
      </w:pPr>
    </w:p>
    <w:tbl>
      <w:tblPr>
        <w:tblStyle w:val="Tablaconcuadrcula"/>
        <w:tblW w:w="10078" w:type="dxa"/>
        <w:tblLayout w:type="fixed"/>
        <w:tblLook w:val="04A0" w:firstRow="1" w:lastRow="0" w:firstColumn="1" w:lastColumn="0" w:noHBand="0" w:noVBand="1"/>
      </w:tblPr>
      <w:tblGrid>
        <w:gridCol w:w="2510"/>
        <w:gridCol w:w="2528"/>
        <w:gridCol w:w="449"/>
        <w:gridCol w:w="1984"/>
        <w:gridCol w:w="2607"/>
      </w:tblGrid>
      <w:tr w:rsidR="0063661A" w:rsidRPr="00C174A9" w14:paraId="46286DE0" w14:textId="77777777" w:rsidTr="003E6006">
        <w:trPr>
          <w:cantSplit/>
          <w:trHeight w:val="167"/>
        </w:trPr>
        <w:tc>
          <w:tcPr>
            <w:tcW w:w="10078" w:type="dxa"/>
            <w:gridSpan w:val="5"/>
            <w:shd w:val="clear" w:color="auto" w:fill="000000" w:themeFill="text1"/>
            <w:tcMar>
              <w:top w:w="80" w:type="dxa"/>
              <w:left w:w="100" w:type="dxa"/>
              <w:bottom w:w="80" w:type="dxa"/>
              <w:right w:w="100" w:type="dxa"/>
            </w:tcMar>
            <w:vAlign w:val="center"/>
          </w:tcPr>
          <w:p w14:paraId="0631F8F4" w14:textId="55E19642" w:rsidR="0063661A" w:rsidRPr="00C174A9" w:rsidRDefault="003E6006" w:rsidP="00F16A53">
            <w:pPr>
              <w:spacing w:after="0" w:line="228" w:lineRule="auto"/>
              <w:rPr>
                <w:sz w:val="15"/>
                <w:szCs w:val="15"/>
              </w:rPr>
            </w:pPr>
            <w:r w:rsidRPr="00C174A9">
              <w:rPr>
                <w:b/>
                <w:color w:val="FFFFFF"/>
                <w:sz w:val="15"/>
                <w:szCs w:val="15"/>
              </w:rPr>
              <w:t xml:space="preserve">8. </w:t>
            </w:r>
            <w:r w:rsidR="00EF0F62" w:rsidRPr="00C174A9">
              <w:rPr>
                <w:b/>
                <w:color w:val="FFFFFF"/>
                <w:sz w:val="15"/>
                <w:szCs w:val="15"/>
              </w:rPr>
              <w:t>Firma</w:t>
            </w:r>
            <w:r w:rsidR="00A435A5" w:rsidRPr="00C174A9">
              <w:rPr>
                <w:b/>
                <w:color w:val="FFFFFF"/>
                <w:sz w:val="15"/>
                <w:szCs w:val="15"/>
              </w:rPr>
              <w:t>s</w:t>
            </w:r>
            <w:r w:rsidR="00EF0F62" w:rsidRPr="00C174A9">
              <w:rPr>
                <w:b/>
                <w:color w:val="FFFFFF"/>
                <w:sz w:val="15"/>
                <w:szCs w:val="15"/>
              </w:rPr>
              <w:t xml:space="preserve"> </w:t>
            </w:r>
          </w:p>
        </w:tc>
      </w:tr>
      <w:tr w:rsidR="0063661A" w:rsidRPr="00C174A9" w14:paraId="1F4EB83E" w14:textId="77777777" w:rsidTr="00BF7675">
        <w:trPr>
          <w:cantSplit/>
          <w:trHeight w:val="185"/>
        </w:trPr>
        <w:tc>
          <w:tcPr>
            <w:tcW w:w="5038" w:type="dxa"/>
            <w:gridSpan w:val="2"/>
            <w:tcBorders>
              <w:bottom w:val="single" w:sz="4" w:space="0" w:color="FFFFFF" w:themeColor="background1"/>
            </w:tcBorders>
            <w:tcMar>
              <w:top w:w="80" w:type="dxa"/>
              <w:left w:w="100" w:type="dxa"/>
              <w:bottom w:w="80" w:type="dxa"/>
              <w:right w:w="100" w:type="dxa"/>
            </w:tcMar>
            <w:vAlign w:val="center"/>
          </w:tcPr>
          <w:p w14:paraId="180BFDEC" w14:textId="77777777" w:rsidR="0063661A" w:rsidRPr="00C174A9" w:rsidRDefault="00000000" w:rsidP="00F16A53">
            <w:pPr>
              <w:spacing w:after="0" w:line="228" w:lineRule="auto"/>
              <w:jc w:val="center"/>
              <w:rPr>
                <w:sz w:val="15"/>
                <w:szCs w:val="15"/>
              </w:rPr>
            </w:pPr>
            <w:r w:rsidRPr="00C174A9">
              <w:rPr>
                <w:b/>
                <w:sz w:val="15"/>
                <w:szCs w:val="15"/>
              </w:rPr>
              <w:t>PERSONA SALIENTE</w:t>
            </w:r>
          </w:p>
        </w:tc>
        <w:tc>
          <w:tcPr>
            <w:tcW w:w="5040" w:type="dxa"/>
            <w:gridSpan w:val="3"/>
            <w:tcBorders>
              <w:bottom w:val="single" w:sz="4" w:space="0" w:color="FFFFFF" w:themeColor="background1"/>
            </w:tcBorders>
            <w:tcMar>
              <w:top w:w="80" w:type="dxa"/>
              <w:left w:w="100" w:type="dxa"/>
              <w:bottom w:w="80" w:type="dxa"/>
              <w:right w:w="100" w:type="dxa"/>
            </w:tcMar>
            <w:vAlign w:val="center"/>
          </w:tcPr>
          <w:p w14:paraId="1F190E85" w14:textId="7C8C3BC8" w:rsidR="0063661A" w:rsidRPr="00C174A9" w:rsidRDefault="00000000" w:rsidP="00F16A53">
            <w:pPr>
              <w:spacing w:after="0" w:line="228" w:lineRule="auto"/>
              <w:jc w:val="center"/>
              <w:rPr>
                <w:sz w:val="15"/>
                <w:szCs w:val="15"/>
              </w:rPr>
            </w:pPr>
            <w:r w:rsidRPr="00C174A9">
              <w:rPr>
                <w:b/>
                <w:sz w:val="15"/>
                <w:szCs w:val="15"/>
              </w:rPr>
              <w:t xml:space="preserve">PERSONA </w:t>
            </w:r>
            <w:r w:rsidR="00FB3E7B" w:rsidRPr="00C174A9">
              <w:rPr>
                <w:b/>
                <w:sz w:val="15"/>
                <w:szCs w:val="15"/>
              </w:rPr>
              <w:t>QUE RECIBE</w:t>
            </w:r>
          </w:p>
        </w:tc>
      </w:tr>
      <w:tr w:rsidR="0063661A" w:rsidRPr="00C174A9" w14:paraId="06684BC9" w14:textId="77777777" w:rsidTr="00BF7675">
        <w:trPr>
          <w:cantSplit/>
          <w:trHeight w:val="1796"/>
        </w:trPr>
        <w:tc>
          <w:tcPr>
            <w:tcW w:w="5038" w:type="dxa"/>
            <w:gridSpan w:val="2"/>
            <w:tcBorders>
              <w:top w:val="single" w:sz="4" w:space="0" w:color="FFFFFF" w:themeColor="background1"/>
            </w:tcBorders>
            <w:tcMar>
              <w:top w:w="80" w:type="dxa"/>
              <w:left w:w="100" w:type="dxa"/>
              <w:bottom w:w="80" w:type="dxa"/>
              <w:right w:w="100" w:type="dxa"/>
            </w:tcMar>
            <w:vAlign w:val="bottom"/>
          </w:tcPr>
          <w:p w14:paraId="42CBA41A" w14:textId="77777777" w:rsidR="0063661A" w:rsidRPr="00C174A9" w:rsidRDefault="00BC7ACB" w:rsidP="00F16A53">
            <w:pPr>
              <w:spacing w:after="0" w:line="228" w:lineRule="auto"/>
              <w:jc w:val="center"/>
              <w:rPr>
                <w:color w:val="666666"/>
                <w:sz w:val="15"/>
                <w:szCs w:val="15"/>
              </w:rPr>
            </w:pPr>
            <w:r w:rsidRPr="00C174A9">
              <w:rPr>
                <w:color w:val="666666"/>
                <w:sz w:val="15"/>
                <w:szCs w:val="15"/>
              </w:rPr>
              <w:t>Firma autógrafa</w:t>
            </w:r>
          </w:p>
          <w:p w14:paraId="29FEF7A5" w14:textId="61C37300" w:rsidR="00BC7ACB" w:rsidRPr="00C174A9" w:rsidRDefault="00376A63" w:rsidP="00F16A53">
            <w:pPr>
              <w:spacing w:after="0" w:line="228" w:lineRule="auto"/>
              <w:jc w:val="center"/>
              <w:rPr>
                <w:sz w:val="15"/>
                <w:szCs w:val="15"/>
              </w:rPr>
            </w:pPr>
            <w:r w:rsidRPr="00C174A9">
              <w:rPr>
                <w:sz w:val="15"/>
                <w:szCs w:val="15"/>
                <w:highlight w:val="yellow"/>
              </w:rPr>
              <w:t>(</w:t>
            </w:r>
            <w:r w:rsidR="00AA65D9" w:rsidRPr="00C174A9">
              <w:rPr>
                <w:sz w:val="15"/>
                <w:szCs w:val="15"/>
                <w:highlight w:val="yellow"/>
              </w:rPr>
              <w:t>5</w:t>
            </w:r>
            <w:r w:rsidR="00FB3E7B" w:rsidRPr="00C174A9">
              <w:rPr>
                <w:sz w:val="15"/>
                <w:szCs w:val="15"/>
                <w:highlight w:val="yellow"/>
              </w:rPr>
              <w:t>3</w:t>
            </w:r>
            <w:r w:rsidRPr="00C174A9">
              <w:rPr>
                <w:sz w:val="15"/>
                <w:szCs w:val="15"/>
                <w:highlight w:val="yellow"/>
              </w:rPr>
              <w:t>) Nombre completo</w:t>
            </w:r>
            <w:r w:rsidR="00FB3E7B" w:rsidRPr="00C174A9">
              <w:rPr>
                <w:sz w:val="15"/>
                <w:szCs w:val="15"/>
                <w:highlight w:val="yellow"/>
              </w:rPr>
              <w:t xml:space="preserve"> de la persona saliente</w:t>
            </w:r>
          </w:p>
        </w:tc>
        <w:tc>
          <w:tcPr>
            <w:tcW w:w="5040" w:type="dxa"/>
            <w:gridSpan w:val="3"/>
            <w:tcBorders>
              <w:top w:val="single" w:sz="4" w:space="0" w:color="FFFFFF" w:themeColor="background1"/>
            </w:tcBorders>
            <w:tcMar>
              <w:top w:w="80" w:type="dxa"/>
              <w:left w:w="100" w:type="dxa"/>
              <w:bottom w:w="80" w:type="dxa"/>
              <w:right w:w="100" w:type="dxa"/>
            </w:tcMar>
            <w:vAlign w:val="bottom"/>
          </w:tcPr>
          <w:p w14:paraId="4099F666" w14:textId="77777777" w:rsidR="0063661A" w:rsidRPr="00C174A9" w:rsidRDefault="00BC7ACB" w:rsidP="00F16A53">
            <w:pPr>
              <w:spacing w:after="0" w:line="228" w:lineRule="auto"/>
              <w:jc w:val="center"/>
              <w:rPr>
                <w:color w:val="666666"/>
                <w:sz w:val="15"/>
                <w:szCs w:val="15"/>
              </w:rPr>
            </w:pPr>
            <w:r w:rsidRPr="00C174A9">
              <w:rPr>
                <w:color w:val="666666"/>
                <w:sz w:val="15"/>
                <w:szCs w:val="15"/>
              </w:rPr>
              <w:t>Firma autógrafa</w:t>
            </w:r>
          </w:p>
          <w:p w14:paraId="356F359B" w14:textId="1C7AE3B6" w:rsidR="00BC7ACB" w:rsidRPr="00C174A9" w:rsidRDefault="00376A63" w:rsidP="00F16A53">
            <w:pPr>
              <w:spacing w:after="0" w:line="228" w:lineRule="auto"/>
              <w:jc w:val="center"/>
              <w:rPr>
                <w:sz w:val="15"/>
                <w:szCs w:val="15"/>
              </w:rPr>
            </w:pPr>
            <w:r w:rsidRPr="00C174A9">
              <w:rPr>
                <w:sz w:val="15"/>
                <w:szCs w:val="15"/>
                <w:highlight w:val="yellow"/>
              </w:rPr>
              <w:t>(</w:t>
            </w:r>
            <w:r w:rsidR="00AA65D9" w:rsidRPr="00C174A9">
              <w:rPr>
                <w:sz w:val="15"/>
                <w:szCs w:val="15"/>
                <w:highlight w:val="yellow"/>
              </w:rPr>
              <w:t>5</w:t>
            </w:r>
            <w:r w:rsidR="00FB3E7B" w:rsidRPr="00C174A9">
              <w:rPr>
                <w:sz w:val="15"/>
                <w:szCs w:val="15"/>
                <w:highlight w:val="yellow"/>
              </w:rPr>
              <w:t>4</w:t>
            </w:r>
            <w:r w:rsidRPr="00C174A9">
              <w:rPr>
                <w:sz w:val="15"/>
                <w:szCs w:val="15"/>
                <w:highlight w:val="yellow"/>
              </w:rPr>
              <w:t>) Nombre completo</w:t>
            </w:r>
            <w:r w:rsidR="00FB3E7B" w:rsidRPr="00C174A9">
              <w:rPr>
                <w:sz w:val="15"/>
                <w:szCs w:val="15"/>
                <w:highlight w:val="yellow"/>
              </w:rPr>
              <w:t xml:space="preserve"> de la persona que recibe</w:t>
            </w:r>
          </w:p>
        </w:tc>
      </w:tr>
      <w:tr w:rsidR="0063661A" w:rsidRPr="00C174A9" w14:paraId="7CCE65A5" w14:textId="77777777" w:rsidTr="00BF7675">
        <w:trPr>
          <w:cantSplit/>
          <w:trHeight w:val="249"/>
        </w:trPr>
        <w:tc>
          <w:tcPr>
            <w:tcW w:w="2510" w:type="dxa"/>
            <w:shd w:val="clear" w:color="auto" w:fill="BFBFBF" w:themeFill="background1" w:themeFillShade="BF"/>
            <w:tcMar>
              <w:top w:w="80" w:type="dxa"/>
              <w:left w:w="100" w:type="dxa"/>
              <w:bottom w:w="80" w:type="dxa"/>
              <w:right w:w="100" w:type="dxa"/>
            </w:tcMar>
            <w:vAlign w:val="center"/>
          </w:tcPr>
          <w:p w14:paraId="60FAF398" w14:textId="7730C180" w:rsidR="0063661A" w:rsidRPr="00C174A9" w:rsidRDefault="00000000" w:rsidP="00F16A53">
            <w:pPr>
              <w:spacing w:after="0" w:line="228" w:lineRule="auto"/>
              <w:jc w:val="center"/>
              <w:rPr>
                <w:sz w:val="15"/>
                <w:szCs w:val="15"/>
              </w:rPr>
            </w:pPr>
            <w:r w:rsidRPr="00C174A9">
              <w:rPr>
                <w:b/>
                <w:color w:val="1F1F1F"/>
                <w:sz w:val="15"/>
                <w:szCs w:val="15"/>
              </w:rPr>
              <w:t>Lugar</w:t>
            </w:r>
            <w:r w:rsidR="00BC7ACB" w:rsidRPr="00C174A9">
              <w:rPr>
                <w:b/>
                <w:color w:val="1F1F1F"/>
                <w:sz w:val="15"/>
                <w:szCs w:val="15"/>
              </w:rPr>
              <w:t xml:space="preserve"> y fecha</w:t>
            </w:r>
            <w:r w:rsidRPr="00C174A9">
              <w:rPr>
                <w:b/>
                <w:color w:val="1F1F1F"/>
                <w:sz w:val="15"/>
                <w:szCs w:val="15"/>
              </w:rPr>
              <w:t xml:space="preserve"> de suscripción</w:t>
            </w:r>
          </w:p>
        </w:tc>
        <w:tc>
          <w:tcPr>
            <w:tcW w:w="7568" w:type="dxa"/>
            <w:gridSpan w:val="4"/>
            <w:tcMar>
              <w:top w:w="80" w:type="dxa"/>
              <w:left w:w="100" w:type="dxa"/>
              <w:bottom w:w="80" w:type="dxa"/>
              <w:right w:w="100" w:type="dxa"/>
            </w:tcMar>
            <w:vAlign w:val="center"/>
          </w:tcPr>
          <w:p w14:paraId="166005E2" w14:textId="19BED033" w:rsidR="0063661A" w:rsidRPr="00C174A9" w:rsidRDefault="00376A63" w:rsidP="00F16A53">
            <w:pPr>
              <w:spacing w:after="0" w:line="228" w:lineRule="auto"/>
              <w:rPr>
                <w:sz w:val="15"/>
                <w:szCs w:val="15"/>
                <w:highlight w:val="yellow"/>
              </w:rPr>
            </w:pPr>
            <w:r w:rsidRPr="00C174A9">
              <w:rPr>
                <w:sz w:val="15"/>
                <w:szCs w:val="15"/>
                <w:highlight w:val="yellow"/>
              </w:rPr>
              <w:t>(</w:t>
            </w:r>
            <w:r w:rsidR="00AA65D9" w:rsidRPr="00C174A9">
              <w:rPr>
                <w:sz w:val="15"/>
                <w:szCs w:val="15"/>
                <w:highlight w:val="yellow"/>
              </w:rPr>
              <w:t>5</w:t>
            </w:r>
            <w:r w:rsidR="00FB3E7B" w:rsidRPr="00C174A9">
              <w:rPr>
                <w:sz w:val="15"/>
                <w:szCs w:val="15"/>
                <w:highlight w:val="yellow"/>
              </w:rPr>
              <w:t>5</w:t>
            </w:r>
            <w:r w:rsidR="00AA65D9" w:rsidRPr="00C174A9">
              <w:rPr>
                <w:sz w:val="15"/>
                <w:szCs w:val="15"/>
                <w:highlight w:val="yellow"/>
              </w:rPr>
              <w:t>)</w:t>
            </w:r>
            <w:r w:rsidRPr="00C174A9">
              <w:rPr>
                <w:sz w:val="15"/>
                <w:szCs w:val="15"/>
                <w:highlight w:val="yellow"/>
              </w:rPr>
              <w:t xml:space="preserve"> Lugar; (</w:t>
            </w:r>
            <w:r w:rsidR="00AA65D9" w:rsidRPr="00C174A9">
              <w:rPr>
                <w:sz w:val="15"/>
                <w:szCs w:val="15"/>
                <w:highlight w:val="yellow"/>
              </w:rPr>
              <w:t>5</w:t>
            </w:r>
            <w:r w:rsidR="00FB3E7B" w:rsidRPr="00C174A9">
              <w:rPr>
                <w:sz w:val="15"/>
                <w:szCs w:val="15"/>
                <w:highlight w:val="yellow"/>
              </w:rPr>
              <w:t>6</w:t>
            </w:r>
            <w:r w:rsidRPr="00C174A9">
              <w:rPr>
                <w:sz w:val="15"/>
                <w:szCs w:val="15"/>
                <w:highlight w:val="yellow"/>
              </w:rPr>
              <w:t>) día de mes de año</w:t>
            </w:r>
          </w:p>
        </w:tc>
      </w:tr>
      <w:tr w:rsidR="00BF7675" w:rsidRPr="00C174A9" w14:paraId="6FEA8666" w14:textId="0062E9A2" w:rsidTr="00BF7675">
        <w:trPr>
          <w:cantSplit/>
          <w:trHeight w:val="185"/>
        </w:trPr>
        <w:tc>
          <w:tcPr>
            <w:tcW w:w="2510" w:type="dxa"/>
            <w:shd w:val="clear" w:color="auto" w:fill="BFBFBF" w:themeFill="background1" w:themeFillShade="BF"/>
            <w:tcMar>
              <w:top w:w="80" w:type="dxa"/>
              <w:left w:w="100" w:type="dxa"/>
              <w:bottom w:w="80" w:type="dxa"/>
              <w:right w:w="100" w:type="dxa"/>
            </w:tcMar>
            <w:vAlign w:val="center"/>
          </w:tcPr>
          <w:p w14:paraId="09053D8D" w14:textId="77777777" w:rsidR="00BF7675" w:rsidRPr="00C174A9" w:rsidRDefault="00BF7675" w:rsidP="00BF7675">
            <w:pPr>
              <w:spacing w:after="0" w:line="228" w:lineRule="auto"/>
              <w:jc w:val="center"/>
              <w:rPr>
                <w:sz w:val="15"/>
                <w:szCs w:val="15"/>
              </w:rPr>
            </w:pPr>
            <w:r w:rsidRPr="00C174A9">
              <w:rPr>
                <w:b/>
                <w:color w:val="1F1F1F"/>
                <w:sz w:val="15"/>
                <w:szCs w:val="15"/>
              </w:rPr>
              <w:t>Número total de anexos</w:t>
            </w:r>
          </w:p>
        </w:tc>
        <w:tc>
          <w:tcPr>
            <w:tcW w:w="2977" w:type="dxa"/>
            <w:gridSpan w:val="2"/>
            <w:tcMar>
              <w:top w:w="80" w:type="dxa"/>
              <w:left w:w="100" w:type="dxa"/>
              <w:bottom w:w="80" w:type="dxa"/>
              <w:right w:w="100" w:type="dxa"/>
            </w:tcMar>
            <w:vAlign w:val="center"/>
          </w:tcPr>
          <w:p w14:paraId="2916EF64" w14:textId="3C5E05FC" w:rsidR="00BF7675" w:rsidRPr="00C174A9" w:rsidRDefault="00BF7675" w:rsidP="00BF7675">
            <w:pPr>
              <w:spacing w:after="0" w:line="228" w:lineRule="auto"/>
              <w:rPr>
                <w:sz w:val="15"/>
                <w:szCs w:val="15"/>
                <w:highlight w:val="yellow"/>
              </w:rPr>
            </w:pPr>
            <w:r w:rsidRPr="00C174A9">
              <w:rPr>
                <w:sz w:val="15"/>
                <w:szCs w:val="15"/>
                <w:highlight w:val="yellow"/>
              </w:rPr>
              <w:t>(</w:t>
            </w:r>
            <w:r w:rsidR="00AA65D9" w:rsidRPr="00C174A9">
              <w:rPr>
                <w:sz w:val="15"/>
                <w:szCs w:val="15"/>
                <w:highlight w:val="yellow"/>
              </w:rPr>
              <w:t>5</w:t>
            </w:r>
            <w:r w:rsidR="00FB3E7B" w:rsidRPr="00C174A9">
              <w:rPr>
                <w:sz w:val="15"/>
                <w:szCs w:val="15"/>
                <w:highlight w:val="yellow"/>
              </w:rPr>
              <w:t>7</w:t>
            </w:r>
            <w:r w:rsidRPr="00C174A9">
              <w:rPr>
                <w:sz w:val="15"/>
                <w:szCs w:val="15"/>
                <w:highlight w:val="yellow"/>
              </w:rPr>
              <w:t>) Cantidad con número</w:t>
            </w:r>
          </w:p>
        </w:tc>
        <w:tc>
          <w:tcPr>
            <w:tcW w:w="1984" w:type="dxa"/>
            <w:shd w:val="clear" w:color="auto" w:fill="BFBFBF" w:themeFill="background1" w:themeFillShade="BF"/>
            <w:vAlign w:val="center"/>
          </w:tcPr>
          <w:p w14:paraId="5BCC165A" w14:textId="3DBC0B42" w:rsidR="00BF7675" w:rsidRPr="00C174A9" w:rsidRDefault="00BF7675" w:rsidP="00BF7675">
            <w:pPr>
              <w:spacing w:after="0" w:line="228" w:lineRule="auto"/>
              <w:jc w:val="center"/>
              <w:rPr>
                <w:sz w:val="15"/>
                <w:szCs w:val="15"/>
                <w:highlight w:val="yellow"/>
              </w:rPr>
            </w:pPr>
            <w:r w:rsidRPr="00C174A9">
              <w:rPr>
                <w:b/>
                <w:color w:val="1F1F1F"/>
                <w:sz w:val="15"/>
                <w:szCs w:val="15"/>
              </w:rPr>
              <w:t>Número total de fojas de formato y anexos</w:t>
            </w:r>
          </w:p>
        </w:tc>
        <w:tc>
          <w:tcPr>
            <w:tcW w:w="2607" w:type="dxa"/>
            <w:vAlign w:val="center"/>
          </w:tcPr>
          <w:p w14:paraId="6DA9AD1D" w14:textId="09E8224C" w:rsidR="00BF7675" w:rsidRPr="00C174A9" w:rsidRDefault="00BF7675" w:rsidP="00BF7675">
            <w:pPr>
              <w:spacing w:after="0" w:line="228" w:lineRule="auto"/>
              <w:rPr>
                <w:sz w:val="15"/>
                <w:szCs w:val="15"/>
                <w:highlight w:val="yellow"/>
              </w:rPr>
            </w:pPr>
            <w:r w:rsidRPr="00C174A9">
              <w:rPr>
                <w:sz w:val="15"/>
                <w:szCs w:val="15"/>
                <w:highlight w:val="yellow"/>
              </w:rPr>
              <w:t>(</w:t>
            </w:r>
            <w:r w:rsidR="00B05CDC" w:rsidRPr="00C174A9">
              <w:rPr>
                <w:sz w:val="15"/>
                <w:szCs w:val="15"/>
                <w:highlight w:val="yellow"/>
              </w:rPr>
              <w:t>5</w:t>
            </w:r>
            <w:r w:rsidR="00FB3E7B" w:rsidRPr="00C174A9">
              <w:rPr>
                <w:sz w:val="15"/>
                <w:szCs w:val="15"/>
                <w:highlight w:val="yellow"/>
              </w:rPr>
              <w:t>8</w:t>
            </w:r>
            <w:r w:rsidRPr="00C174A9">
              <w:rPr>
                <w:sz w:val="15"/>
                <w:szCs w:val="15"/>
                <w:highlight w:val="yellow"/>
              </w:rPr>
              <w:t>) Cantidad con número y letra</w:t>
            </w:r>
          </w:p>
        </w:tc>
      </w:tr>
    </w:tbl>
    <w:p w14:paraId="04DF3060" w14:textId="77777777" w:rsidR="00EF7B79" w:rsidRPr="00C174A9" w:rsidRDefault="00EF7B79" w:rsidP="00F16A53">
      <w:pPr>
        <w:spacing w:after="0" w:line="228" w:lineRule="auto"/>
      </w:pPr>
    </w:p>
    <w:sectPr w:rsidR="00EF7B79" w:rsidRPr="00C174A9" w:rsidSect="00F16A53">
      <w:headerReference w:type="even" r:id="rId8"/>
      <w:headerReference w:type="default" r:id="rId9"/>
      <w:footerReference w:type="even" r:id="rId10"/>
      <w:footerReference w:type="default" r:id="rId11"/>
      <w:headerReference w:type="first" r:id="rId12"/>
      <w:footerReference w:type="first" r:id="rId13"/>
      <w:pgSz w:w="12240" w:h="15840"/>
      <w:pgMar w:top="1276" w:right="1183" w:bottom="851" w:left="1134" w:header="42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A681" w14:textId="77777777" w:rsidR="000564D0" w:rsidRDefault="000564D0">
      <w:pPr>
        <w:spacing w:after="0"/>
      </w:pPr>
      <w:r>
        <w:separator/>
      </w:r>
    </w:p>
  </w:endnote>
  <w:endnote w:type="continuationSeparator" w:id="0">
    <w:p w14:paraId="464DBF44" w14:textId="77777777" w:rsidR="000564D0" w:rsidRDefault="000564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0689" w14:textId="77777777" w:rsidR="00973F8C" w:rsidRDefault="00973F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0E3D" w14:textId="024F8953" w:rsidR="007B7934" w:rsidRDefault="007B7934" w:rsidP="007B7934">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w:t>
    </w:r>
    <w:r w:rsidRPr="005F1722">
      <w:rPr>
        <w:sz w:val="14"/>
        <w:szCs w:val="14"/>
        <w:highlight w:val="yellow"/>
      </w:rPr>
      <w:t>)</w:t>
    </w:r>
  </w:p>
  <w:p w14:paraId="0F631547" w14:textId="77777777" w:rsidR="007B7934" w:rsidRDefault="007B7934" w:rsidP="007B7934">
    <w:pPr>
      <w:pStyle w:val="Piedepgina"/>
      <w:rPr>
        <w:sz w:val="14"/>
        <w:szCs w:val="14"/>
      </w:rPr>
    </w:pPr>
  </w:p>
  <w:p w14:paraId="47A36094" w14:textId="1A908AC3" w:rsidR="0063661A" w:rsidRPr="00F739A2" w:rsidRDefault="00000000">
    <w:pPr>
      <w:pStyle w:val="Piedepgina"/>
      <w:jc w:val="center"/>
      <w:rPr>
        <w:sz w:val="12"/>
        <w:szCs w:val="12"/>
      </w:rPr>
    </w:pPr>
    <w:r w:rsidRPr="00214A12">
      <w:rPr>
        <w:sz w:val="12"/>
        <w:szCs w:val="12"/>
      </w:rPr>
      <w:t xml:space="preserve">Foja </w:t>
    </w:r>
    <w:r w:rsidRPr="00214A12">
      <w:rPr>
        <w:sz w:val="12"/>
        <w:szCs w:val="12"/>
      </w:rPr>
      <w:fldChar w:fldCharType="begin"/>
    </w:r>
    <w:r w:rsidRPr="00214A12">
      <w:rPr>
        <w:sz w:val="12"/>
        <w:szCs w:val="12"/>
      </w:rPr>
      <w:instrText>PAGE</w:instrText>
    </w:r>
    <w:r w:rsidRPr="00214A12">
      <w:rPr>
        <w:sz w:val="12"/>
        <w:szCs w:val="12"/>
      </w:rPr>
      <w:fldChar w:fldCharType="separate"/>
    </w:r>
    <w:r w:rsidR="00EF0F62" w:rsidRPr="00214A12">
      <w:rPr>
        <w:noProof/>
        <w:sz w:val="12"/>
        <w:szCs w:val="12"/>
      </w:rPr>
      <w:t>1</w:t>
    </w:r>
    <w:r w:rsidRPr="00214A12">
      <w:rPr>
        <w:sz w:val="12"/>
        <w:szCs w:val="12"/>
      </w:rPr>
      <w:fldChar w:fldCharType="end"/>
    </w:r>
    <w:r w:rsidRPr="00214A12">
      <w:rPr>
        <w:sz w:val="12"/>
        <w:szCs w:val="12"/>
      </w:rPr>
      <w:t xml:space="preserve"> de </w:t>
    </w:r>
    <w:r w:rsidRPr="00214A12">
      <w:rPr>
        <w:sz w:val="12"/>
        <w:szCs w:val="12"/>
      </w:rPr>
      <w:fldChar w:fldCharType="begin"/>
    </w:r>
    <w:r w:rsidRPr="00214A12">
      <w:rPr>
        <w:sz w:val="12"/>
        <w:szCs w:val="12"/>
      </w:rPr>
      <w:instrText>NUMPAGES</w:instrText>
    </w:r>
    <w:r w:rsidRPr="00214A12">
      <w:rPr>
        <w:sz w:val="12"/>
        <w:szCs w:val="12"/>
      </w:rPr>
      <w:fldChar w:fldCharType="separate"/>
    </w:r>
    <w:r w:rsidR="00EF0F62" w:rsidRPr="00214A12">
      <w:rPr>
        <w:noProof/>
        <w:sz w:val="12"/>
        <w:szCs w:val="12"/>
      </w:rPr>
      <w:t>2</w:t>
    </w:r>
    <w:r w:rsidRPr="00214A12">
      <w:rPr>
        <w:sz w:val="12"/>
        <w:szCs w:val="12"/>
      </w:rPr>
      <w:fldChar w:fldCharType="end"/>
    </w:r>
    <w:r w:rsidRPr="00214A12">
      <w:rPr>
        <w:sz w:val="12"/>
        <w:szCs w:val="12"/>
      </w:rPr>
      <w:t xml:space="preserve">  |  Ejemplar: </w:t>
    </w:r>
    <w:sdt>
      <w:sdtPr>
        <w:rPr>
          <w:sz w:val="12"/>
          <w:szCs w:val="12"/>
          <w:highlight w:val="yellow"/>
        </w:rPr>
        <w:alias w:val="CAMPO_II"/>
        <w:tag w:val="CAMPO_II"/>
        <w:id w:val="-123075654"/>
        <w:dropDownList>
          <w:listItem w:displayText="Seleccione (II)" w:value="Seleccione (II)"/>
          <w:listItem w:displayText="Persona saliente" w:value="Persona saliente"/>
          <w:listItem w:displayText="Persona que recibe" w:value="Persona que recibe"/>
          <w:listItem w:displayText="Área de Actos de Entrega y Recepción de la Contraloría General" w:value="Área de Actos de Entrega y Recepción de la Contraloría General"/>
        </w:dropDownList>
      </w:sdtPr>
      <w:sdtContent>
        <w:r w:rsidR="007B7934">
          <w:rPr>
            <w:sz w:val="12"/>
            <w:szCs w:val="12"/>
            <w:highlight w:val="yellow"/>
          </w:rPr>
          <w:t>Seleccione (II)</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627D" w14:textId="77777777" w:rsidR="00973F8C" w:rsidRDefault="00973F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8DD20" w14:textId="77777777" w:rsidR="000564D0" w:rsidRDefault="000564D0">
      <w:pPr>
        <w:spacing w:after="0"/>
      </w:pPr>
      <w:r>
        <w:separator/>
      </w:r>
    </w:p>
  </w:footnote>
  <w:footnote w:type="continuationSeparator" w:id="0">
    <w:p w14:paraId="1D5FC1BF" w14:textId="77777777" w:rsidR="000564D0" w:rsidRDefault="000564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7598" w14:textId="77777777" w:rsidR="00973F8C" w:rsidRDefault="00973F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CA42" w14:textId="3DBCE016" w:rsidR="0063661A" w:rsidRPr="00F739A2" w:rsidRDefault="0063661A" w:rsidP="00376A63">
    <w:pPr>
      <w:pStyle w:val="Encabezado"/>
      <w:jc w:val="center"/>
      <w:rPr>
        <w:b/>
        <w:sz w:val="15"/>
        <w:szCs w:val="15"/>
      </w:rPr>
    </w:pPr>
  </w:p>
  <w:tbl>
    <w:tblPr>
      <w:tblStyle w:val="Tablaconcuadrcula"/>
      <w:tblW w:w="0" w:type="auto"/>
      <w:tblInd w:w="38" w:type="dxa"/>
      <w:tblLayout w:type="fixed"/>
      <w:tblLook w:val="04A0" w:firstRow="1" w:lastRow="0" w:firstColumn="1" w:lastColumn="0" w:noHBand="0" w:noVBand="1"/>
    </w:tblPr>
    <w:tblGrid>
      <w:gridCol w:w="2004"/>
      <w:gridCol w:w="5437"/>
      <w:gridCol w:w="503"/>
      <w:gridCol w:w="2049"/>
    </w:tblGrid>
    <w:tr w:rsidR="00F739A2" w14:paraId="5484DBEF" w14:textId="6147E3A2" w:rsidTr="00171241">
      <w:trPr>
        <w:trHeight w:val="173"/>
      </w:trPr>
      <w:tc>
        <w:tcPr>
          <w:tcW w:w="2004" w:type="dxa"/>
          <w:vMerge w:val="restart"/>
          <w:tcBorders>
            <w:top w:val="nil"/>
            <w:left w:val="nil"/>
            <w:bottom w:val="nil"/>
            <w:right w:val="nil"/>
          </w:tcBorders>
        </w:tcPr>
        <w:p w14:paraId="7C5983BC" w14:textId="7F17ECEE" w:rsidR="00F739A2" w:rsidRDefault="00F739A2" w:rsidP="00F739A2">
          <w:pPr>
            <w:pStyle w:val="Encabezado"/>
            <w:rPr>
              <w:b/>
              <w:sz w:val="16"/>
              <w:szCs w:val="16"/>
            </w:rPr>
          </w:pPr>
          <w:r w:rsidRPr="008B0742">
            <w:rPr>
              <w:rFonts w:cs="Arial"/>
              <w:noProof/>
              <w:sz w:val="14"/>
              <w:szCs w:val="14"/>
            </w:rPr>
            <mc:AlternateContent>
              <mc:Choice Requires="wps">
                <w:drawing>
                  <wp:inline distT="0" distB="0" distL="0" distR="0" wp14:anchorId="53E96234" wp14:editId="1D67A5CC">
                    <wp:extent cx="1155560" cy="425450"/>
                    <wp:effectExtent l="0" t="0" r="26035" b="1270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560" cy="425450"/>
                            </a:xfrm>
                            <a:prstGeom prst="rect">
                              <a:avLst/>
                            </a:prstGeom>
                            <a:solidFill>
                              <a:srgbClr val="FFFFFF"/>
                            </a:solidFill>
                            <a:ln w="9525">
                              <a:solidFill>
                                <a:srgbClr val="000000"/>
                              </a:solidFill>
                              <a:miter lim="800000"/>
                              <a:headEnd/>
                              <a:tailEnd/>
                            </a:ln>
                          </wps:spPr>
                          <wps:txb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wps:txbx>
                          <wps:bodyPr rot="0" vert="horz" wrap="square" lIns="91440" tIns="45720" rIns="91440" bIns="45720" anchor="t" anchorCtr="0">
                            <a:noAutofit/>
                          </wps:bodyPr>
                        </wps:wsp>
                      </a:graphicData>
                    </a:graphic>
                  </wp:inline>
                </w:drawing>
              </mc:Choice>
              <mc:Fallback>
                <w:pict>
                  <v:shapetype w14:anchorId="53E96234" id="_x0000_t202" coordsize="21600,21600" o:spt="202" path="m,l,21600r21600,l21600,xe">
                    <v:stroke joinstyle="miter"/>
                    <v:path gradientshapeok="t" o:connecttype="rect"/>
                  </v:shapetype>
                  <v:shape id="Cuadro de texto 2" o:spid="_x0000_s1026" type="#_x0000_t202" style="width:91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">
                    <v:textbo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v:textbox>
                    <w10:anchorlock/>
                  </v:shape>
                </w:pict>
              </mc:Fallback>
            </mc:AlternateContent>
          </w:r>
        </w:p>
      </w:tc>
      <w:tc>
        <w:tcPr>
          <w:tcW w:w="5437" w:type="dxa"/>
          <w:vMerge w:val="restart"/>
          <w:tcBorders>
            <w:top w:val="nil"/>
            <w:left w:val="nil"/>
            <w:bottom w:val="nil"/>
            <w:right w:val="nil"/>
          </w:tcBorders>
          <w:vAlign w:val="center"/>
        </w:tcPr>
        <w:p w14:paraId="11ED817D" w14:textId="166D23F5" w:rsidR="00F739A2" w:rsidRPr="00376A63" w:rsidRDefault="00F739A2" w:rsidP="00F739A2">
          <w:pPr>
            <w:spacing w:after="0" w:line="230" w:lineRule="auto"/>
            <w:jc w:val="center"/>
            <w:rPr>
              <w:sz w:val="18"/>
              <w:szCs w:val="18"/>
            </w:rPr>
          </w:pPr>
          <w:r w:rsidRPr="00376A63">
            <w:rPr>
              <w:b/>
              <w:sz w:val="18"/>
              <w:szCs w:val="18"/>
            </w:rPr>
            <w:t xml:space="preserve">FORMATO DE ENTREGA SIMPLIFICADA </w:t>
          </w:r>
          <w:r w:rsidR="00C82D3D">
            <w:rPr>
              <w:b/>
              <w:sz w:val="18"/>
              <w:szCs w:val="18"/>
            </w:rPr>
            <w:t>TEMPORAL</w:t>
          </w:r>
        </w:p>
        <w:p w14:paraId="111FC932" w14:textId="26831F7C" w:rsidR="00F739A2" w:rsidRDefault="00F739A2" w:rsidP="00F739A2">
          <w:pPr>
            <w:pStyle w:val="Encabezado"/>
            <w:jc w:val="center"/>
            <w:rPr>
              <w:b/>
              <w:sz w:val="16"/>
              <w:szCs w:val="16"/>
            </w:rPr>
          </w:pPr>
          <w:r w:rsidRPr="00F739A2">
            <w:rPr>
              <w:b/>
              <w:sz w:val="15"/>
              <w:szCs w:val="15"/>
            </w:rPr>
            <w:t xml:space="preserve">PERSONA SALIENTE A PERSONA </w:t>
          </w:r>
          <w:r w:rsidR="00C82D3D">
            <w:rPr>
              <w:b/>
              <w:sz w:val="15"/>
              <w:szCs w:val="15"/>
            </w:rPr>
            <w:t>QUE RECIBE</w:t>
          </w:r>
        </w:p>
      </w:tc>
      <w:tc>
        <w:tcPr>
          <w:tcW w:w="503" w:type="dxa"/>
          <w:tcBorders>
            <w:top w:val="single" w:sz="4" w:space="0" w:color="FFFFFF" w:themeColor="background1"/>
            <w:left w:val="nil"/>
            <w:bottom w:val="single" w:sz="4" w:space="0" w:color="FFFFFF"/>
            <w:right w:val="single" w:sz="4" w:space="0" w:color="FFFFFF" w:themeColor="background1"/>
          </w:tcBorders>
          <w:vAlign w:val="center"/>
        </w:tcPr>
        <w:p w14:paraId="0B764D6C" w14:textId="3A58FDCB" w:rsidR="00F739A2" w:rsidRPr="00F739A2" w:rsidRDefault="00F739A2" w:rsidP="00F739A2">
          <w:pPr>
            <w:pStyle w:val="Encabezado"/>
            <w:jc w:val="center"/>
            <w:rPr>
              <w:b/>
              <w:sz w:val="15"/>
              <w:szCs w:val="15"/>
            </w:rPr>
          </w:pPr>
        </w:p>
      </w:tc>
      <w:tc>
        <w:tcPr>
          <w:tcW w:w="2049" w:type="dxa"/>
          <w:tcBorders>
            <w:top w:val="single" w:sz="4" w:space="0" w:color="FFFFFF"/>
            <w:left w:val="single" w:sz="4" w:space="0" w:color="FFFFFF" w:themeColor="background1"/>
            <w:bottom w:val="single" w:sz="4" w:space="0" w:color="000000"/>
            <w:right w:val="single" w:sz="4" w:space="0" w:color="FFFFFF"/>
          </w:tcBorders>
          <w:vAlign w:val="center"/>
        </w:tcPr>
        <w:p w14:paraId="1DF4AC99" w14:textId="0D20B1FD" w:rsidR="00F739A2" w:rsidRPr="00F739A2" w:rsidRDefault="00F739A2" w:rsidP="00F739A2">
          <w:pPr>
            <w:pStyle w:val="Encabezado"/>
            <w:jc w:val="center"/>
            <w:rPr>
              <w:b/>
              <w:sz w:val="15"/>
              <w:szCs w:val="15"/>
            </w:rPr>
          </w:pPr>
        </w:p>
      </w:tc>
    </w:tr>
    <w:tr w:rsidR="00F739A2" w14:paraId="200DF71D" w14:textId="77777777" w:rsidTr="00171241">
      <w:trPr>
        <w:trHeight w:val="316"/>
      </w:trPr>
      <w:tc>
        <w:tcPr>
          <w:tcW w:w="2004" w:type="dxa"/>
          <w:vMerge/>
          <w:tcBorders>
            <w:top w:val="nil"/>
            <w:left w:val="nil"/>
            <w:bottom w:val="nil"/>
            <w:right w:val="nil"/>
          </w:tcBorders>
        </w:tcPr>
        <w:p w14:paraId="7D6B21DC"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11FEEE7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auto"/>
          </w:tcBorders>
          <w:vAlign w:val="center"/>
        </w:tcPr>
        <w:p w14:paraId="7C0EC9F4" w14:textId="5BE0414C" w:rsidR="00F739A2" w:rsidRPr="00F739A2" w:rsidRDefault="00F739A2" w:rsidP="00F739A2">
          <w:pPr>
            <w:pStyle w:val="Encabezado"/>
            <w:jc w:val="center"/>
            <w:rPr>
              <w:b/>
              <w:sz w:val="12"/>
              <w:szCs w:val="12"/>
            </w:rPr>
          </w:pPr>
          <w:r w:rsidRPr="00F739A2">
            <w:rPr>
              <w:b/>
              <w:sz w:val="12"/>
              <w:szCs w:val="12"/>
            </w:rPr>
            <w:t>Folio</w:t>
          </w:r>
        </w:p>
      </w:tc>
      <w:tc>
        <w:tcPr>
          <w:tcW w:w="2049" w:type="dxa"/>
          <w:tcBorders>
            <w:top w:val="single" w:sz="4" w:space="0" w:color="000000"/>
            <w:left w:val="single" w:sz="4" w:space="0" w:color="auto"/>
            <w:bottom w:val="single" w:sz="4" w:space="0" w:color="000000"/>
          </w:tcBorders>
          <w:vAlign w:val="center"/>
        </w:tcPr>
        <w:p w14:paraId="5E669278" w14:textId="21125E5E" w:rsidR="00F739A2" w:rsidRPr="00F739A2" w:rsidRDefault="00F739A2" w:rsidP="00F739A2">
          <w:pPr>
            <w:pStyle w:val="Encabezado"/>
            <w:jc w:val="center"/>
            <w:rPr>
              <w:sz w:val="12"/>
              <w:szCs w:val="12"/>
              <w:highlight w:val="yellow"/>
            </w:rPr>
          </w:pPr>
          <w:r>
            <w:rPr>
              <w:sz w:val="12"/>
              <w:szCs w:val="12"/>
              <w:highlight w:val="yellow"/>
            </w:rPr>
            <w:t>(1)</w:t>
          </w:r>
        </w:p>
      </w:tc>
    </w:tr>
    <w:tr w:rsidR="00F739A2" w14:paraId="6CB6CB5B" w14:textId="77777777" w:rsidTr="00171241">
      <w:trPr>
        <w:trHeight w:val="285"/>
      </w:trPr>
      <w:tc>
        <w:tcPr>
          <w:tcW w:w="2004" w:type="dxa"/>
          <w:vMerge/>
          <w:tcBorders>
            <w:top w:val="nil"/>
            <w:left w:val="nil"/>
            <w:bottom w:val="nil"/>
            <w:right w:val="nil"/>
          </w:tcBorders>
        </w:tcPr>
        <w:p w14:paraId="15A58D2A"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0B252F4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FFFFFF"/>
          </w:tcBorders>
          <w:vAlign w:val="center"/>
        </w:tcPr>
        <w:p w14:paraId="2C932796" w14:textId="77777777" w:rsidR="00F739A2" w:rsidRPr="00F739A2" w:rsidRDefault="00F739A2" w:rsidP="00F739A2">
          <w:pPr>
            <w:pStyle w:val="Encabezado"/>
            <w:jc w:val="center"/>
            <w:rPr>
              <w:b/>
              <w:sz w:val="15"/>
              <w:szCs w:val="15"/>
            </w:rPr>
          </w:pPr>
        </w:p>
      </w:tc>
      <w:tc>
        <w:tcPr>
          <w:tcW w:w="2049" w:type="dxa"/>
          <w:tcBorders>
            <w:top w:val="single" w:sz="4" w:space="0" w:color="000000"/>
            <w:left w:val="single" w:sz="4" w:space="0" w:color="FFFFFF"/>
            <w:bottom w:val="single" w:sz="4" w:space="0" w:color="FFFFFF"/>
            <w:right w:val="single" w:sz="4" w:space="0" w:color="FFFFFF"/>
          </w:tcBorders>
          <w:vAlign w:val="center"/>
        </w:tcPr>
        <w:p w14:paraId="24625DD7" w14:textId="77777777" w:rsidR="00F739A2" w:rsidRPr="00F739A2" w:rsidRDefault="00F739A2" w:rsidP="00F739A2">
          <w:pPr>
            <w:pStyle w:val="Encabezado"/>
            <w:jc w:val="center"/>
            <w:rPr>
              <w:sz w:val="15"/>
              <w:szCs w:val="15"/>
              <w:highlight w:val="yellow"/>
            </w:rPr>
          </w:pPr>
        </w:p>
      </w:tc>
    </w:tr>
  </w:tbl>
  <w:p w14:paraId="526CEAF4" w14:textId="77777777" w:rsidR="00376A63" w:rsidRPr="00F739A2" w:rsidRDefault="00376A63" w:rsidP="00F739A2">
    <w:pPr>
      <w:pStyle w:val="Encabezad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32FB" w14:textId="77777777" w:rsidR="00973F8C" w:rsidRDefault="00973F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53725765">
    <w:abstractNumId w:val="8"/>
  </w:num>
  <w:num w:numId="2" w16cid:durableId="1592474389">
    <w:abstractNumId w:val="6"/>
  </w:num>
  <w:num w:numId="3" w16cid:durableId="166671695">
    <w:abstractNumId w:val="5"/>
  </w:num>
  <w:num w:numId="4" w16cid:durableId="1130169934">
    <w:abstractNumId w:val="4"/>
  </w:num>
  <w:num w:numId="5" w16cid:durableId="1225261663">
    <w:abstractNumId w:val="7"/>
  </w:num>
  <w:num w:numId="6" w16cid:durableId="1558708446">
    <w:abstractNumId w:val="3"/>
  </w:num>
  <w:num w:numId="7" w16cid:durableId="204755190">
    <w:abstractNumId w:val="2"/>
  </w:num>
  <w:num w:numId="8" w16cid:durableId="354502026">
    <w:abstractNumId w:val="1"/>
  </w:num>
  <w:num w:numId="9" w16cid:durableId="43679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4D0"/>
    <w:rsid w:val="0006063C"/>
    <w:rsid w:val="000A5083"/>
    <w:rsid w:val="000E6FBC"/>
    <w:rsid w:val="00130566"/>
    <w:rsid w:val="0015074B"/>
    <w:rsid w:val="00171241"/>
    <w:rsid w:val="001D0157"/>
    <w:rsid w:val="001D6433"/>
    <w:rsid w:val="001D6A3E"/>
    <w:rsid w:val="001E704F"/>
    <w:rsid w:val="00205632"/>
    <w:rsid w:val="00205B3B"/>
    <w:rsid w:val="0021379F"/>
    <w:rsid w:val="00214A12"/>
    <w:rsid w:val="00227150"/>
    <w:rsid w:val="00275BA2"/>
    <w:rsid w:val="0029639D"/>
    <w:rsid w:val="002C3B35"/>
    <w:rsid w:val="00326F90"/>
    <w:rsid w:val="00376A63"/>
    <w:rsid w:val="003D56BE"/>
    <w:rsid w:val="003E6006"/>
    <w:rsid w:val="00405F56"/>
    <w:rsid w:val="00424A64"/>
    <w:rsid w:val="00541B68"/>
    <w:rsid w:val="005E1020"/>
    <w:rsid w:val="005F289F"/>
    <w:rsid w:val="0063661A"/>
    <w:rsid w:val="00682612"/>
    <w:rsid w:val="00684B60"/>
    <w:rsid w:val="0069704D"/>
    <w:rsid w:val="006C5444"/>
    <w:rsid w:val="006D4ECE"/>
    <w:rsid w:val="006E25F3"/>
    <w:rsid w:val="007B7934"/>
    <w:rsid w:val="007C0769"/>
    <w:rsid w:val="00814604"/>
    <w:rsid w:val="00825752"/>
    <w:rsid w:val="0083203A"/>
    <w:rsid w:val="008A3CD8"/>
    <w:rsid w:val="008A4405"/>
    <w:rsid w:val="00926103"/>
    <w:rsid w:val="00973F8C"/>
    <w:rsid w:val="0099243A"/>
    <w:rsid w:val="009A216C"/>
    <w:rsid w:val="009A28AD"/>
    <w:rsid w:val="009A6654"/>
    <w:rsid w:val="009C3F9B"/>
    <w:rsid w:val="009E40D6"/>
    <w:rsid w:val="00A233BD"/>
    <w:rsid w:val="00A435A5"/>
    <w:rsid w:val="00AA1D8D"/>
    <w:rsid w:val="00AA65D9"/>
    <w:rsid w:val="00B05CDC"/>
    <w:rsid w:val="00B47730"/>
    <w:rsid w:val="00B50A97"/>
    <w:rsid w:val="00B616E2"/>
    <w:rsid w:val="00BA2369"/>
    <w:rsid w:val="00BC7ACB"/>
    <w:rsid w:val="00BE109B"/>
    <w:rsid w:val="00BE492B"/>
    <w:rsid w:val="00BF7675"/>
    <w:rsid w:val="00C174A9"/>
    <w:rsid w:val="00C82D3D"/>
    <w:rsid w:val="00C85FDC"/>
    <w:rsid w:val="00CA3982"/>
    <w:rsid w:val="00CB0664"/>
    <w:rsid w:val="00D31ACE"/>
    <w:rsid w:val="00D34664"/>
    <w:rsid w:val="00DB7D6E"/>
    <w:rsid w:val="00EB2DB9"/>
    <w:rsid w:val="00EE78A1"/>
    <w:rsid w:val="00EF0F62"/>
    <w:rsid w:val="00EF7B79"/>
    <w:rsid w:val="00F035D0"/>
    <w:rsid w:val="00F16A53"/>
    <w:rsid w:val="00F16E91"/>
    <w:rsid w:val="00F37832"/>
    <w:rsid w:val="00F626A9"/>
    <w:rsid w:val="00F739A2"/>
    <w:rsid w:val="00F86864"/>
    <w:rsid w:val="00F94AC8"/>
    <w:rsid w:val="00FB3E7B"/>
    <w:rsid w:val="00FC693F"/>
    <w:rsid w:val="00FD0BD2"/>
    <w:rsid w:val="00FF2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836428"/>
  <w14:defaultImageDpi w14:val="300"/>
  <w15:docId w15:val="{DE39BE2F-D8EA-4C9E-ADC4-7171D64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odelmarcadordeposicin">
    <w:name w:val="Placeholder Text"/>
    <w:basedOn w:val="Fuentedeprrafopredeter"/>
    <w:uiPriority w:val="99"/>
    <w:semiHidden/>
    <w:rsid w:val="005F2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D5BF659-A078-4136-835E-75AB93A6CDA0}"/>
      </w:docPartPr>
      <w:docPartBody>
        <w:p w:rsidR="001E4660" w:rsidRDefault="008F4B9D">
          <w:r w:rsidRPr="007E0A78">
            <w:rPr>
              <w:rStyle w:val="Textodelmarcadordeposicin"/>
            </w:rPr>
            <w:t>Elija un elemento.</w:t>
          </w:r>
        </w:p>
      </w:docPartBody>
    </w:docPart>
    <w:docPart>
      <w:docPartPr>
        <w:name w:val="796273E247104A52B402EB16B40D8DC5"/>
        <w:category>
          <w:name w:val="General"/>
          <w:gallery w:val="placeholder"/>
        </w:category>
        <w:types>
          <w:type w:val="bbPlcHdr"/>
        </w:types>
        <w:behaviors>
          <w:behavior w:val="content"/>
        </w:behaviors>
        <w:guid w:val="{FF13FD5C-0A8A-49C4-BA7E-50E49C7E8300}"/>
      </w:docPartPr>
      <w:docPartBody>
        <w:p w:rsidR="001E4660" w:rsidRDefault="008F4B9D" w:rsidP="008F4B9D">
          <w:pPr>
            <w:pStyle w:val="796273E247104A52B402EB16B40D8DC5"/>
          </w:pPr>
          <w:r w:rsidRPr="007E0A78">
            <w:rPr>
              <w:rStyle w:val="Textodelmarcadordeposicin"/>
            </w:rPr>
            <w:t>Elija un elemento.</w:t>
          </w:r>
        </w:p>
      </w:docPartBody>
    </w:docPart>
    <w:docPart>
      <w:docPartPr>
        <w:name w:val="CE50B68FD86C4AD5A04B38AB820810F2"/>
        <w:category>
          <w:name w:val="General"/>
          <w:gallery w:val="placeholder"/>
        </w:category>
        <w:types>
          <w:type w:val="bbPlcHdr"/>
        </w:types>
        <w:behaviors>
          <w:behavior w:val="content"/>
        </w:behaviors>
        <w:guid w:val="{46552B45-7305-46FE-A142-B253B692196F}"/>
      </w:docPartPr>
      <w:docPartBody>
        <w:p w:rsidR="001E4660" w:rsidRDefault="008F4B9D" w:rsidP="008F4B9D">
          <w:pPr>
            <w:pStyle w:val="CE50B68FD86C4AD5A04B38AB820810F2"/>
          </w:pPr>
          <w:r w:rsidRPr="007E0A78">
            <w:rPr>
              <w:rStyle w:val="Textodelmarcadordeposicin"/>
            </w:rPr>
            <w:t>Elija un elemento.</w:t>
          </w:r>
        </w:p>
      </w:docPartBody>
    </w:docPart>
    <w:docPart>
      <w:docPartPr>
        <w:name w:val="6C0A5AB9422648F88D1523E1251B1187"/>
        <w:category>
          <w:name w:val="General"/>
          <w:gallery w:val="placeholder"/>
        </w:category>
        <w:types>
          <w:type w:val="bbPlcHdr"/>
        </w:types>
        <w:behaviors>
          <w:behavior w:val="content"/>
        </w:behaviors>
        <w:guid w:val="{CEB5C231-8738-484E-B12F-32F90CFB7CFC}"/>
      </w:docPartPr>
      <w:docPartBody>
        <w:p w:rsidR="001E4660" w:rsidRDefault="008F4B9D" w:rsidP="008F4B9D">
          <w:pPr>
            <w:pStyle w:val="6C0A5AB9422648F88D1523E1251B1187"/>
          </w:pPr>
          <w:r w:rsidRPr="007E0A78">
            <w:rPr>
              <w:rStyle w:val="Textodelmarcadordeposicin"/>
            </w:rPr>
            <w:t>Elija un elemento.</w:t>
          </w:r>
        </w:p>
      </w:docPartBody>
    </w:docPart>
    <w:docPart>
      <w:docPartPr>
        <w:name w:val="9107E74B94AE4B38A9DC076D86581A91"/>
        <w:category>
          <w:name w:val="General"/>
          <w:gallery w:val="placeholder"/>
        </w:category>
        <w:types>
          <w:type w:val="bbPlcHdr"/>
        </w:types>
        <w:behaviors>
          <w:behavior w:val="content"/>
        </w:behaviors>
        <w:guid w:val="{E85AE9D7-C41A-47FB-921B-3D65759CF143}"/>
      </w:docPartPr>
      <w:docPartBody>
        <w:p w:rsidR="001E4660" w:rsidRDefault="008F4B9D" w:rsidP="008F4B9D">
          <w:pPr>
            <w:pStyle w:val="9107E74B94AE4B38A9DC076D86581A91"/>
          </w:pPr>
          <w:r w:rsidRPr="007E0A78">
            <w:rPr>
              <w:rStyle w:val="Textodelmarcadordeposicin"/>
            </w:rPr>
            <w:t>Elija un elemento.</w:t>
          </w:r>
        </w:p>
      </w:docPartBody>
    </w:docPart>
    <w:docPart>
      <w:docPartPr>
        <w:name w:val="37B335614234469799466AC8CB30EC3F"/>
        <w:category>
          <w:name w:val="General"/>
          <w:gallery w:val="placeholder"/>
        </w:category>
        <w:types>
          <w:type w:val="bbPlcHdr"/>
        </w:types>
        <w:behaviors>
          <w:behavior w:val="content"/>
        </w:behaviors>
        <w:guid w:val="{B63954B8-7EDE-4668-8521-26BB2CB408F7}"/>
      </w:docPartPr>
      <w:docPartBody>
        <w:p w:rsidR="001E4660" w:rsidRDefault="008F4B9D" w:rsidP="008F4B9D">
          <w:pPr>
            <w:pStyle w:val="37B335614234469799466AC8CB30EC3F"/>
          </w:pPr>
          <w:r w:rsidRPr="007E0A78">
            <w:rPr>
              <w:rStyle w:val="Textodelmarcadordeposicin"/>
            </w:rPr>
            <w:t>Elija un elemento.</w:t>
          </w:r>
        </w:p>
      </w:docPartBody>
    </w:docPart>
    <w:docPart>
      <w:docPartPr>
        <w:name w:val="0707EBADAFCB4D5E9E75A2446C5FE9B4"/>
        <w:category>
          <w:name w:val="General"/>
          <w:gallery w:val="placeholder"/>
        </w:category>
        <w:types>
          <w:type w:val="bbPlcHdr"/>
        </w:types>
        <w:behaviors>
          <w:behavior w:val="content"/>
        </w:behaviors>
        <w:guid w:val="{ACD5E3EA-ABD0-481F-82FF-5CF0DD52D03B}"/>
      </w:docPartPr>
      <w:docPartBody>
        <w:p w:rsidR="001E4660" w:rsidRDefault="008F4B9D" w:rsidP="008F4B9D">
          <w:pPr>
            <w:pStyle w:val="0707EBADAFCB4D5E9E75A2446C5FE9B4"/>
          </w:pPr>
          <w:r w:rsidRPr="007E0A78">
            <w:rPr>
              <w:rStyle w:val="Textodelmarcadordeposicin"/>
            </w:rPr>
            <w:t>Elija un elemento.</w:t>
          </w:r>
        </w:p>
      </w:docPartBody>
    </w:docPart>
    <w:docPart>
      <w:docPartPr>
        <w:name w:val="19D7F2390D81478E9223648093F6D04C"/>
        <w:category>
          <w:name w:val="General"/>
          <w:gallery w:val="placeholder"/>
        </w:category>
        <w:types>
          <w:type w:val="bbPlcHdr"/>
        </w:types>
        <w:behaviors>
          <w:behavior w:val="content"/>
        </w:behaviors>
        <w:guid w:val="{B083FEFC-6E41-44C9-A2BB-8A9FFE99C179}"/>
      </w:docPartPr>
      <w:docPartBody>
        <w:p w:rsidR="001E4660" w:rsidRDefault="008F4B9D" w:rsidP="008F4B9D">
          <w:pPr>
            <w:pStyle w:val="19D7F2390D81478E9223648093F6D04C"/>
          </w:pPr>
          <w:r w:rsidRPr="007E0A78">
            <w:rPr>
              <w:rStyle w:val="Textodelmarcadordeposicin"/>
            </w:rPr>
            <w:t>Elija un elemento.</w:t>
          </w:r>
        </w:p>
      </w:docPartBody>
    </w:docPart>
    <w:docPart>
      <w:docPartPr>
        <w:name w:val="C52C77A843EC4A89B2994D3DF932D9C3"/>
        <w:category>
          <w:name w:val="General"/>
          <w:gallery w:val="placeholder"/>
        </w:category>
        <w:types>
          <w:type w:val="bbPlcHdr"/>
        </w:types>
        <w:behaviors>
          <w:behavior w:val="content"/>
        </w:behaviors>
        <w:guid w:val="{0499A7D1-C155-4171-9AB9-ACD7DB973DF2}"/>
      </w:docPartPr>
      <w:docPartBody>
        <w:p w:rsidR="001E4660" w:rsidRDefault="008F4B9D" w:rsidP="008F4B9D">
          <w:pPr>
            <w:pStyle w:val="C52C77A843EC4A89B2994D3DF932D9C3"/>
          </w:pPr>
          <w:r w:rsidRPr="007E0A78">
            <w:rPr>
              <w:rStyle w:val="Textodelmarcadordeposicin"/>
            </w:rPr>
            <w:t>Elija un elemento.</w:t>
          </w:r>
        </w:p>
      </w:docPartBody>
    </w:docPart>
    <w:docPart>
      <w:docPartPr>
        <w:name w:val="E3B5FB6541294DA089FD3CC5885EAFAE"/>
        <w:category>
          <w:name w:val="General"/>
          <w:gallery w:val="placeholder"/>
        </w:category>
        <w:types>
          <w:type w:val="bbPlcHdr"/>
        </w:types>
        <w:behaviors>
          <w:behavior w:val="content"/>
        </w:behaviors>
        <w:guid w:val="{B5483D69-D8EC-43F3-AA2C-AD905048F5AB}"/>
      </w:docPartPr>
      <w:docPartBody>
        <w:p w:rsidR="001E4660" w:rsidRDefault="008F4B9D" w:rsidP="008F4B9D">
          <w:pPr>
            <w:pStyle w:val="E3B5FB6541294DA089FD3CC5885EAFAE"/>
          </w:pPr>
          <w:r w:rsidRPr="007E0A78">
            <w:rPr>
              <w:rStyle w:val="Textodelmarcadordeposicin"/>
            </w:rPr>
            <w:t>Elija un elemento.</w:t>
          </w:r>
        </w:p>
      </w:docPartBody>
    </w:docPart>
    <w:docPart>
      <w:docPartPr>
        <w:name w:val="71D9A6A93B8E4A1FBFDABA027A3F73A9"/>
        <w:category>
          <w:name w:val="General"/>
          <w:gallery w:val="placeholder"/>
        </w:category>
        <w:types>
          <w:type w:val="bbPlcHdr"/>
        </w:types>
        <w:behaviors>
          <w:behavior w:val="content"/>
        </w:behaviors>
        <w:guid w:val="{CC03A56E-C127-4942-BD68-43F35D7D09D7}"/>
      </w:docPartPr>
      <w:docPartBody>
        <w:p w:rsidR="001E4660" w:rsidRDefault="008F4B9D" w:rsidP="008F4B9D">
          <w:pPr>
            <w:pStyle w:val="71D9A6A93B8E4A1FBFDABA027A3F73A9"/>
          </w:pPr>
          <w:r w:rsidRPr="007E0A78">
            <w:rPr>
              <w:rStyle w:val="Textodelmarcadordeposicin"/>
            </w:rPr>
            <w:t>Elija un elemento.</w:t>
          </w:r>
        </w:p>
      </w:docPartBody>
    </w:docPart>
    <w:docPart>
      <w:docPartPr>
        <w:name w:val="406C24BA7C664AE198BBFAD1B883BFD4"/>
        <w:category>
          <w:name w:val="General"/>
          <w:gallery w:val="placeholder"/>
        </w:category>
        <w:types>
          <w:type w:val="bbPlcHdr"/>
        </w:types>
        <w:behaviors>
          <w:behavior w:val="content"/>
        </w:behaviors>
        <w:guid w:val="{F40A4BCE-31EA-48F7-81DE-EF37F8580C09}"/>
      </w:docPartPr>
      <w:docPartBody>
        <w:p w:rsidR="001E4660" w:rsidRDefault="008F4B9D" w:rsidP="008F4B9D">
          <w:pPr>
            <w:pStyle w:val="406C24BA7C664AE198BBFAD1B883BFD4"/>
          </w:pPr>
          <w:r w:rsidRPr="007E0A78">
            <w:rPr>
              <w:rStyle w:val="Textodelmarcadordeposicin"/>
            </w:rPr>
            <w:t>Elija un elemento.</w:t>
          </w:r>
        </w:p>
      </w:docPartBody>
    </w:docPart>
    <w:docPart>
      <w:docPartPr>
        <w:name w:val="DF17D147EFA44B9D89BDB5D10AAA1309"/>
        <w:category>
          <w:name w:val="General"/>
          <w:gallery w:val="placeholder"/>
        </w:category>
        <w:types>
          <w:type w:val="bbPlcHdr"/>
        </w:types>
        <w:behaviors>
          <w:behavior w:val="content"/>
        </w:behaviors>
        <w:guid w:val="{048CAA89-1593-4E3C-8D00-CB9EE6609950}"/>
      </w:docPartPr>
      <w:docPartBody>
        <w:p w:rsidR="001E4660" w:rsidRDefault="008F4B9D" w:rsidP="008F4B9D">
          <w:pPr>
            <w:pStyle w:val="DF17D147EFA44B9D89BDB5D10AAA1309"/>
          </w:pPr>
          <w:r w:rsidRPr="007E0A78">
            <w:rPr>
              <w:rStyle w:val="Textodelmarcadordeposicin"/>
            </w:rPr>
            <w:t>Elija un elemento.</w:t>
          </w:r>
        </w:p>
      </w:docPartBody>
    </w:docPart>
    <w:docPart>
      <w:docPartPr>
        <w:name w:val="D49FD030C501411EA195D10F800443F9"/>
        <w:category>
          <w:name w:val="General"/>
          <w:gallery w:val="placeholder"/>
        </w:category>
        <w:types>
          <w:type w:val="bbPlcHdr"/>
        </w:types>
        <w:behaviors>
          <w:behavior w:val="content"/>
        </w:behaviors>
        <w:guid w:val="{C4D1A17E-84A2-4E67-8BF3-A7181719DA45}"/>
      </w:docPartPr>
      <w:docPartBody>
        <w:p w:rsidR="001E4660" w:rsidRDefault="008F4B9D" w:rsidP="008F4B9D">
          <w:pPr>
            <w:pStyle w:val="D49FD030C501411EA195D10F800443F9"/>
          </w:pPr>
          <w:r w:rsidRPr="007E0A78">
            <w:rPr>
              <w:rStyle w:val="Textodelmarcadordeposicin"/>
            </w:rPr>
            <w:t>Elija un elemento.</w:t>
          </w:r>
        </w:p>
      </w:docPartBody>
    </w:docPart>
    <w:docPart>
      <w:docPartPr>
        <w:name w:val="C23B841FEE244942930118E8EB53D5F2"/>
        <w:category>
          <w:name w:val="General"/>
          <w:gallery w:val="placeholder"/>
        </w:category>
        <w:types>
          <w:type w:val="bbPlcHdr"/>
        </w:types>
        <w:behaviors>
          <w:behavior w:val="content"/>
        </w:behaviors>
        <w:guid w:val="{D3074402-9BA3-43EF-8AC2-7DE83AE7B58D}"/>
      </w:docPartPr>
      <w:docPartBody>
        <w:p w:rsidR="001E4660" w:rsidRDefault="008F4B9D" w:rsidP="008F4B9D">
          <w:pPr>
            <w:pStyle w:val="C23B841FEE244942930118E8EB53D5F2"/>
          </w:pPr>
          <w:r w:rsidRPr="007E0A78">
            <w:rPr>
              <w:rStyle w:val="Textodelmarcadordeposicin"/>
            </w:rPr>
            <w:t>Elija un elemento.</w:t>
          </w:r>
        </w:p>
      </w:docPartBody>
    </w:docPart>
    <w:docPart>
      <w:docPartPr>
        <w:name w:val="482BD45E0CBA41D4B0871FD63A0A6E04"/>
        <w:category>
          <w:name w:val="General"/>
          <w:gallery w:val="placeholder"/>
        </w:category>
        <w:types>
          <w:type w:val="bbPlcHdr"/>
        </w:types>
        <w:behaviors>
          <w:behavior w:val="content"/>
        </w:behaviors>
        <w:guid w:val="{B60BCDE1-D6CE-4F5F-B3B6-B70832A8BF4E}"/>
      </w:docPartPr>
      <w:docPartBody>
        <w:p w:rsidR="001E4660" w:rsidRDefault="008F4B9D" w:rsidP="008F4B9D">
          <w:pPr>
            <w:pStyle w:val="482BD45E0CBA41D4B0871FD63A0A6E04"/>
          </w:pPr>
          <w:r w:rsidRPr="007E0A78">
            <w:rPr>
              <w:rStyle w:val="Textodelmarcadordeposicin"/>
            </w:rPr>
            <w:t>Elija un elemento.</w:t>
          </w:r>
        </w:p>
      </w:docPartBody>
    </w:docPart>
    <w:docPart>
      <w:docPartPr>
        <w:name w:val="6F33A355B0BB43518827D11914FA6FD8"/>
        <w:category>
          <w:name w:val="General"/>
          <w:gallery w:val="placeholder"/>
        </w:category>
        <w:types>
          <w:type w:val="bbPlcHdr"/>
        </w:types>
        <w:behaviors>
          <w:behavior w:val="content"/>
        </w:behaviors>
        <w:guid w:val="{D6714A14-BBC9-4D4A-878B-2710038D35B5}"/>
      </w:docPartPr>
      <w:docPartBody>
        <w:p w:rsidR="001E4660" w:rsidRDefault="008F4B9D" w:rsidP="008F4B9D">
          <w:pPr>
            <w:pStyle w:val="6F33A355B0BB43518827D11914FA6FD8"/>
          </w:pPr>
          <w:r w:rsidRPr="007E0A78">
            <w:rPr>
              <w:rStyle w:val="Textodelmarcadordeposicin"/>
            </w:rPr>
            <w:t>Elija un elemento.</w:t>
          </w:r>
        </w:p>
      </w:docPartBody>
    </w:docPart>
    <w:docPart>
      <w:docPartPr>
        <w:name w:val="E6E726BDE2204365BD0E668C6CBBF3C9"/>
        <w:category>
          <w:name w:val="General"/>
          <w:gallery w:val="placeholder"/>
        </w:category>
        <w:types>
          <w:type w:val="bbPlcHdr"/>
        </w:types>
        <w:behaviors>
          <w:behavior w:val="content"/>
        </w:behaviors>
        <w:guid w:val="{4E40175E-61FB-45B2-A189-A15BE6B71496}"/>
      </w:docPartPr>
      <w:docPartBody>
        <w:p w:rsidR="007C6FBA" w:rsidRDefault="001E4660" w:rsidP="001E4660">
          <w:pPr>
            <w:pStyle w:val="E6E726BDE2204365BD0E668C6CBBF3C9"/>
          </w:pPr>
          <w:r w:rsidRPr="007E0A7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9D"/>
    <w:rsid w:val="000447D3"/>
    <w:rsid w:val="000A5083"/>
    <w:rsid w:val="0018382A"/>
    <w:rsid w:val="001D0157"/>
    <w:rsid w:val="001E4660"/>
    <w:rsid w:val="0034735D"/>
    <w:rsid w:val="0049461C"/>
    <w:rsid w:val="005E1020"/>
    <w:rsid w:val="00627F37"/>
    <w:rsid w:val="006E0837"/>
    <w:rsid w:val="007C6FBA"/>
    <w:rsid w:val="008A4405"/>
    <w:rsid w:val="008F4B9D"/>
    <w:rsid w:val="009C3F9B"/>
    <w:rsid w:val="00B5623D"/>
    <w:rsid w:val="00EB2DB9"/>
    <w:rsid w:val="00EF06CD"/>
    <w:rsid w:val="00F16E91"/>
    <w:rsid w:val="00F94AC8"/>
    <w:rsid w:val="00FC1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E4660"/>
    <w:rPr>
      <w:color w:val="666666"/>
    </w:rPr>
  </w:style>
  <w:style w:type="paragraph" w:customStyle="1" w:styleId="E6E726BDE2204365BD0E668C6CBBF3C9">
    <w:name w:val="E6E726BDE2204365BD0E668C6CBBF3C9"/>
    <w:rsid w:val="001E4660"/>
  </w:style>
  <w:style w:type="paragraph" w:customStyle="1" w:styleId="796273E247104A52B402EB16B40D8DC5">
    <w:name w:val="796273E247104A52B402EB16B40D8DC5"/>
    <w:rsid w:val="008F4B9D"/>
  </w:style>
  <w:style w:type="paragraph" w:customStyle="1" w:styleId="CE50B68FD86C4AD5A04B38AB820810F2">
    <w:name w:val="CE50B68FD86C4AD5A04B38AB820810F2"/>
    <w:rsid w:val="008F4B9D"/>
  </w:style>
  <w:style w:type="paragraph" w:customStyle="1" w:styleId="6C0A5AB9422648F88D1523E1251B1187">
    <w:name w:val="6C0A5AB9422648F88D1523E1251B1187"/>
    <w:rsid w:val="008F4B9D"/>
  </w:style>
  <w:style w:type="paragraph" w:customStyle="1" w:styleId="9107E74B94AE4B38A9DC076D86581A91">
    <w:name w:val="9107E74B94AE4B38A9DC076D86581A91"/>
    <w:rsid w:val="008F4B9D"/>
  </w:style>
  <w:style w:type="paragraph" w:customStyle="1" w:styleId="37B335614234469799466AC8CB30EC3F">
    <w:name w:val="37B335614234469799466AC8CB30EC3F"/>
    <w:rsid w:val="008F4B9D"/>
  </w:style>
  <w:style w:type="paragraph" w:customStyle="1" w:styleId="0707EBADAFCB4D5E9E75A2446C5FE9B4">
    <w:name w:val="0707EBADAFCB4D5E9E75A2446C5FE9B4"/>
    <w:rsid w:val="008F4B9D"/>
  </w:style>
  <w:style w:type="paragraph" w:customStyle="1" w:styleId="19D7F2390D81478E9223648093F6D04C">
    <w:name w:val="19D7F2390D81478E9223648093F6D04C"/>
    <w:rsid w:val="008F4B9D"/>
  </w:style>
  <w:style w:type="paragraph" w:customStyle="1" w:styleId="C52C77A843EC4A89B2994D3DF932D9C3">
    <w:name w:val="C52C77A843EC4A89B2994D3DF932D9C3"/>
    <w:rsid w:val="008F4B9D"/>
  </w:style>
  <w:style w:type="paragraph" w:customStyle="1" w:styleId="E3B5FB6541294DA089FD3CC5885EAFAE">
    <w:name w:val="E3B5FB6541294DA089FD3CC5885EAFAE"/>
    <w:rsid w:val="008F4B9D"/>
  </w:style>
  <w:style w:type="paragraph" w:customStyle="1" w:styleId="71D9A6A93B8E4A1FBFDABA027A3F73A9">
    <w:name w:val="71D9A6A93B8E4A1FBFDABA027A3F73A9"/>
    <w:rsid w:val="008F4B9D"/>
  </w:style>
  <w:style w:type="paragraph" w:customStyle="1" w:styleId="406C24BA7C664AE198BBFAD1B883BFD4">
    <w:name w:val="406C24BA7C664AE198BBFAD1B883BFD4"/>
    <w:rsid w:val="008F4B9D"/>
  </w:style>
  <w:style w:type="paragraph" w:customStyle="1" w:styleId="DF17D147EFA44B9D89BDB5D10AAA1309">
    <w:name w:val="DF17D147EFA44B9D89BDB5D10AAA1309"/>
    <w:rsid w:val="008F4B9D"/>
  </w:style>
  <w:style w:type="paragraph" w:customStyle="1" w:styleId="D49FD030C501411EA195D10F800443F9">
    <w:name w:val="D49FD030C501411EA195D10F800443F9"/>
    <w:rsid w:val="008F4B9D"/>
  </w:style>
  <w:style w:type="paragraph" w:customStyle="1" w:styleId="C23B841FEE244942930118E8EB53D5F2">
    <w:name w:val="C23B841FEE244942930118E8EB53D5F2"/>
    <w:rsid w:val="008F4B9D"/>
  </w:style>
  <w:style w:type="paragraph" w:customStyle="1" w:styleId="482BD45E0CBA41D4B0871FD63A0A6E04">
    <w:name w:val="482BD45E0CBA41D4B0871FD63A0A6E04"/>
    <w:rsid w:val="008F4B9D"/>
  </w:style>
  <w:style w:type="paragraph" w:customStyle="1" w:styleId="6F33A355B0BB43518827D11914FA6FD8">
    <w:name w:val="6F33A355B0BB43518827D11914FA6FD8"/>
    <w:rsid w:val="008F4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1490</Words>
  <Characters>8199</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26</cp:revision>
  <cp:lastPrinted>2026-08-02T17:13:00Z</cp:lastPrinted>
  <dcterms:created xsi:type="dcterms:W3CDTF">2026-08-02T17:01:00Z</dcterms:created>
  <dcterms:modified xsi:type="dcterms:W3CDTF">2026-08-03T02:16:00Z</dcterms:modified>
  <cp:category/>
</cp:coreProperties>
</file>