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0065" w:type="dxa"/>
        <w:tblLayout w:type="fixed"/>
        <w:tblLook w:val="04A0" w:firstRow="1" w:lastRow="0" w:firstColumn="1" w:lastColumn="0" w:noHBand="0" w:noVBand="1"/>
      </w:tblPr>
      <w:tblGrid>
        <w:gridCol w:w="1660"/>
        <w:gridCol w:w="2990"/>
        <w:gridCol w:w="553"/>
        <w:gridCol w:w="1560"/>
        <w:gridCol w:w="3302"/>
      </w:tblGrid>
      <w:tr w:rsidR="00A435A5" w:rsidRPr="00535AEF" w14:paraId="698E4592" w14:textId="77777777" w:rsidTr="00AD682E">
        <w:trPr>
          <w:cantSplit/>
          <w:trHeight w:val="113"/>
        </w:trPr>
        <w:tc>
          <w:tcPr>
            <w:tcW w:w="1660" w:type="dxa"/>
            <w:shd w:val="clear" w:color="auto" w:fill="BFBFBF" w:themeFill="background1" w:themeFillShade="BF"/>
            <w:tcMar>
              <w:top w:w="80" w:type="dxa"/>
              <w:left w:w="100" w:type="dxa"/>
              <w:bottom w:w="80" w:type="dxa"/>
              <w:right w:w="100" w:type="dxa"/>
            </w:tcMar>
            <w:vAlign w:val="center"/>
          </w:tcPr>
          <w:p w14:paraId="369A5145" w14:textId="31DC4E62" w:rsidR="00A435A5" w:rsidRPr="00535AEF" w:rsidRDefault="00A435A5" w:rsidP="00A435A5">
            <w:pPr>
              <w:spacing w:after="0" w:line="228" w:lineRule="auto"/>
              <w:jc w:val="center"/>
              <w:rPr>
                <w:sz w:val="15"/>
                <w:szCs w:val="15"/>
              </w:rPr>
            </w:pPr>
            <w:r w:rsidRPr="00535AEF">
              <w:rPr>
                <w:b/>
                <w:sz w:val="15"/>
                <w:szCs w:val="15"/>
              </w:rPr>
              <w:t>Fecha de corte de la información</w:t>
            </w:r>
          </w:p>
        </w:tc>
        <w:tc>
          <w:tcPr>
            <w:tcW w:w="2990" w:type="dxa"/>
            <w:tcBorders>
              <w:right w:val="single" w:sz="4" w:space="0" w:color="000000"/>
            </w:tcBorders>
            <w:vAlign w:val="center"/>
          </w:tcPr>
          <w:p w14:paraId="24F43C01" w14:textId="6045622C" w:rsidR="00A435A5" w:rsidRPr="00535AEF" w:rsidRDefault="00A435A5" w:rsidP="00A435A5">
            <w:pPr>
              <w:spacing w:after="0" w:line="228" w:lineRule="auto"/>
              <w:rPr>
                <w:sz w:val="15"/>
                <w:szCs w:val="15"/>
              </w:rPr>
            </w:pPr>
            <w:r w:rsidRPr="00535AEF">
              <w:rPr>
                <w:sz w:val="15"/>
                <w:szCs w:val="15"/>
                <w:highlight w:val="yellow"/>
              </w:rPr>
              <w:t>(2)</w:t>
            </w:r>
          </w:p>
        </w:tc>
        <w:tc>
          <w:tcPr>
            <w:tcW w:w="553" w:type="dxa"/>
            <w:tcBorders>
              <w:top w:val="nil"/>
              <w:left w:val="single" w:sz="4" w:space="0" w:color="000000"/>
              <w:bottom w:val="nil"/>
              <w:right w:val="single" w:sz="4" w:space="0" w:color="000000"/>
            </w:tcBorders>
            <w:vAlign w:val="center"/>
          </w:tcPr>
          <w:p w14:paraId="04498CF5" w14:textId="5045E879" w:rsidR="00A435A5" w:rsidRPr="00535AEF" w:rsidRDefault="00A435A5" w:rsidP="00A435A5">
            <w:pPr>
              <w:spacing w:after="0" w:line="228" w:lineRule="auto"/>
              <w:rPr>
                <w:sz w:val="15"/>
                <w:szCs w:val="15"/>
              </w:rPr>
            </w:pPr>
          </w:p>
        </w:tc>
        <w:tc>
          <w:tcPr>
            <w:tcW w:w="1560" w:type="dxa"/>
            <w:tcBorders>
              <w:left w:val="single" w:sz="4" w:space="0" w:color="000000"/>
            </w:tcBorders>
            <w:shd w:val="clear" w:color="auto" w:fill="BFBFBF" w:themeFill="background1" w:themeFillShade="BF"/>
            <w:tcMar>
              <w:top w:w="80" w:type="dxa"/>
              <w:left w:w="100" w:type="dxa"/>
              <w:bottom w:w="80" w:type="dxa"/>
              <w:right w:w="100" w:type="dxa"/>
            </w:tcMar>
            <w:vAlign w:val="center"/>
          </w:tcPr>
          <w:p w14:paraId="592C98BC" w14:textId="6E67197C" w:rsidR="00A435A5" w:rsidRPr="00535AEF" w:rsidRDefault="00A435A5" w:rsidP="00A435A5">
            <w:pPr>
              <w:spacing w:after="0" w:line="228" w:lineRule="auto"/>
              <w:jc w:val="center"/>
              <w:rPr>
                <w:sz w:val="15"/>
                <w:szCs w:val="15"/>
              </w:rPr>
            </w:pPr>
            <w:r w:rsidRPr="00535AEF">
              <w:rPr>
                <w:b/>
                <w:sz w:val="15"/>
                <w:szCs w:val="15"/>
              </w:rPr>
              <w:t>Fecha de suscripción</w:t>
            </w:r>
          </w:p>
        </w:tc>
        <w:tc>
          <w:tcPr>
            <w:tcW w:w="3302" w:type="dxa"/>
            <w:tcMar>
              <w:top w:w="80" w:type="dxa"/>
              <w:left w:w="100" w:type="dxa"/>
              <w:bottom w:w="80" w:type="dxa"/>
              <w:right w:w="100" w:type="dxa"/>
            </w:tcMar>
            <w:vAlign w:val="center"/>
          </w:tcPr>
          <w:p w14:paraId="1EEC47E1" w14:textId="42C50497" w:rsidR="00A435A5" w:rsidRPr="00535AEF" w:rsidRDefault="00A435A5" w:rsidP="00A435A5">
            <w:pPr>
              <w:spacing w:after="0" w:line="228" w:lineRule="auto"/>
              <w:rPr>
                <w:sz w:val="15"/>
                <w:szCs w:val="15"/>
                <w:highlight w:val="yellow"/>
              </w:rPr>
            </w:pPr>
            <w:r w:rsidRPr="00535AEF">
              <w:rPr>
                <w:sz w:val="15"/>
                <w:szCs w:val="15"/>
                <w:highlight w:val="yellow"/>
              </w:rPr>
              <w:t>(2.1)</w:t>
            </w:r>
          </w:p>
        </w:tc>
      </w:tr>
    </w:tbl>
    <w:p w14:paraId="2D8EE089" w14:textId="77777777" w:rsidR="00EF0F62" w:rsidRPr="00535AEF" w:rsidRDefault="00EF0F62" w:rsidP="00F16A53">
      <w:pPr>
        <w:spacing w:after="0" w:line="228" w:lineRule="auto"/>
        <w:rPr>
          <w:sz w:val="15"/>
          <w:szCs w:val="15"/>
        </w:rPr>
      </w:pPr>
    </w:p>
    <w:tbl>
      <w:tblPr>
        <w:tblStyle w:val="Tablaconcuadrcula"/>
        <w:tblW w:w="10023" w:type="dxa"/>
        <w:tblLayout w:type="fixed"/>
        <w:tblLook w:val="04A0" w:firstRow="1" w:lastRow="0" w:firstColumn="1" w:lastColumn="0" w:noHBand="0" w:noVBand="1"/>
      </w:tblPr>
      <w:tblGrid>
        <w:gridCol w:w="2263"/>
        <w:gridCol w:w="2976"/>
        <w:gridCol w:w="1986"/>
        <w:gridCol w:w="2798"/>
      </w:tblGrid>
      <w:tr w:rsidR="00205B3B" w:rsidRPr="00535AEF" w14:paraId="636CF6E3" w14:textId="77777777" w:rsidTr="00DB7D6E">
        <w:trPr>
          <w:cantSplit/>
          <w:trHeight w:val="114"/>
        </w:trPr>
        <w:tc>
          <w:tcPr>
            <w:tcW w:w="10023" w:type="dxa"/>
            <w:gridSpan w:val="4"/>
            <w:shd w:val="clear" w:color="auto" w:fill="000000" w:themeFill="text1"/>
            <w:tcMar>
              <w:top w:w="80" w:type="dxa"/>
              <w:left w:w="100" w:type="dxa"/>
              <w:bottom w:w="80" w:type="dxa"/>
              <w:right w:w="100" w:type="dxa"/>
            </w:tcMar>
            <w:vAlign w:val="center"/>
          </w:tcPr>
          <w:p w14:paraId="3BF28F37" w14:textId="22FC4571" w:rsidR="00205B3B" w:rsidRPr="00535AEF" w:rsidRDefault="00205B3B" w:rsidP="00F16A53">
            <w:pPr>
              <w:spacing w:after="0" w:line="228" w:lineRule="auto"/>
              <w:rPr>
                <w:sz w:val="15"/>
                <w:szCs w:val="15"/>
              </w:rPr>
            </w:pPr>
            <w:r w:rsidRPr="00535AEF">
              <w:rPr>
                <w:b/>
                <w:color w:val="FFFFFF"/>
                <w:sz w:val="15"/>
                <w:szCs w:val="15"/>
              </w:rPr>
              <w:t>1. Empleo, cargo o comisión objeto de la entrega</w:t>
            </w:r>
          </w:p>
        </w:tc>
      </w:tr>
      <w:tr w:rsidR="00BC7ACB" w:rsidRPr="00535AEF" w14:paraId="501A1DBE" w14:textId="24326989" w:rsidTr="00A90931">
        <w:trPr>
          <w:cantSplit/>
          <w:trHeight w:val="114"/>
        </w:trPr>
        <w:tc>
          <w:tcPr>
            <w:tcW w:w="2263" w:type="dxa"/>
            <w:shd w:val="clear" w:color="auto" w:fill="BFBFBF" w:themeFill="background1" w:themeFillShade="BF"/>
            <w:tcMar>
              <w:top w:w="80" w:type="dxa"/>
              <w:left w:w="100" w:type="dxa"/>
              <w:bottom w:w="80" w:type="dxa"/>
              <w:right w:w="100" w:type="dxa"/>
            </w:tcMar>
            <w:vAlign w:val="center"/>
          </w:tcPr>
          <w:p w14:paraId="67C07C3D" w14:textId="77777777" w:rsidR="00BC7ACB" w:rsidRPr="00535AEF" w:rsidRDefault="00BC7ACB" w:rsidP="00F16A53">
            <w:pPr>
              <w:spacing w:after="0" w:line="228" w:lineRule="auto"/>
              <w:jc w:val="center"/>
              <w:rPr>
                <w:sz w:val="15"/>
                <w:szCs w:val="15"/>
              </w:rPr>
            </w:pPr>
            <w:r w:rsidRPr="00535AEF">
              <w:rPr>
                <w:b/>
                <w:color w:val="1F1F1F"/>
                <w:sz w:val="15"/>
                <w:szCs w:val="15"/>
              </w:rPr>
              <w:t>Denominación</w:t>
            </w:r>
          </w:p>
        </w:tc>
        <w:tc>
          <w:tcPr>
            <w:tcW w:w="2976" w:type="dxa"/>
            <w:tcBorders>
              <w:right w:val="single" w:sz="4" w:space="0" w:color="auto"/>
            </w:tcBorders>
            <w:tcMar>
              <w:top w:w="80" w:type="dxa"/>
              <w:left w:w="100" w:type="dxa"/>
              <w:bottom w:w="80" w:type="dxa"/>
              <w:right w:w="100" w:type="dxa"/>
            </w:tcMar>
            <w:vAlign w:val="center"/>
          </w:tcPr>
          <w:p w14:paraId="5E6B293E" w14:textId="09C1259D" w:rsidR="00BC7ACB" w:rsidRPr="00535AEF" w:rsidRDefault="00BC7ACB" w:rsidP="003A2D9A">
            <w:pPr>
              <w:spacing w:after="0" w:line="228" w:lineRule="auto"/>
              <w:jc w:val="both"/>
              <w:rPr>
                <w:sz w:val="15"/>
                <w:szCs w:val="15"/>
                <w:highlight w:val="yellow"/>
              </w:rPr>
            </w:pPr>
            <w:r w:rsidRPr="00535AEF">
              <w:rPr>
                <w:sz w:val="15"/>
                <w:szCs w:val="15"/>
                <w:highlight w:val="yellow"/>
              </w:rPr>
              <w:t>(3)</w:t>
            </w:r>
          </w:p>
        </w:tc>
        <w:tc>
          <w:tcPr>
            <w:tcW w:w="1986" w:type="dxa"/>
            <w:tcBorders>
              <w:left w:val="single" w:sz="4" w:space="0" w:color="auto"/>
            </w:tcBorders>
            <w:shd w:val="clear" w:color="auto" w:fill="BFBFBF" w:themeFill="background1" w:themeFillShade="BF"/>
            <w:vAlign w:val="center"/>
          </w:tcPr>
          <w:p w14:paraId="3BB8777C" w14:textId="0E11D1E3" w:rsidR="00BC7ACB" w:rsidRPr="00535AEF" w:rsidRDefault="00BC7ACB" w:rsidP="00F16A53">
            <w:pPr>
              <w:spacing w:after="0" w:line="228" w:lineRule="auto"/>
              <w:jc w:val="center"/>
              <w:rPr>
                <w:sz w:val="15"/>
                <w:szCs w:val="15"/>
                <w:highlight w:val="yellow"/>
              </w:rPr>
            </w:pPr>
            <w:r w:rsidRPr="00535AEF">
              <w:rPr>
                <w:b/>
                <w:color w:val="1F1F1F"/>
                <w:sz w:val="15"/>
                <w:szCs w:val="15"/>
              </w:rPr>
              <w:t>Unidad de adscripción</w:t>
            </w:r>
          </w:p>
        </w:tc>
        <w:tc>
          <w:tcPr>
            <w:tcW w:w="2798" w:type="dxa"/>
            <w:tcBorders>
              <w:left w:val="single" w:sz="4" w:space="0" w:color="auto"/>
            </w:tcBorders>
            <w:vAlign w:val="center"/>
          </w:tcPr>
          <w:p w14:paraId="3D077F7E" w14:textId="581E0C0C" w:rsidR="00BC7ACB" w:rsidRPr="00535AEF" w:rsidRDefault="00BC7ACB" w:rsidP="003A2D9A">
            <w:pPr>
              <w:spacing w:after="0" w:line="228" w:lineRule="auto"/>
              <w:jc w:val="both"/>
              <w:rPr>
                <w:sz w:val="15"/>
                <w:szCs w:val="15"/>
                <w:highlight w:val="yellow"/>
              </w:rPr>
            </w:pPr>
            <w:r w:rsidRPr="00535AEF">
              <w:rPr>
                <w:sz w:val="15"/>
                <w:szCs w:val="15"/>
                <w:highlight w:val="yellow"/>
              </w:rPr>
              <w:t>(</w:t>
            </w:r>
            <w:r w:rsidR="0099243A" w:rsidRPr="00535AEF">
              <w:rPr>
                <w:sz w:val="15"/>
                <w:szCs w:val="15"/>
                <w:highlight w:val="yellow"/>
              </w:rPr>
              <w:t>7</w:t>
            </w:r>
            <w:r w:rsidRPr="00535AEF">
              <w:rPr>
                <w:sz w:val="15"/>
                <w:szCs w:val="15"/>
                <w:highlight w:val="yellow"/>
              </w:rPr>
              <w:t>)</w:t>
            </w:r>
          </w:p>
        </w:tc>
      </w:tr>
      <w:tr w:rsidR="00BC7ACB" w:rsidRPr="00535AEF" w14:paraId="6556AC57" w14:textId="6575B6FE" w:rsidTr="00A90931">
        <w:trPr>
          <w:cantSplit/>
          <w:trHeight w:val="114"/>
        </w:trPr>
        <w:tc>
          <w:tcPr>
            <w:tcW w:w="2263" w:type="dxa"/>
            <w:shd w:val="clear" w:color="auto" w:fill="BFBFBF" w:themeFill="background1" w:themeFillShade="BF"/>
            <w:tcMar>
              <w:top w:w="80" w:type="dxa"/>
              <w:left w:w="100" w:type="dxa"/>
              <w:bottom w:w="80" w:type="dxa"/>
              <w:right w:w="100" w:type="dxa"/>
            </w:tcMar>
            <w:vAlign w:val="center"/>
          </w:tcPr>
          <w:p w14:paraId="1C5F32FE" w14:textId="77777777" w:rsidR="00BC7ACB" w:rsidRPr="00535AEF" w:rsidRDefault="00BC7ACB" w:rsidP="00F16A53">
            <w:pPr>
              <w:spacing w:after="0" w:line="228" w:lineRule="auto"/>
              <w:jc w:val="center"/>
              <w:rPr>
                <w:sz w:val="15"/>
                <w:szCs w:val="15"/>
              </w:rPr>
            </w:pPr>
            <w:r w:rsidRPr="00535AEF">
              <w:rPr>
                <w:b/>
                <w:color w:val="1F1F1F"/>
                <w:sz w:val="15"/>
                <w:szCs w:val="15"/>
              </w:rPr>
              <w:t>Tipo de personal</w:t>
            </w:r>
          </w:p>
        </w:tc>
        <w:tc>
          <w:tcPr>
            <w:tcW w:w="2976" w:type="dxa"/>
            <w:tcMar>
              <w:top w:w="80" w:type="dxa"/>
              <w:left w:w="100" w:type="dxa"/>
              <w:bottom w:w="80" w:type="dxa"/>
              <w:right w:w="100" w:type="dxa"/>
            </w:tcMar>
            <w:vAlign w:val="center"/>
          </w:tcPr>
          <w:p w14:paraId="0B3402A8" w14:textId="62FB789C" w:rsidR="00BC7ACB" w:rsidRPr="00535AEF" w:rsidRDefault="00000000" w:rsidP="003A2D9A">
            <w:pPr>
              <w:spacing w:after="0" w:line="228" w:lineRule="auto"/>
              <w:jc w:val="both"/>
              <w:rPr>
                <w:sz w:val="15"/>
                <w:szCs w:val="15"/>
                <w:highlight w:val="yellow"/>
              </w:rPr>
            </w:pPr>
            <w:sdt>
              <w:sdtPr>
                <w:rPr>
                  <w:sz w:val="15"/>
                  <w:szCs w:val="15"/>
                  <w:highlight w:val="yellow"/>
                </w:rPr>
                <w:alias w:val="&lt;&lt;Seleccione (4)&gt;&gt;"/>
                <w:tag w:val="&lt;&lt;Seleccione (4)&gt;&gt;"/>
                <w:id w:val="-333462756"/>
                <w:placeholder>
                  <w:docPart w:val="796273E247104A52B402EB16B40D8DC5"/>
                </w:placeholder>
                <w15:color w:val="FF0000"/>
                <w:dropDownList>
                  <w:listItem w:displayText="&lt;&lt;Seleccione (4)&gt;&gt;" w:value="&lt;&lt;Seleccione (4)&gt;&gt;"/>
                  <w:listItem w:displayText="Permanente" w:value="Permanente"/>
                  <w:listItem w:displayText="Temporal o eventual" w:value="Temporal o eventual"/>
                  <w:listItem w:displayText="Honorarios" w:value="Honorarios"/>
                  <w:listItem w:displayText="Otro, especificar" w:value="Otro, especificar"/>
                </w:dropDownList>
              </w:sdtPr>
              <w:sdtContent>
                <w:r w:rsidR="0099243A" w:rsidRPr="00535AEF">
                  <w:rPr>
                    <w:sz w:val="15"/>
                    <w:szCs w:val="15"/>
                    <w:highlight w:val="yellow"/>
                  </w:rPr>
                  <w:t>&lt;&lt;Seleccione (4)&gt;&gt;</w:t>
                </w:r>
              </w:sdtContent>
            </w:sdt>
          </w:p>
        </w:tc>
        <w:tc>
          <w:tcPr>
            <w:tcW w:w="1986" w:type="dxa"/>
            <w:shd w:val="clear" w:color="auto" w:fill="BFBFBF" w:themeFill="background1" w:themeFillShade="BF"/>
            <w:vAlign w:val="center"/>
          </w:tcPr>
          <w:p w14:paraId="167A48E9" w14:textId="3BA778BA" w:rsidR="00BC7ACB" w:rsidRPr="00535AEF" w:rsidRDefault="00A90931" w:rsidP="00F16A53">
            <w:pPr>
              <w:spacing w:after="0" w:line="228" w:lineRule="auto"/>
              <w:jc w:val="center"/>
              <w:rPr>
                <w:spacing w:val="-4"/>
                <w:sz w:val="15"/>
                <w:szCs w:val="15"/>
                <w:highlight w:val="yellow"/>
              </w:rPr>
            </w:pPr>
            <w:r w:rsidRPr="00A90931">
              <w:rPr>
                <w:b/>
                <w:color w:val="1F1F1F"/>
                <w:spacing w:val="-4"/>
                <w:sz w:val="15"/>
                <w:szCs w:val="15"/>
              </w:rPr>
              <w:t>Circunstancia que origina la entrega extraordinaria</w:t>
            </w:r>
          </w:p>
        </w:tc>
        <w:tc>
          <w:tcPr>
            <w:tcW w:w="2798" w:type="dxa"/>
            <w:vAlign w:val="center"/>
          </w:tcPr>
          <w:p w14:paraId="6FFA19CB" w14:textId="7FE9068E" w:rsidR="00BC7ACB" w:rsidRPr="00535AEF" w:rsidRDefault="00000000" w:rsidP="003A2D9A">
            <w:pPr>
              <w:spacing w:after="0" w:line="228" w:lineRule="auto"/>
              <w:jc w:val="both"/>
              <w:rPr>
                <w:sz w:val="15"/>
                <w:szCs w:val="15"/>
                <w:highlight w:val="yellow"/>
              </w:rPr>
            </w:pPr>
            <w:sdt>
              <w:sdtPr>
                <w:rPr>
                  <w:sz w:val="15"/>
                  <w:szCs w:val="15"/>
                  <w:highlight w:val="yellow"/>
                </w:rPr>
                <w:alias w:val="&lt;&lt;Seleccione (8)&gt;&gt;"/>
                <w:tag w:val="&lt;&lt;Seleccione (8)&gt;&gt;"/>
                <w:id w:val="969394634"/>
                <w:dropDownList>
                  <w:listItem w:displayText="&lt;&lt;Seleccione (8)&gt;&gt;" w:value="&lt;&lt;Seleccione (8)&gt;&gt;"/>
                  <w:listItem w:displayText="Fallecimiento de la PERSONA SALIENTE" w:value="Fallecimiento de la PERSONA SALIENTE"/>
                  <w:listItem w:displayText="Incapacidad física de la PERSONA SALIENTE" w:value="Incapacidad física de la PERSONA SALIENTE"/>
                  <w:listItem w:displayText="Incapacidad mental de la PERSONA SALIENTE" w:value="Incapacidad mental de la PERSONA SALIENTE"/>
                  <w:listItem w:displayText="Incapacidad legal de la PERSONA SALIENTE" w:value="Incapacidad legal de la PERSONA SALIENTE"/>
                  <w:listItem w:displayText="Fallecimiento de la PERSONA QUE ENTREGA" w:value="Fallecimiento de la PERSONA QUE ENTREGA"/>
                  <w:listItem w:displayText="Incapacidad física de la PERSONA QUE ENTREGA" w:value="Incapacidad física de la PERSONA QUE ENTREGA"/>
                  <w:listItem w:displayText="Incapacidad mental de la PERSONA QUE ENTREGA" w:value="Incapacidad mental de la PERSONA QUE ENTREGA"/>
                  <w:listItem w:displayText="Incapacidad legal de la PERSONA QUE ENTREGA" w:value="Incapacidad legal de la PERSONA QUE ENTREGA"/>
                </w:dropDownList>
              </w:sdtPr>
              <w:sdtContent>
                <w:r w:rsidR="00BC7ACB" w:rsidRPr="00535AEF">
                  <w:rPr>
                    <w:color w:val="000000"/>
                    <w:sz w:val="15"/>
                    <w:szCs w:val="15"/>
                    <w:highlight w:val="yellow"/>
                    <w:shd w:val="clear" w:color="auto" w:fill="FFF2CC"/>
                  </w:rPr>
                  <w:t>&lt;&lt;Seleccione (8)&gt;&gt;</w:t>
                </w:r>
              </w:sdtContent>
            </w:sdt>
          </w:p>
        </w:tc>
      </w:tr>
      <w:tr w:rsidR="00BC7ACB" w:rsidRPr="00535AEF" w14:paraId="7BAC6065" w14:textId="36C100CF" w:rsidTr="00A90931">
        <w:trPr>
          <w:cantSplit/>
          <w:trHeight w:val="114"/>
        </w:trPr>
        <w:tc>
          <w:tcPr>
            <w:tcW w:w="2263" w:type="dxa"/>
            <w:shd w:val="clear" w:color="auto" w:fill="BFBFBF" w:themeFill="background1" w:themeFillShade="BF"/>
            <w:tcMar>
              <w:top w:w="80" w:type="dxa"/>
              <w:left w:w="100" w:type="dxa"/>
              <w:bottom w:w="80" w:type="dxa"/>
              <w:right w:w="100" w:type="dxa"/>
            </w:tcMar>
            <w:vAlign w:val="center"/>
          </w:tcPr>
          <w:p w14:paraId="491E601E" w14:textId="7BE699B3" w:rsidR="00BC7ACB" w:rsidRPr="00535AEF" w:rsidRDefault="00A90931" w:rsidP="00F16A53">
            <w:pPr>
              <w:spacing w:after="0" w:line="228" w:lineRule="auto"/>
              <w:jc w:val="center"/>
              <w:rPr>
                <w:sz w:val="15"/>
                <w:szCs w:val="15"/>
              </w:rPr>
            </w:pPr>
            <w:r w:rsidRPr="00A90931">
              <w:rPr>
                <w:b/>
                <w:color w:val="1F1F1F"/>
                <w:sz w:val="15"/>
                <w:szCs w:val="15"/>
              </w:rPr>
              <w:t>Fecha en que surtió efectos la separación o se actualizó la incapacidad</w:t>
            </w:r>
          </w:p>
        </w:tc>
        <w:tc>
          <w:tcPr>
            <w:tcW w:w="2976" w:type="dxa"/>
            <w:tcMar>
              <w:top w:w="80" w:type="dxa"/>
              <w:left w:w="100" w:type="dxa"/>
              <w:bottom w:w="80" w:type="dxa"/>
              <w:right w:w="100" w:type="dxa"/>
            </w:tcMar>
            <w:vAlign w:val="center"/>
          </w:tcPr>
          <w:p w14:paraId="2D5A48EC" w14:textId="3FEBB1E2" w:rsidR="00BC7ACB" w:rsidRPr="00535AEF" w:rsidRDefault="00BC7ACB" w:rsidP="003A2D9A">
            <w:pPr>
              <w:spacing w:after="0" w:line="228" w:lineRule="auto"/>
              <w:jc w:val="both"/>
              <w:rPr>
                <w:sz w:val="15"/>
                <w:szCs w:val="15"/>
                <w:highlight w:val="yellow"/>
              </w:rPr>
            </w:pPr>
            <w:r w:rsidRPr="00535AEF">
              <w:rPr>
                <w:sz w:val="15"/>
                <w:szCs w:val="15"/>
                <w:highlight w:val="yellow"/>
              </w:rPr>
              <w:t>(</w:t>
            </w:r>
            <w:r w:rsidR="0099243A" w:rsidRPr="00535AEF">
              <w:rPr>
                <w:sz w:val="15"/>
                <w:szCs w:val="15"/>
                <w:highlight w:val="yellow"/>
              </w:rPr>
              <w:t>5</w:t>
            </w:r>
            <w:r w:rsidRPr="00535AEF">
              <w:rPr>
                <w:sz w:val="15"/>
                <w:szCs w:val="15"/>
                <w:highlight w:val="yellow"/>
              </w:rPr>
              <w:t>)</w:t>
            </w:r>
          </w:p>
        </w:tc>
        <w:tc>
          <w:tcPr>
            <w:tcW w:w="1986" w:type="dxa"/>
            <w:shd w:val="clear" w:color="auto" w:fill="BFBFBF" w:themeFill="background1" w:themeFillShade="BF"/>
            <w:vAlign w:val="center"/>
          </w:tcPr>
          <w:p w14:paraId="1E851A49" w14:textId="2E25B628" w:rsidR="00BC7ACB" w:rsidRPr="00535AEF" w:rsidRDefault="00A90931" w:rsidP="00F16A53">
            <w:pPr>
              <w:spacing w:after="0" w:line="228" w:lineRule="auto"/>
              <w:jc w:val="center"/>
              <w:rPr>
                <w:sz w:val="15"/>
                <w:szCs w:val="15"/>
                <w:highlight w:val="yellow"/>
              </w:rPr>
            </w:pPr>
            <w:r w:rsidRPr="00A90931">
              <w:rPr>
                <w:b/>
                <w:color w:val="1F1F1F"/>
                <w:sz w:val="15"/>
                <w:szCs w:val="15"/>
              </w:rPr>
              <w:t>Fecha del acta circunstanciada de hechos</w:t>
            </w:r>
          </w:p>
        </w:tc>
        <w:tc>
          <w:tcPr>
            <w:tcW w:w="2798" w:type="dxa"/>
            <w:vAlign w:val="center"/>
          </w:tcPr>
          <w:p w14:paraId="2548DE5E" w14:textId="1049E0B7" w:rsidR="00BC7ACB" w:rsidRPr="00535AEF" w:rsidRDefault="00BC7ACB" w:rsidP="003A2D9A">
            <w:pPr>
              <w:spacing w:after="0" w:line="228" w:lineRule="auto"/>
              <w:jc w:val="both"/>
              <w:rPr>
                <w:sz w:val="15"/>
                <w:szCs w:val="15"/>
                <w:highlight w:val="yellow"/>
              </w:rPr>
            </w:pPr>
            <w:r w:rsidRPr="00535AEF">
              <w:rPr>
                <w:sz w:val="15"/>
                <w:szCs w:val="15"/>
                <w:highlight w:val="yellow"/>
              </w:rPr>
              <w:t>(9)</w:t>
            </w:r>
          </w:p>
        </w:tc>
      </w:tr>
      <w:tr w:rsidR="00D34664" w:rsidRPr="00535AEF" w14:paraId="16029625" w14:textId="0E8B2D40" w:rsidTr="00A90931">
        <w:trPr>
          <w:cantSplit/>
          <w:trHeight w:val="199"/>
        </w:trPr>
        <w:tc>
          <w:tcPr>
            <w:tcW w:w="2263" w:type="dxa"/>
            <w:shd w:val="clear" w:color="auto" w:fill="BFBFBF" w:themeFill="background1" w:themeFillShade="BF"/>
            <w:tcMar>
              <w:top w:w="80" w:type="dxa"/>
              <w:left w:w="100" w:type="dxa"/>
              <w:bottom w:w="80" w:type="dxa"/>
              <w:right w:w="100" w:type="dxa"/>
            </w:tcMar>
            <w:vAlign w:val="center"/>
          </w:tcPr>
          <w:p w14:paraId="7B522669" w14:textId="779A1506" w:rsidR="00D34664" w:rsidRPr="00535AEF" w:rsidRDefault="00A90931" w:rsidP="00D34664">
            <w:pPr>
              <w:spacing w:after="0" w:line="228" w:lineRule="auto"/>
              <w:jc w:val="center"/>
              <w:rPr>
                <w:sz w:val="15"/>
                <w:szCs w:val="15"/>
                <w:highlight w:val="yellow"/>
              </w:rPr>
            </w:pPr>
            <w:r w:rsidRPr="00A90931">
              <w:rPr>
                <w:b/>
                <w:bCs/>
                <w:color w:val="1F1F1F"/>
                <w:sz w:val="15"/>
                <w:szCs w:val="15"/>
              </w:rPr>
              <w:t>Documento que acredita la separación o sustenta la circunstancia extraordinaria</w:t>
            </w:r>
          </w:p>
        </w:tc>
        <w:tc>
          <w:tcPr>
            <w:tcW w:w="2976" w:type="dxa"/>
            <w:vAlign w:val="center"/>
          </w:tcPr>
          <w:p w14:paraId="4006EB23" w14:textId="4CD7A1DD" w:rsidR="00D34664" w:rsidRPr="00535AEF" w:rsidRDefault="00D34664" w:rsidP="003A2D9A">
            <w:pPr>
              <w:spacing w:after="0" w:line="228" w:lineRule="auto"/>
              <w:jc w:val="both"/>
              <w:rPr>
                <w:sz w:val="15"/>
                <w:szCs w:val="15"/>
                <w:highlight w:val="yellow"/>
              </w:rPr>
            </w:pPr>
            <w:r w:rsidRPr="00535AEF">
              <w:rPr>
                <w:sz w:val="15"/>
                <w:szCs w:val="15"/>
                <w:highlight w:val="yellow"/>
              </w:rPr>
              <w:t>(6)</w:t>
            </w:r>
          </w:p>
        </w:tc>
        <w:tc>
          <w:tcPr>
            <w:tcW w:w="1986" w:type="dxa"/>
            <w:shd w:val="clear" w:color="auto" w:fill="BFBFBF" w:themeFill="background1" w:themeFillShade="BF"/>
            <w:vAlign w:val="center"/>
          </w:tcPr>
          <w:p w14:paraId="0AEF364B" w14:textId="1B0786AA" w:rsidR="00D34664" w:rsidRPr="00535AEF" w:rsidRDefault="00A90931" w:rsidP="00D34664">
            <w:pPr>
              <w:spacing w:after="0" w:line="228" w:lineRule="auto"/>
              <w:jc w:val="center"/>
              <w:rPr>
                <w:sz w:val="15"/>
                <w:szCs w:val="15"/>
                <w:highlight w:val="yellow"/>
              </w:rPr>
            </w:pPr>
            <w:r w:rsidRPr="00A90931">
              <w:rPr>
                <w:b/>
                <w:color w:val="1F1F1F"/>
                <w:sz w:val="15"/>
                <w:szCs w:val="15"/>
              </w:rPr>
              <w:t>Folio o identificación del acta circunstanciada de hechos</w:t>
            </w:r>
          </w:p>
        </w:tc>
        <w:tc>
          <w:tcPr>
            <w:tcW w:w="2798" w:type="dxa"/>
            <w:vAlign w:val="center"/>
          </w:tcPr>
          <w:p w14:paraId="0C539F29" w14:textId="7096CD5A" w:rsidR="00D34664" w:rsidRPr="00535AEF" w:rsidRDefault="00D34664" w:rsidP="003A2D9A">
            <w:pPr>
              <w:spacing w:after="0" w:line="228" w:lineRule="auto"/>
              <w:jc w:val="both"/>
              <w:rPr>
                <w:sz w:val="15"/>
                <w:szCs w:val="15"/>
                <w:highlight w:val="yellow"/>
              </w:rPr>
            </w:pPr>
            <w:r w:rsidRPr="00535AEF">
              <w:rPr>
                <w:sz w:val="15"/>
                <w:szCs w:val="15"/>
                <w:highlight w:val="yellow"/>
              </w:rPr>
              <w:t>(9.1)</w:t>
            </w:r>
          </w:p>
        </w:tc>
      </w:tr>
    </w:tbl>
    <w:p w14:paraId="499DF4C9" w14:textId="77777777" w:rsidR="00EF0F62" w:rsidRPr="00535AEF" w:rsidRDefault="00EF0F62" w:rsidP="00F16A53">
      <w:pPr>
        <w:spacing w:after="0" w:line="228" w:lineRule="auto"/>
        <w:rPr>
          <w:sz w:val="15"/>
          <w:szCs w:val="15"/>
        </w:rPr>
      </w:pPr>
    </w:p>
    <w:tbl>
      <w:tblPr>
        <w:tblStyle w:val="Tablaconcuadrcula"/>
        <w:tblW w:w="10028" w:type="dxa"/>
        <w:tblLayout w:type="fixed"/>
        <w:tblLook w:val="04A0" w:firstRow="1" w:lastRow="0" w:firstColumn="1" w:lastColumn="0" w:noHBand="0" w:noVBand="1"/>
      </w:tblPr>
      <w:tblGrid>
        <w:gridCol w:w="1660"/>
        <w:gridCol w:w="3353"/>
        <w:gridCol w:w="236"/>
        <w:gridCol w:w="1797"/>
        <w:gridCol w:w="2982"/>
      </w:tblGrid>
      <w:tr w:rsidR="0083203A" w:rsidRPr="00535AEF" w14:paraId="0BCB152B" w14:textId="77777777" w:rsidTr="00F16A53">
        <w:trPr>
          <w:cantSplit/>
          <w:trHeight w:val="20"/>
        </w:trPr>
        <w:tc>
          <w:tcPr>
            <w:tcW w:w="10028" w:type="dxa"/>
            <w:gridSpan w:val="5"/>
            <w:tcBorders>
              <w:bottom w:val="nil"/>
            </w:tcBorders>
            <w:shd w:val="clear" w:color="auto" w:fill="000000" w:themeFill="text1"/>
            <w:tcMar>
              <w:top w:w="80" w:type="dxa"/>
              <w:left w:w="100" w:type="dxa"/>
              <w:bottom w:w="80" w:type="dxa"/>
              <w:right w:w="100" w:type="dxa"/>
            </w:tcMar>
            <w:vAlign w:val="center"/>
          </w:tcPr>
          <w:p w14:paraId="293C5D11" w14:textId="052F3956" w:rsidR="0083203A" w:rsidRPr="00535AEF" w:rsidRDefault="0083203A" w:rsidP="00F16A53">
            <w:pPr>
              <w:spacing w:after="0" w:line="228" w:lineRule="auto"/>
              <w:rPr>
                <w:b/>
                <w:bCs/>
                <w:sz w:val="15"/>
                <w:szCs w:val="15"/>
              </w:rPr>
            </w:pPr>
            <w:r w:rsidRPr="00535AEF">
              <w:rPr>
                <w:b/>
                <w:color w:val="FFFFFF"/>
                <w:sz w:val="15"/>
                <w:szCs w:val="15"/>
              </w:rPr>
              <w:t>2. Personas que intervienen</w:t>
            </w:r>
          </w:p>
        </w:tc>
      </w:tr>
      <w:tr w:rsidR="0083203A" w:rsidRPr="00535AEF" w14:paraId="4A2F5483" w14:textId="77777777" w:rsidTr="00AD682E">
        <w:trPr>
          <w:cantSplit/>
          <w:trHeight w:val="183"/>
        </w:trPr>
        <w:tc>
          <w:tcPr>
            <w:tcW w:w="5013" w:type="dxa"/>
            <w:gridSpan w:val="2"/>
            <w:tcBorders>
              <w:top w:val="nil"/>
              <w:left w:val="nil"/>
              <w:bottom w:val="single" w:sz="4" w:space="0" w:color="auto"/>
              <w:right w:val="nil"/>
            </w:tcBorders>
            <w:tcMar>
              <w:top w:w="80" w:type="dxa"/>
              <w:left w:w="100" w:type="dxa"/>
              <w:bottom w:w="80" w:type="dxa"/>
              <w:right w:w="100" w:type="dxa"/>
            </w:tcMar>
            <w:vAlign w:val="center"/>
          </w:tcPr>
          <w:p w14:paraId="498C10B9" w14:textId="3C97B937" w:rsidR="0083203A" w:rsidRPr="00535AEF" w:rsidRDefault="00A90931" w:rsidP="00F16A53">
            <w:pPr>
              <w:spacing w:after="0" w:line="228" w:lineRule="auto"/>
              <w:jc w:val="center"/>
              <w:rPr>
                <w:b/>
                <w:bCs/>
                <w:sz w:val="15"/>
                <w:szCs w:val="15"/>
              </w:rPr>
            </w:pPr>
            <w:r w:rsidRPr="00A90931">
              <w:rPr>
                <w:b/>
                <w:bCs/>
                <w:sz w:val="15"/>
                <w:szCs w:val="15"/>
              </w:rPr>
              <w:t>Persona titular de la unidad de adscripción que realiza la entrega extraordinaria</w:t>
            </w:r>
          </w:p>
        </w:tc>
        <w:tc>
          <w:tcPr>
            <w:tcW w:w="236" w:type="dxa"/>
            <w:tcBorders>
              <w:top w:val="nil"/>
              <w:left w:val="nil"/>
              <w:bottom w:val="nil"/>
              <w:right w:val="nil"/>
            </w:tcBorders>
          </w:tcPr>
          <w:p w14:paraId="1D6A54E3" w14:textId="77777777" w:rsidR="0083203A" w:rsidRPr="00535AEF" w:rsidRDefault="0083203A" w:rsidP="00F16A53">
            <w:pPr>
              <w:spacing w:after="0" w:line="228" w:lineRule="auto"/>
              <w:rPr>
                <w:sz w:val="15"/>
                <w:szCs w:val="15"/>
              </w:rPr>
            </w:pPr>
          </w:p>
        </w:tc>
        <w:tc>
          <w:tcPr>
            <w:tcW w:w="4779" w:type="dxa"/>
            <w:gridSpan w:val="2"/>
            <w:tcBorders>
              <w:top w:val="nil"/>
              <w:left w:val="nil"/>
              <w:bottom w:val="single" w:sz="4" w:space="0" w:color="auto"/>
              <w:right w:val="nil"/>
            </w:tcBorders>
            <w:vAlign w:val="center"/>
          </w:tcPr>
          <w:p w14:paraId="3173FFF6" w14:textId="666E8AFC" w:rsidR="0083203A" w:rsidRPr="00A90931" w:rsidRDefault="00000000" w:rsidP="00F16A53">
            <w:pPr>
              <w:spacing w:after="0" w:line="228" w:lineRule="auto"/>
              <w:jc w:val="center"/>
              <w:rPr>
                <w:b/>
                <w:bCs/>
                <w:sz w:val="15"/>
                <w:szCs w:val="15"/>
              </w:rPr>
            </w:pPr>
            <w:sdt>
              <w:sdtPr>
                <w:rPr>
                  <w:rFonts w:cs="Arial"/>
                  <w:b/>
                  <w:bCs/>
                  <w:spacing w:val="-1"/>
                  <w:sz w:val="15"/>
                  <w:szCs w:val="15"/>
                  <w:highlight w:val="yellow"/>
                </w:rPr>
                <w:alias w:val="&lt;&lt;Seleccione (18)&gt;&gt;"/>
                <w:tag w:val="&lt;&lt;Seleccione (18)&gt;&gt;"/>
                <w:id w:val="1892382478"/>
                <w:placeholder>
                  <w:docPart w:val="7CCC738277494AD58030444859789206"/>
                </w:placeholder>
                <w15:color w:val="FF0000"/>
                <w:dropDownList>
                  <w:listItem w:displayText="&lt;&lt;Seleccione (18)&gt;&gt;" w:value="&lt;&lt;Seleccione (18)&gt;&gt;"/>
                  <w:listItem w:displayText="Persona entrante" w:value="Persona entrante"/>
                  <w:listItem w:displayText="Persona que recibe" w:value="Persona que recibe"/>
                </w:dropDownList>
              </w:sdtPr>
              <w:sdtContent>
                <w:r w:rsidR="00921020">
                  <w:rPr>
                    <w:rFonts w:cs="Arial"/>
                    <w:b/>
                    <w:bCs/>
                    <w:spacing w:val="-1"/>
                    <w:sz w:val="15"/>
                    <w:szCs w:val="15"/>
                    <w:highlight w:val="yellow"/>
                  </w:rPr>
                  <w:t>&lt;&lt;Seleccione (18)&gt;&gt;</w:t>
                </w:r>
              </w:sdtContent>
            </w:sdt>
          </w:p>
        </w:tc>
      </w:tr>
      <w:tr w:rsidR="00EF0F62" w:rsidRPr="00535AEF" w14:paraId="24C2A75F" w14:textId="379C5C25" w:rsidTr="00D34664">
        <w:trPr>
          <w:cantSplit/>
          <w:trHeight w:val="20"/>
        </w:trPr>
        <w:tc>
          <w:tcPr>
            <w:tcW w:w="1660"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6A24850C" w14:textId="77777777" w:rsidR="00EF0F62" w:rsidRPr="00535AEF" w:rsidRDefault="00EF0F62" w:rsidP="00F16A53">
            <w:pPr>
              <w:spacing w:after="0" w:line="228" w:lineRule="auto"/>
              <w:jc w:val="center"/>
              <w:rPr>
                <w:sz w:val="15"/>
                <w:szCs w:val="15"/>
              </w:rPr>
            </w:pPr>
            <w:r w:rsidRPr="00535AEF">
              <w:rPr>
                <w:b/>
                <w:sz w:val="15"/>
                <w:szCs w:val="15"/>
              </w:rPr>
              <w:t>Nombre completo</w:t>
            </w:r>
          </w:p>
        </w:tc>
        <w:tc>
          <w:tcPr>
            <w:tcW w:w="3353" w:type="dxa"/>
            <w:tcBorders>
              <w:top w:val="single" w:sz="4" w:space="0" w:color="auto"/>
              <w:right w:val="single" w:sz="4" w:space="0" w:color="auto"/>
            </w:tcBorders>
            <w:tcMar>
              <w:top w:w="80" w:type="dxa"/>
              <w:left w:w="100" w:type="dxa"/>
              <w:bottom w:w="80" w:type="dxa"/>
              <w:right w:w="100" w:type="dxa"/>
            </w:tcMar>
            <w:vAlign w:val="center"/>
          </w:tcPr>
          <w:p w14:paraId="1610FCE5" w14:textId="6FC97481" w:rsidR="00EF0F62" w:rsidRPr="00535AEF" w:rsidRDefault="001D6433" w:rsidP="00F16A53">
            <w:pPr>
              <w:spacing w:after="0" w:line="228" w:lineRule="auto"/>
              <w:jc w:val="both"/>
              <w:rPr>
                <w:sz w:val="15"/>
                <w:szCs w:val="15"/>
                <w:highlight w:val="yellow"/>
              </w:rPr>
            </w:pPr>
            <w:r w:rsidRPr="00535AEF">
              <w:rPr>
                <w:sz w:val="15"/>
                <w:szCs w:val="15"/>
                <w:highlight w:val="yellow"/>
              </w:rPr>
              <w:t>(10)</w:t>
            </w:r>
          </w:p>
        </w:tc>
        <w:tc>
          <w:tcPr>
            <w:tcW w:w="236" w:type="dxa"/>
            <w:tcBorders>
              <w:top w:val="nil"/>
              <w:left w:val="single" w:sz="4" w:space="0" w:color="auto"/>
              <w:bottom w:val="nil"/>
              <w:right w:val="single" w:sz="4" w:space="0" w:color="auto"/>
            </w:tcBorders>
          </w:tcPr>
          <w:p w14:paraId="6D5011AE" w14:textId="77777777" w:rsidR="00EF0F62" w:rsidRPr="00535AEF" w:rsidRDefault="00EF0F62" w:rsidP="00F16A53">
            <w:pPr>
              <w:spacing w:after="0" w:line="228" w:lineRule="auto"/>
              <w:rPr>
                <w:sz w:val="15"/>
                <w:szCs w:val="15"/>
              </w:rPr>
            </w:pPr>
          </w:p>
        </w:tc>
        <w:tc>
          <w:tcPr>
            <w:tcW w:w="1797" w:type="dxa"/>
            <w:tcBorders>
              <w:top w:val="single" w:sz="4" w:space="0" w:color="auto"/>
              <w:left w:val="single" w:sz="4" w:space="0" w:color="auto"/>
            </w:tcBorders>
            <w:shd w:val="clear" w:color="auto" w:fill="BFBFBF" w:themeFill="background1" w:themeFillShade="BF"/>
            <w:vAlign w:val="center"/>
          </w:tcPr>
          <w:p w14:paraId="4D00005A" w14:textId="5A302D71" w:rsidR="00EF0F62" w:rsidRPr="00535AEF" w:rsidRDefault="00EF0F62" w:rsidP="00F16A53">
            <w:pPr>
              <w:spacing w:after="0" w:line="228" w:lineRule="auto"/>
              <w:jc w:val="center"/>
              <w:rPr>
                <w:sz w:val="15"/>
                <w:szCs w:val="15"/>
              </w:rPr>
            </w:pPr>
            <w:r w:rsidRPr="00535AEF">
              <w:rPr>
                <w:b/>
                <w:color w:val="1F1F1F"/>
                <w:sz w:val="15"/>
                <w:szCs w:val="15"/>
              </w:rPr>
              <w:t>Nombre completo</w:t>
            </w:r>
          </w:p>
        </w:tc>
        <w:tc>
          <w:tcPr>
            <w:tcW w:w="2982" w:type="dxa"/>
            <w:tcBorders>
              <w:top w:val="single" w:sz="4" w:space="0" w:color="auto"/>
            </w:tcBorders>
            <w:vAlign w:val="center"/>
          </w:tcPr>
          <w:p w14:paraId="0487C37F" w14:textId="1FE9F19C" w:rsidR="00EF0F62" w:rsidRPr="00535AEF" w:rsidRDefault="0069704D" w:rsidP="00F16A53">
            <w:pPr>
              <w:spacing w:after="0" w:line="228" w:lineRule="auto"/>
              <w:jc w:val="both"/>
              <w:rPr>
                <w:sz w:val="15"/>
                <w:szCs w:val="15"/>
                <w:highlight w:val="yellow"/>
              </w:rPr>
            </w:pPr>
            <w:r w:rsidRPr="00535AEF">
              <w:rPr>
                <w:sz w:val="15"/>
                <w:szCs w:val="15"/>
                <w:highlight w:val="yellow"/>
              </w:rPr>
              <w:t>(19)</w:t>
            </w:r>
          </w:p>
        </w:tc>
      </w:tr>
      <w:tr w:rsidR="00EF0F62" w:rsidRPr="00535AEF" w14:paraId="37439461" w14:textId="6763A09F"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5A9BBA9B" w14:textId="42BC2EBB" w:rsidR="00EF0F62" w:rsidRPr="00535AEF" w:rsidRDefault="00EF0F62" w:rsidP="00F16A53">
            <w:pPr>
              <w:spacing w:after="0" w:line="228" w:lineRule="auto"/>
              <w:jc w:val="center"/>
              <w:rPr>
                <w:sz w:val="15"/>
                <w:szCs w:val="15"/>
              </w:rPr>
            </w:pPr>
            <w:r w:rsidRPr="00535AEF">
              <w:rPr>
                <w:b/>
                <w:sz w:val="15"/>
                <w:szCs w:val="15"/>
              </w:rPr>
              <w:t>Identificación oficial vigente</w:t>
            </w:r>
          </w:p>
        </w:tc>
        <w:tc>
          <w:tcPr>
            <w:tcW w:w="3353" w:type="dxa"/>
            <w:tcBorders>
              <w:right w:val="single" w:sz="4" w:space="0" w:color="auto"/>
            </w:tcBorders>
            <w:tcMar>
              <w:top w:w="80" w:type="dxa"/>
              <w:left w:w="100" w:type="dxa"/>
              <w:bottom w:w="80" w:type="dxa"/>
              <w:right w:w="100" w:type="dxa"/>
            </w:tcMar>
            <w:vAlign w:val="center"/>
          </w:tcPr>
          <w:p w14:paraId="2352B702" w14:textId="10438ADE" w:rsidR="00EF0F62" w:rsidRPr="00535AEF" w:rsidRDefault="00000000" w:rsidP="00F16A53">
            <w:pPr>
              <w:spacing w:after="0" w:line="228" w:lineRule="auto"/>
              <w:jc w:val="both"/>
              <w:rPr>
                <w:sz w:val="15"/>
                <w:szCs w:val="15"/>
                <w:highlight w:val="yellow"/>
              </w:rPr>
            </w:pPr>
            <w:sdt>
              <w:sdtPr>
                <w:rPr>
                  <w:sz w:val="15"/>
                  <w:szCs w:val="15"/>
                  <w:highlight w:val="yellow"/>
                </w:rPr>
                <w:alias w:val="&lt;&lt;Seleccione (11)&gt;&gt;"/>
                <w:tag w:val="&lt;&lt;Seleccione (11)&gt;&gt;"/>
                <w:id w:val="1512416836"/>
                <w:dropDownList>
                  <w:listItem w:displayText="&lt;&lt;Seleccione (11)&gt;&gt;" w:value="&lt;&lt;Seleccione (11)&gt;&gt;"/>
                  <w:listItem w:displayText="Credencial para votar" w:value="Credencial para votar"/>
                  <w:listItem w:displayText="Pasaporte" w:value="Pasaporte"/>
                </w:dropDownList>
              </w:sdtPr>
              <w:sdtContent>
                <w:r w:rsidR="0069704D" w:rsidRPr="00535AEF">
                  <w:rPr>
                    <w:sz w:val="15"/>
                    <w:szCs w:val="15"/>
                    <w:highlight w:val="yellow"/>
                  </w:rPr>
                  <w:t>&lt;&lt;Seleccione (11)&gt;&gt;</w:t>
                </w:r>
              </w:sdtContent>
            </w:sdt>
            <w:r w:rsidR="0069704D" w:rsidRPr="00535AEF">
              <w:rPr>
                <w:sz w:val="15"/>
                <w:szCs w:val="15"/>
              </w:rPr>
              <w:t xml:space="preserve"> </w:t>
            </w:r>
            <w:r w:rsidR="00EF0F62" w:rsidRPr="00535AEF">
              <w:rPr>
                <w:sz w:val="15"/>
                <w:szCs w:val="15"/>
              </w:rPr>
              <w:t>número</w:t>
            </w:r>
            <w:r w:rsidR="001D6433" w:rsidRPr="00535AEF">
              <w:rPr>
                <w:sz w:val="15"/>
                <w:szCs w:val="15"/>
              </w:rPr>
              <w:t xml:space="preserve"> </w:t>
            </w:r>
            <w:r w:rsidR="001D6433" w:rsidRPr="00535AEF">
              <w:rPr>
                <w:sz w:val="15"/>
                <w:szCs w:val="15"/>
                <w:highlight w:val="yellow"/>
              </w:rPr>
              <w:t>(12)</w:t>
            </w:r>
            <w:r w:rsidR="00EF0F62" w:rsidRPr="00535AEF">
              <w:rPr>
                <w:sz w:val="15"/>
                <w:szCs w:val="15"/>
              </w:rPr>
              <w:t xml:space="preserve">, expedida por </w:t>
            </w:r>
            <w:sdt>
              <w:sdtPr>
                <w:rPr>
                  <w:sz w:val="15"/>
                  <w:szCs w:val="15"/>
                  <w:highlight w:val="yellow"/>
                </w:rPr>
                <w:alias w:val="&lt;&lt;Seleccione (13)&gt;&gt;"/>
                <w:tag w:val="&lt;&lt;Seleccione (13)&gt;&gt;"/>
                <w:id w:val="-645587608"/>
                <w:dropDownList>
                  <w:listItem w:displayText="&lt;&lt;Seleccione (13)&gt;&gt;" w:value="&lt;&lt;Seleccione (13)&gt;&gt;"/>
                  <w:listItem w:displayText="el Instituto Nacional Electoral" w:value="el Instituto Nacional Electoral"/>
                  <w:listItem w:displayText="la Secretaría de Relaciones Exteriores" w:value="la Secretaría de Relaciones Exteriores"/>
                </w:dropDownList>
              </w:sdtPr>
              <w:sdtContent>
                <w:r w:rsidR="0069704D" w:rsidRPr="00535AEF">
                  <w:rPr>
                    <w:sz w:val="15"/>
                    <w:szCs w:val="15"/>
                    <w:highlight w:val="yellow"/>
                  </w:rPr>
                  <w:t>&lt;&lt;Seleccione (13)&gt;&gt;</w:t>
                </w:r>
              </w:sdtContent>
            </w:sdt>
          </w:p>
        </w:tc>
        <w:tc>
          <w:tcPr>
            <w:tcW w:w="236" w:type="dxa"/>
            <w:tcBorders>
              <w:top w:val="nil"/>
              <w:left w:val="single" w:sz="4" w:space="0" w:color="auto"/>
              <w:bottom w:val="nil"/>
              <w:right w:val="single" w:sz="4" w:space="0" w:color="auto"/>
            </w:tcBorders>
          </w:tcPr>
          <w:p w14:paraId="6199D623" w14:textId="77777777" w:rsidR="00EF0F62" w:rsidRPr="00535AEF" w:rsidRDefault="00EF0F62"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502C0650" w14:textId="4859995E" w:rsidR="00EF0F62" w:rsidRPr="00535AEF" w:rsidRDefault="00EF0F62" w:rsidP="00F16A53">
            <w:pPr>
              <w:spacing w:after="0" w:line="228" w:lineRule="auto"/>
              <w:jc w:val="center"/>
              <w:rPr>
                <w:sz w:val="15"/>
                <w:szCs w:val="15"/>
              </w:rPr>
            </w:pPr>
            <w:r w:rsidRPr="00535AEF">
              <w:rPr>
                <w:b/>
                <w:sz w:val="15"/>
                <w:szCs w:val="15"/>
              </w:rPr>
              <w:t>Identificación oficial vigente</w:t>
            </w:r>
            <w:r w:rsidR="00205B3B" w:rsidRPr="00535AEF">
              <w:rPr>
                <w:b/>
                <w:sz w:val="15"/>
                <w:szCs w:val="15"/>
              </w:rPr>
              <w:t xml:space="preserve"> </w:t>
            </w:r>
          </w:p>
        </w:tc>
        <w:tc>
          <w:tcPr>
            <w:tcW w:w="2982" w:type="dxa"/>
            <w:vAlign w:val="center"/>
          </w:tcPr>
          <w:p w14:paraId="7415EA85" w14:textId="747A0284" w:rsidR="00EF0F62" w:rsidRPr="00535AEF" w:rsidRDefault="00000000" w:rsidP="00F16A53">
            <w:pPr>
              <w:spacing w:after="0" w:line="228" w:lineRule="auto"/>
              <w:jc w:val="both"/>
              <w:rPr>
                <w:sz w:val="15"/>
                <w:szCs w:val="15"/>
                <w:highlight w:val="yellow"/>
              </w:rPr>
            </w:pPr>
            <w:sdt>
              <w:sdtPr>
                <w:rPr>
                  <w:sz w:val="15"/>
                  <w:szCs w:val="15"/>
                  <w:highlight w:val="yellow"/>
                </w:rPr>
                <w:alias w:val="&lt;&lt;Seleccione (20)&gt;&gt;"/>
                <w:tag w:val="&lt;&lt;Seleccione (20)&gt;&gt;"/>
                <w:id w:val="1040865710"/>
                <w:dropDownList>
                  <w:listItem w:displayText="&lt;&lt;Seleccione (20)&gt;&gt;" w:value="&lt;&lt;Seleccione (20)&gt;&gt;"/>
                  <w:listItem w:displayText="Credencial para votar" w:value="Credencial para votar"/>
                  <w:listItem w:displayText="Pasaporte" w:value="Pasaporte"/>
                </w:dropDownList>
              </w:sdtPr>
              <w:sdtContent>
                <w:r w:rsidR="0069704D" w:rsidRPr="00535AEF">
                  <w:rPr>
                    <w:sz w:val="15"/>
                    <w:szCs w:val="15"/>
                    <w:highlight w:val="yellow"/>
                  </w:rPr>
                  <w:t>&lt;&lt;Seleccione (20)&gt;&gt;</w:t>
                </w:r>
              </w:sdtContent>
            </w:sdt>
            <w:r w:rsidR="0069704D" w:rsidRPr="00535AEF">
              <w:rPr>
                <w:color w:val="1F1F1F"/>
                <w:sz w:val="15"/>
                <w:szCs w:val="15"/>
              </w:rPr>
              <w:t xml:space="preserve"> número </w:t>
            </w:r>
            <w:r w:rsidR="0069704D" w:rsidRPr="00535AEF">
              <w:rPr>
                <w:color w:val="1F1F1F"/>
                <w:sz w:val="15"/>
                <w:szCs w:val="15"/>
                <w:highlight w:val="yellow"/>
              </w:rPr>
              <w:t>(21)</w:t>
            </w:r>
            <w:r w:rsidR="0069704D" w:rsidRPr="00535AEF">
              <w:rPr>
                <w:color w:val="1F1F1F"/>
                <w:sz w:val="15"/>
                <w:szCs w:val="15"/>
              </w:rPr>
              <w:t xml:space="preserve">, expedida por </w:t>
            </w:r>
            <w:sdt>
              <w:sdtPr>
                <w:rPr>
                  <w:sz w:val="15"/>
                  <w:szCs w:val="15"/>
                  <w:highlight w:val="yellow"/>
                </w:rPr>
                <w:alias w:val="&lt;&lt;Seleccione (22)&gt;&gt;"/>
                <w:tag w:val="&lt;&lt;Seleccione (22)&gt;&gt;"/>
                <w:id w:val="-823116020"/>
                <w:dropDownList>
                  <w:listItem w:displayText="&lt;&lt;Seleccione (22)&gt;&gt;" w:value="&lt;&lt;Seleccione (22)&gt;&gt;"/>
                  <w:listItem w:displayText="el Instituto Nacional Electoral" w:value="el Instituto Nacional Electoral"/>
                  <w:listItem w:displayText="la Secretaría de Relaciones Exteriores" w:value="la Secretaría de Relaciones Exteriores"/>
                </w:dropDownList>
              </w:sdtPr>
              <w:sdtContent>
                <w:r w:rsidR="0069704D" w:rsidRPr="00535AEF">
                  <w:rPr>
                    <w:sz w:val="15"/>
                    <w:szCs w:val="15"/>
                    <w:highlight w:val="yellow"/>
                  </w:rPr>
                  <w:t>&lt;&lt;Seleccione (22)&gt;&gt;</w:t>
                </w:r>
              </w:sdtContent>
            </w:sdt>
          </w:p>
        </w:tc>
      </w:tr>
      <w:tr w:rsidR="00405F56" w:rsidRPr="00535AEF" w14:paraId="72C487BE" w14:textId="07D2ECB3"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36A0201C" w14:textId="159DEB88" w:rsidR="00405F56" w:rsidRPr="00535AEF" w:rsidRDefault="00921020" w:rsidP="00F16A53">
            <w:pPr>
              <w:spacing w:after="0" w:line="228" w:lineRule="auto"/>
              <w:jc w:val="center"/>
              <w:rPr>
                <w:sz w:val="15"/>
                <w:szCs w:val="15"/>
              </w:rPr>
            </w:pPr>
            <w:r w:rsidRPr="00921020">
              <w:rPr>
                <w:b/>
                <w:sz w:val="15"/>
                <w:szCs w:val="15"/>
              </w:rPr>
              <w:t>Cargo que desempeña</w:t>
            </w:r>
          </w:p>
        </w:tc>
        <w:tc>
          <w:tcPr>
            <w:tcW w:w="3353" w:type="dxa"/>
            <w:tcBorders>
              <w:right w:val="single" w:sz="4" w:space="0" w:color="auto"/>
            </w:tcBorders>
            <w:tcMar>
              <w:top w:w="80" w:type="dxa"/>
              <w:left w:w="100" w:type="dxa"/>
              <w:bottom w:w="80" w:type="dxa"/>
              <w:right w:w="100" w:type="dxa"/>
            </w:tcMar>
            <w:vAlign w:val="center"/>
          </w:tcPr>
          <w:p w14:paraId="37FCA7F7" w14:textId="4C209083" w:rsidR="00405F56" w:rsidRPr="00535AEF" w:rsidRDefault="00405F56" w:rsidP="00F16A53">
            <w:pPr>
              <w:spacing w:after="0" w:line="228" w:lineRule="auto"/>
              <w:jc w:val="both"/>
              <w:rPr>
                <w:sz w:val="15"/>
                <w:szCs w:val="15"/>
                <w:highlight w:val="yellow"/>
              </w:rPr>
            </w:pPr>
            <w:r w:rsidRPr="00535AEF">
              <w:rPr>
                <w:sz w:val="15"/>
                <w:szCs w:val="15"/>
                <w:highlight w:val="yellow"/>
                <w:shd w:val="clear" w:color="auto" w:fill="FFF2CC"/>
              </w:rPr>
              <w:t>(14)</w:t>
            </w:r>
          </w:p>
        </w:tc>
        <w:tc>
          <w:tcPr>
            <w:tcW w:w="236" w:type="dxa"/>
            <w:tcBorders>
              <w:top w:val="nil"/>
              <w:left w:val="single" w:sz="4" w:space="0" w:color="auto"/>
              <w:bottom w:val="nil"/>
              <w:right w:val="single" w:sz="4" w:space="0" w:color="auto"/>
            </w:tcBorders>
          </w:tcPr>
          <w:p w14:paraId="00DAA271" w14:textId="77777777" w:rsidR="00405F56" w:rsidRPr="00535AEF" w:rsidRDefault="00405F56"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11EEECF6" w14:textId="26E196FC" w:rsidR="00405F56" w:rsidRPr="00535AEF" w:rsidRDefault="00405F56" w:rsidP="00F16A53">
            <w:pPr>
              <w:spacing w:after="0" w:line="228" w:lineRule="auto"/>
              <w:jc w:val="center"/>
              <w:rPr>
                <w:sz w:val="15"/>
                <w:szCs w:val="15"/>
              </w:rPr>
            </w:pPr>
            <w:r w:rsidRPr="00535AEF">
              <w:rPr>
                <w:b/>
                <w:sz w:val="15"/>
                <w:szCs w:val="15"/>
              </w:rPr>
              <w:t xml:space="preserve">Domicilio para oír y recibir documentos </w:t>
            </w:r>
          </w:p>
        </w:tc>
        <w:tc>
          <w:tcPr>
            <w:tcW w:w="2982" w:type="dxa"/>
            <w:vAlign w:val="center"/>
          </w:tcPr>
          <w:p w14:paraId="41CF5696" w14:textId="12556C56" w:rsidR="00405F56" w:rsidRPr="00535AEF" w:rsidRDefault="00405F56" w:rsidP="00F16A53">
            <w:pPr>
              <w:spacing w:after="0" w:line="228" w:lineRule="auto"/>
              <w:jc w:val="both"/>
              <w:rPr>
                <w:sz w:val="15"/>
                <w:szCs w:val="15"/>
                <w:highlight w:val="yellow"/>
              </w:rPr>
            </w:pPr>
            <w:r w:rsidRPr="00535AEF">
              <w:rPr>
                <w:sz w:val="15"/>
                <w:szCs w:val="15"/>
                <w:highlight w:val="yellow"/>
              </w:rPr>
              <w:t>(23)</w:t>
            </w:r>
          </w:p>
        </w:tc>
      </w:tr>
      <w:tr w:rsidR="007B7934" w:rsidRPr="00535AEF" w14:paraId="62C7642A" w14:textId="4A397DE0"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78987C21" w14:textId="4AFA2134" w:rsidR="007B7934" w:rsidRPr="00535AEF" w:rsidRDefault="00921020" w:rsidP="007B7934">
            <w:pPr>
              <w:spacing w:after="0" w:line="228" w:lineRule="auto"/>
              <w:jc w:val="center"/>
              <w:rPr>
                <w:sz w:val="15"/>
                <w:szCs w:val="15"/>
              </w:rPr>
            </w:pPr>
            <w:r w:rsidRPr="00921020">
              <w:rPr>
                <w:b/>
                <w:sz w:val="15"/>
                <w:szCs w:val="15"/>
              </w:rPr>
              <w:t>Unidad de adscripción</w:t>
            </w:r>
          </w:p>
        </w:tc>
        <w:tc>
          <w:tcPr>
            <w:tcW w:w="3353" w:type="dxa"/>
            <w:tcBorders>
              <w:right w:val="single" w:sz="4" w:space="0" w:color="auto"/>
            </w:tcBorders>
            <w:tcMar>
              <w:top w:w="80" w:type="dxa"/>
              <w:left w:w="100" w:type="dxa"/>
              <w:bottom w:w="80" w:type="dxa"/>
              <w:right w:w="100" w:type="dxa"/>
            </w:tcMar>
            <w:vAlign w:val="center"/>
          </w:tcPr>
          <w:p w14:paraId="0CDF04CA" w14:textId="06349083" w:rsidR="007B7934" w:rsidRPr="00535AEF" w:rsidRDefault="007B7934" w:rsidP="007B7934">
            <w:pPr>
              <w:spacing w:after="0" w:line="228" w:lineRule="auto"/>
              <w:jc w:val="both"/>
              <w:rPr>
                <w:sz w:val="15"/>
                <w:szCs w:val="15"/>
                <w:highlight w:val="yellow"/>
              </w:rPr>
            </w:pPr>
            <w:r w:rsidRPr="00535AEF">
              <w:rPr>
                <w:sz w:val="15"/>
                <w:szCs w:val="15"/>
                <w:highlight w:val="yellow"/>
                <w:shd w:val="clear" w:color="auto" w:fill="FFF2CC"/>
              </w:rPr>
              <w:t>(15)</w:t>
            </w:r>
          </w:p>
        </w:tc>
        <w:tc>
          <w:tcPr>
            <w:tcW w:w="236" w:type="dxa"/>
            <w:tcBorders>
              <w:top w:val="nil"/>
              <w:left w:val="single" w:sz="4" w:space="0" w:color="auto"/>
              <w:bottom w:val="nil"/>
              <w:right w:val="single" w:sz="4" w:space="0" w:color="auto"/>
            </w:tcBorders>
          </w:tcPr>
          <w:p w14:paraId="4C70CD05" w14:textId="77777777" w:rsidR="007B7934" w:rsidRPr="00535AEF" w:rsidRDefault="007B7934" w:rsidP="007B7934">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65789F98" w14:textId="4B338D81" w:rsidR="007B7934" w:rsidRPr="00535AEF" w:rsidRDefault="007B7934" w:rsidP="007B7934">
            <w:pPr>
              <w:spacing w:after="0" w:line="228" w:lineRule="auto"/>
              <w:jc w:val="center"/>
              <w:rPr>
                <w:sz w:val="15"/>
                <w:szCs w:val="15"/>
              </w:rPr>
            </w:pPr>
            <w:r w:rsidRPr="00535AEF">
              <w:rPr>
                <w:b/>
                <w:sz w:val="15"/>
                <w:szCs w:val="15"/>
              </w:rPr>
              <w:t>Comprobante de domicilio distinto al domicilio laboral</w:t>
            </w:r>
          </w:p>
        </w:tc>
        <w:tc>
          <w:tcPr>
            <w:tcW w:w="2982" w:type="dxa"/>
            <w:vAlign w:val="center"/>
          </w:tcPr>
          <w:p w14:paraId="1A9EDBDC" w14:textId="157CA865" w:rsidR="007B7934" w:rsidRPr="00535AEF" w:rsidRDefault="007B7934" w:rsidP="007B7934">
            <w:pPr>
              <w:spacing w:after="0" w:line="228" w:lineRule="auto"/>
              <w:jc w:val="both"/>
              <w:rPr>
                <w:sz w:val="15"/>
                <w:szCs w:val="15"/>
                <w:highlight w:val="yellow"/>
              </w:rPr>
            </w:pPr>
            <w:r w:rsidRPr="00535AEF">
              <w:rPr>
                <w:sz w:val="15"/>
                <w:szCs w:val="15"/>
                <w:highlight w:val="yellow"/>
              </w:rPr>
              <w:t>(24) Tipo, fecha y titular del comprobante</w:t>
            </w:r>
          </w:p>
        </w:tc>
      </w:tr>
      <w:tr w:rsidR="00921020" w:rsidRPr="00535AEF" w14:paraId="1BDDE461" w14:textId="5B654676"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165A9499" w14:textId="155E6C3A" w:rsidR="00921020" w:rsidRPr="00535AEF" w:rsidRDefault="00921020" w:rsidP="00921020">
            <w:pPr>
              <w:spacing w:after="0" w:line="228" w:lineRule="auto"/>
              <w:jc w:val="center"/>
              <w:rPr>
                <w:sz w:val="15"/>
                <w:szCs w:val="15"/>
              </w:rPr>
            </w:pPr>
            <w:r w:rsidRPr="00535AEF">
              <w:rPr>
                <w:b/>
                <w:sz w:val="15"/>
                <w:szCs w:val="15"/>
              </w:rPr>
              <w:t>Correo electrónico de contacto</w:t>
            </w:r>
          </w:p>
        </w:tc>
        <w:tc>
          <w:tcPr>
            <w:tcW w:w="3353" w:type="dxa"/>
            <w:tcBorders>
              <w:right w:val="single" w:sz="4" w:space="0" w:color="auto"/>
            </w:tcBorders>
            <w:tcMar>
              <w:top w:w="80" w:type="dxa"/>
              <w:left w:w="100" w:type="dxa"/>
              <w:bottom w:w="80" w:type="dxa"/>
              <w:right w:w="100" w:type="dxa"/>
            </w:tcMar>
            <w:vAlign w:val="center"/>
          </w:tcPr>
          <w:p w14:paraId="2C03764B" w14:textId="5A04FEFB" w:rsidR="00921020" w:rsidRPr="00535AEF" w:rsidRDefault="00921020" w:rsidP="00921020">
            <w:pPr>
              <w:spacing w:after="0" w:line="228" w:lineRule="auto"/>
              <w:jc w:val="both"/>
              <w:rPr>
                <w:sz w:val="15"/>
                <w:szCs w:val="15"/>
                <w:highlight w:val="yellow"/>
              </w:rPr>
            </w:pPr>
            <w:r w:rsidRPr="00535AEF">
              <w:rPr>
                <w:sz w:val="15"/>
                <w:szCs w:val="15"/>
                <w:highlight w:val="yellow"/>
                <w:shd w:val="clear" w:color="auto" w:fill="FFF2CC"/>
              </w:rPr>
              <w:t>(1</w:t>
            </w:r>
            <w:r>
              <w:rPr>
                <w:sz w:val="15"/>
                <w:szCs w:val="15"/>
                <w:highlight w:val="yellow"/>
                <w:shd w:val="clear" w:color="auto" w:fill="FFF2CC"/>
              </w:rPr>
              <w:t>6</w:t>
            </w:r>
            <w:r w:rsidRPr="00535AEF">
              <w:rPr>
                <w:sz w:val="15"/>
                <w:szCs w:val="15"/>
                <w:highlight w:val="yellow"/>
                <w:shd w:val="clear" w:color="auto" w:fill="FFF2CC"/>
              </w:rPr>
              <w:t>)</w:t>
            </w:r>
          </w:p>
        </w:tc>
        <w:tc>
          <w:tcPr>
            <w:tcW w:w="236" w:type="dxa"/>
            <w:tcBorders>
              <w:top w:val="nil"/>
              <w:left w:val="single" w:sz="4" w:space="0" w:color="auto"/>
              <w:bottom w:val="nil"/>
              <w:right w:val="single" w:sz="4" w:space="0" w:color="auto"/>
            </w:tcBorders>
          </w:tcPr>
          <w:p w14:paraId="3396BE9E" w14:textId="77777777" w:rsidR="00921020" w:rsidRPr="00535AEF" w:rsidRDefault="00921020" w:rsidP="00921020">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1E42DF7D" w14:textId="3359C1F0" w:rsidR="00921020" w:rsidRPr="00535AEF" w:rsidRDefault="00921020" w:rsidP="00921020">
            <w:pPr>
              <w:spacing w:after="0" w:line="228" w:lineRule="auto"/>
              <w:jc w:val="center"/>
              <w:rPr>
                <w:sz w:val="15"/>
                <w:szCs w:val="15"/>
              </w:rPr>
            </w:pPr>
            <w:r w:rsidRPr="00535AEF">
              <w:rPr>
                <w:b/>
                <w:sz w:val="15"/>
                <w:szCs w:val="15"/>
              </w:rPr>
              <w:t>Persona autorizada para recibir notificaciones</w:t>
            </w:r>
          </w:p>
        </w:tc>
        <w:tc>
          <w:tcPr>
            <w:tcW w:w="2982" w:type="dxa"/>
            <w:vAlign w:val="center"/>
          </w:tcPr>
          <w:p w14:paraId="574CF7E7" w14:textId="04B4CACF" w:rsidR="00921020" w:rsidRPr="00535AEF" w:rsidRDefault="00921020" w:rsidP="00921020">
            <w:pPr>
              <w:spacing w:after="0" w:line="228" w:lineRule="auto"/>
              <w:jc w:val="both"/>
              <w:rPr>
                <w:sz w:val="15"/>
                <w:szCs w:val="15"/>
                <w:highlight w:val="yellow"/>
              </w:rPr>
            </w:pPr>
            <w:r w:rsidRPr="00535AEF">
              <w:rPr>
                <w:sz w:val="15"/>
                <w:szCs w:val="15"/>
                <w:highlight w:val="yellow"/>
              </w:rPr>
              <w:t>(25) Nombre completo</w:t>
            </w:r>
          </w:p>
        </w:tc>
      </w:tr>
      <w:tr w:rsidR="0069704D" w:rsidRPr="00535AEF" w14:paraId="72A457CF" w14:textId="3ECF4D5B" w:rsidTr="00D34664">
        <w:trPr>
          <w:cantSplit/>
          <w:trHeight w:val="20"/>
        </w:trPr>
        <w:tc>
          <w:tcPr>
            <w:tcW w:w="1660" w:type="dxa"/>
            <w:shd w:val="clear" w:color="auto" w:fill="BFBFBF" w:themeFill="background1" w:themeFillShade="BF"/>
            <w:tcMar>
              <w:top w:w="80" w:type="dxa"/>
              <w:left w:w="100" w:type="dxa"/>
              <w:bottom w:w="80" w:type="dxa"/>
              <w:right w:w="100" w:type="dxa"/>
            </w:tcMar>
            <w:vAlign w:val="center"/>
          </w:tcPr>
          <w:p w14:paraId="2A8F1B81" w14:textId="2816B6F4" w:rsidR="0069704D" w:rsidRPr="00535AEF" w:rsidRDefault="00921020" w:rsidP="00F16A53">
            <w:pPr>
              <w:spacing w:after="0" w:line="228" w:lineRule="auto"/>
              <w:jc w:val="center"/>
              <w:rPr>
                <w:sz w:val="15"/>
                <w:szCs w:val="15"/>
              </w:rPr>
            </w:pPr>
            <w:r w:rsidRPr="00921020">
              <w:rPr>
                <w:b/>
                <w:sz w:val="15"/>
                <w:szCs w:val="15"/>
              </w:rPr>
              <w:t>Documento que acredita la titularidad de la unidad de adscripción</w:t>
            </w:r>
          </w:p>
        </w:tc>
        <w:tc>
          <w:tcPr>
            <w:tcW w:w="3353" w:type="dxa"/>
            <w:tcBorders>
              <w:right w:val="single" w:sz="4" w:space="0" w:color="auto"/>
            </w:tcBorders>
            <w:tcMar>
              <w:top w:w="80" w:type="dxa"/>
              <w:left w:w="100" w:type="dxa"/>
              <w:bottom w:w="80" w:type="dxa"/>
              <w:right w:w="100" w:type="dxa"/>
            </w:tcMar>
            <w:vAlign w:val="center"/>
          </w:tcPr>
          <w:p w14:paraId="4F1EFB87" w14:textId="6FE5454A" w:rsidR="0069704D" w:rsidRPr="00535AEF" w:rsidRDefault="0069704D" w:rsidP="00F16A53">
            <w:pPr>
              <w:spacing w:after="0" w:line="228" w:lineRule="auto"/>
              <w:jc w:val="both"/>
              <w:rPr>
                <w:sz w:val="15"/>
                <w:szCs w:val="15"/>
                <w:highlight w:val="yellow"/>
              </w:rPr>
            </w:pPr>
            <w:r w:rsidRPr="00535AEF">
              <w:rPr>
                <w:sz w:val="15"/>
                <w:szCs w:val="15"/>
                <w:highlight w:val="yellow"/>
                <w:shd w:val="clear" w:color="auto" w:fill="FFF2CC"/>
              </w:rPr>
              <w:t>(17)</w:t>
            </w:r>
            <w:r w:rsidR="00921020">
              <w:rPr>
                <w:sz w:val="15"/>
                <w:szCs w:val="15"/>
                <w:highlight w:val="yellow"/>
                <w:shd w:val="clear" w:color="auto" w:fill="FFF2CC"/>
              </w:rPr>
              <w:t xml:space="preserve"> </w:t>
            </w:r>
            <w:r w:rsidR="00921020" w:rsidRPr="00535AEF">
              <w:rPr>
                <w:sz w:val="15"/>
                <w:szCs w:val="15"/>
                <w:highlight w:val="yellow"/>
              </w:rPr>
              <w:t>Tipo, número, fecha y autoridad emisora</w:t>
            </w:r>
          </w:p>
        </w:tc>
        <w:tc>
          <w:tcPr>
            <w:tcW w:w="236" w:type="dxa"/>
            <w:tcBorders>
              <w:top w:val="nil"/>
              <w:left w:val="single" w:sz="4" w:space="0" w:color="auto"/>
              <w:bottom w:val="nil"/>
              <w:right w:val="single" w:sz="4" w:space="0" w:color="auto"/>
            </w:tcBorders>
          </w:tcPr>
          <w:p w14:paraId="6EC748B2" w14:textId="77777777" w:rsidR="0069704D" w:rsidRPr="00535AEF" w:rsidRDefault="0069704D"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264212E6" w14:textId="3F6B91DF" w:rsidR="0069704D" w:rsidRPr="00535AEF" w:rsidRDefault="0069704D" w:rsidP="00F16A53">
            <w:pPr>
              <w:spacing w:after="0" w:line="228" w:lineRule="auto"/>
              <w:jc w:val="center"/>
              <w:rPr>
                <w:sz w:val="15"/>
                <w:szCs w:val="15"/>
              </w:rPr>
            </w:pPr>
            <w:r w:rsidRPr="00535AEF">
              <w:rPr>
                <w:b/>
                <w:sz w:val="15"/>
                <w:szCs w:val="15"/>
              </w:rPr>
              <w:t>Correo electrónico de contacto</w:t>
            </w:r>
          </w:p>
        </w:tc>
        <w:tc>
          <w:tcPr>
            <w:tcW w:w="2982" w:type="dxa"/>
            <w:vAlign w:val="center"/>
          </w:tcPr>
          <w:p w14:paraId="31D7803D" w14:textId="46417A6E" w:rsidR="0069704D" w:rsidRPr="00535AEF" w:rsidRDefault="0069704D" w:rsidP="00F16A53">
            <w:pPr>
              <w:spacing w:after="0" w:line="228" w:lineRule="auto"/>
              <w:jc w:val="both"/>
              <w:rPr>
                <w:sz w:val="15"/>
                <w:szCs w:val="15"/>
                <w:highlight w:val="yellow"/>
              </w:rPr>
            </w:pPr>
            <w:r w:rsidRPr="00535AEF">
              <w:rPr>
                <w:color w:val="000000"/>
                <w:sz w:val="15"/>
                <w:szCs w:val="15"/>
                <w:highlight w:val="yellow"/>
                <w:shd w:val="clear" w:color="auto" w:fill="FFF2CC"/>
              </w:rPr>
              <w:t>(26)</w:t>
            </w:r>
          </w:p>
        </w:tc>
      </w:tr>
      <w:tr w:rsidR="00921020" w:rsidRPr="00535AEF" w14:paraId="373FD8C1" w14:textId="77777777" w:rsidTr="00B04885">
        <w:trPr>
          <w:cantSplit/>
          <w:trHeight w:val="20"/>
        </w:trPr>
        <w:tc>
          <w:tcPr>
            <w:tcW w:w="5013" w:type="dxa"/>
            <w:gridSpan w:val="2"/>
            <w:vMerge w:val="restart"/>
            <w:tcBorders>
              <w:right w:val="single" w:sz="4" w:space="0" w:color="auto"/>
            </w:tcBorders>
            <w:tcMar>
              <w:top w:w="80" w:type="dxa"/>
              <w:left w:w="100" w:type="dxa"/>
              <w:bottom w:w="80" w:type="dxa"/>
              <w:right w:w="100" w:type="dxa"/>
            </w:tcMar>
            <w:vAlign w:val="center"/>
          </w:tcPr>
          <w:p w14:paraId="15BA5520" w14:textId="38CD2FFA" w:rsidR="00921020" w:rsidRPr="00921020" w:rsidRDefault="00921020" w:rsidP="00921020">
            <w:pPr>
              <w:spacing w:after="0" w:line="228" w:lineRule="auto"/>
              <w:jc w:val="both"/>
              <w:rPr>
                <w:color w:val="1F1F1F"/>
                <w:spacing w:val="-3"/>
                <w:sz w:val="15"/>
                <w:szCs w:val="15"/>
              </w:rPr>
            </w:pPr>
            <w:r w:rsidRPr="00921020">
              <w:rPr>
                <w:color w:val="1F1F1F"/>
                <w:spacing w:val="-3"/>
                <w:sz w:val="15"/>
                <w:szCs w:val="15"/>
              </w:rPr>
              <w:t>La PERSONA TITULAR DE LA UNIDAD DE ADSCRIPCIÓN requisita el presente formato y realiza la entrega simplificada en modalidad extraordinaria, en términos del artículo 42 del Reglamento para los Procesos de Entrega y Recepción</w:t>
            </w:r>
            <w:r>
              <w:rPr>
                <w:color w:val="1F1F1F"/>
                <w:spacing w:val="-3"/>
                <w:sz w:val="15"/>
                <w:szCs w:val="15"/>
              </w:rPr>
              <w:t xml:space="preserve"> </w:t>
            </w:r>
            <w:r w:rsidRPr="00921020">
              <w:rPr>
                <w:color w:val="1F1F1F"/>
                <w:spacing w:val="-3"/>
                <w:sz w:val="15"/>
                <w:szCs w:val="15"/>
              </w:rPr>
              <w:t>del Tribunal Electoral del Estado de México, con motivo de la circunstancia identificada en el apartado 1 y con base en la información, documentación, registros, recursos, bienes y asuntos institucionales que pudieron ser identificados a la fecha de corte. Asimismo, manifiesta que conoce el contenido del presente formato.</w:t>
            </w:r>
          </w:p>
        </w:tc>
        <w:tc>
          <w:tcPr>
            <w:tcW w:w="236" w:type="dxa"/>
            <w:tcBorders>
              <w:top w:val="nil"/>
              <w:left w:val="single" w:sz="4" w:space="0" w:color="auto"/>
              <w:bottom w:val="nil"/>
              <w:right w:val="single" w:sz="4" w:space="0" w:color="auto"/>
            </w:tcBorders>
          </w:tcPr>
          <w:p w14:paraId="28607C6D" w14:textId="77777777" w:rsidR="00921020" w:rsidRPr="00535AEF" w:rsidRDefault="00921020" w:rsidP="00F16A53">
            <w:pPr>
              <w:spacing w:after="0" w:line="228" w:lineRule="auto"/>
              <w:rPr>
                <w:sz w:val="15"/>
                <w:szCs w:val="15"/>
              </w:rPr>
            </w:pPr>
          </w:p>
        </w:tc>
        <w:tc>
          <w:tcPr>
            <w:tcW w:w="1797" w:type="dxa"/>
            <w:tcBorders>
              <w:left w:val="single" w:sz="4" w:space="0" w:color="auto"/>
            </w:tcBorders>
            <w:shd w:val="clear" w:color="auto" w:fill="BFBFBF" w:themeFill="background1" w:themeFillShade="BF"/>
            <w:vAlign w:val="center"/>
          </w:tcPr>
          <w:p w14:paraId="1892263C" w14:textId="7D325EAF" w:rsidR="00921020" w:rsidRPr="00535AEF" w:rsidRDefault="00AC6875" w:rsidP="00F16A53">
            <w:pPr>
              <w:spacing w:after="0" w:line="228" w:lineRule="auto"/>
              <w:jc w:val="center"/>
              <w:rPr>
                <w:b/>
                <w:sz w:val="15"/>
                <w:szCs w:val="15"/>
              </w:rPr>
            </w:pPr>
            <w:r w:rsidRPr="00AC6875">
              <w:rPr>
                <w:b/>
                <w:sz w:val="15"/>
                <w:szCs w:val="15"/>
              </w:rPr>
              <w:t xml:space="preserve">Documento </w:t>
            </w:r>
            <w:r w:rsidRPr="00AC6875">
              <w:rPr>
                <w:rFonts w:cs="Arial"/>
                <w:b/>
                <w:sz w:val="15"/>
                <w:szCs w:val="15"/>
              </w:rPr>
              <w:t>que</w:t>
            </w:r>
            <w:r>
              <w:rPr>
                <w:b/>
                <w:sz w:val="15"/>
                <w:szCs w:val="15"/>
              </w:rPr>
              <w:t xml:space="preserve"> </w:t>
            </w:r>
            <w:sdt>
              <w:sdtPr>
                <w:rPr>
                  <w:b/>
                  <w:sz w:val="15"/>
                  <w:szCs w:val="15"/>
                  <w:highlight w:val="yellow"/>
                </w:rPr>
                <w:alias w:val="&lt;&lt;Seleccione (26.1)&gt;&gt;"/>
                <w:tag w:val="&lt;&lt;Seleccione (26.1)&gt;&gt;"/>
                <w:id w:val="-953402843"/>
                <w:placeholder>
                  <w:docPart w:val="DefaultPlaceholder_-1854013438"/>
                </w:placeholder>
                <w:dropDownList>
                  <w:listItem w:displayText="&lt;&lt;Seleccione (26.1)&gt;&gt;" w:value="&lt;&lt;Seleccione (26.1)&gt;&gt;"/>
                  <w:listItem w:displayText="acredita el nombramiento de la PERSONA ENTRANTE" w:value="acredita el nombramiento de la PERSONA ENTRANTE"/>
                  <w:listItem w:displayText="acredita la determinación para recibir de la PERSONA QUE RECIBE" w:value="acredita la determinación para recibir de la PERSONA QUE RECIBE"/>
                </w:dropDownList>
              </w:sdtPr>
              <w:sdtContent>
                <w:r w:rsidR="00852569">
                  <w:rPr>
                    <w:b/>
                    <w:sz w:val="15"/>
                    <w:szCs w:val="15"/>
                    <w:highlight w:val="yellow"/>
                  </w:rPr>
                  <w:t>&lt;&lt;Seleccione (26.1)&gt;&gt;</w:t>
                </w:r>
              </w:sdtContent>
            </w:sdt>
          </w:p>
        </w:tc>
        <w:tc>
          <w:tcPr>
            <w:tcW w:w="2982" w:type="dxa"/>
            <w:vAlign w:val="center"/>
          </w:tcPr>
          <w:p w14:paraId="39D18DF6" w14:textId="7E5BF613" w:rsidR="00921020" w:rsidRPr="00535AEF" w:rsidRDefault="00921020" w:rsidP="00F16A53">
            <w:pPr>
              <w:spacing w:after="0" w:line="228" w:lineRule="auto"/>
              <w:jc w:val="both"/>
              <w:rPr>
                <w:sz w:val="15"/>
                <w:szCs w:val="15"/>
                <w:highlight w:val="yellow"/>
              </w:rPr>
            </w:pPr>
            <w:r w:rsidRPr="00535AEF">
              <w:rPr>
                <w:sz w:val="15"/>
                <w:szCs w:val="15"/>
                <w:highlight w:val="yellow"/>
              </w:rPr>
              <w:t>(27) Tipo, número, fecha y autoridad emisora</w:t>
            </w:r>
          </w:p>
        </w:tc>
      </w:tr>
      <w:tr w:rsidR="00921020" w:rsidRPr="00535AEF" w14:paraId="072D66B2" w14:textId="77777777" w:rsidTr="00AD682E">
        <w:trPr>
          <w:cantSplit/>
          <w:trHeight w:val="946"/>
        </w:trPr>
        <w:tc>
          <w:tcPr>
            <w:tcW w:w="5013" w:type="dxa"/>
            <w:gridSpan w:val="2"/>
            <w:vMerge/>
            <w:tcBorders>
              <w:right w:val="single" w:sz="4" w:space="0" w:color="auto"/>
            </w:tcBorders>
            <w:tcMar>
              <w:top w:w="80" w:type="dxa"/>
              <w:left w:w="100" w:type="dxa"/>
              <w:bottom w:w="80" w:type="dxa"/>
              <w:right w:w="100" w:type="dxa"/>
            </w:tcMar>
            <w:vAlign w:val="center"/>
          </w:tcPr>
          <w:p w14:paraId="00CBE266" w14:textId="24944322" w:rsidR="00921020" w:rsidRPr="00AD682E" w:rsidRDefault="00921020" w:rsidP="00F16A53">
            <w:pPr>
              <w:spacing w:after="0" w:line="228" w:lineRule="auto"/>
              <w:jc w:val="both"/>
              <w:rPr>
                <w:spacing w:val="-3"/>
                <w:sz w:val="15"/>
                <w:szCs w:val="15"/>
                <w:highlight w:val="yellow"/>
              </w:rPr>
            </w:pPr>
          </w:p>
        </w:tc>
        <w:tc>
          <w:tcPr>
            <w:tcW w:w="236" w:type="dxa"/>
            <w:tcBorders>
              <w:top w:val="nil"/>
              <w:left w:val="single" w:sz="4" w:space="0" w:color="auto"/>
              <w:bottom w:val="nil"/>
              <w:right w:val="single" w:sz="4" w:space="0" w:color="auto"/>
            </w:tcBorders>
          </w:tcPr>
          <w:p w14:paraId="28B9042D" w14:textId="77777777" w:rsidR="00921020" w:rsidRPr="00535AEF" w:rsidRDefault="00921020" w:rsidP="00F16A53">
            <w:pPr>
              <w:spacing w:after="0" w:line="228" w:lineRule="auto"/>
              <w:rPr>
                <w:spacing w:val="-2"/>
                <w:sz w:val="15"/>
                <w:szCs w:val="15"/>
              </w:rPr>
            </w:pPr>
          </w:p>
        </w:tc>
        <w:tc>
          <w:tcPr>
            <w:tcW w:w="4779" w:type="dxa"/>
            <w:gridSpan w:val="2"/>
            <w:tcBorders>
              <w:left w:val="single" w:sz="4" w:space="0" w:color="auto"/>
            </w:tcBorders>
            <w:vAlign w:val="center"/>
          </w:tcPr>
          <w:p w14:paraId="62DE59F1" w14:textId="3C48975C" w:rsidR="00921020" w:rsidRPr="00921020" w:rsidRDefault="00000000" w:rsidP="00921020">
            <w:pPr>
              <w:spacing w:after="0" w:line="228" w:lineRule="auto"/>
              <w:rPr>
                <w:spacing w:val="-2"/>
                <w:sz w:val="15"/>
                <w:szCs w:val="15"/>
                <w:highlight w:val="yellow"/>
              </w:rPr>
            </w:pPr>
            <w:sdt>
              <w:sdtPr>
                <w:rPr>
                  <w:rFonts w:cs="Arial"/>
                  <w:spacing w:val="-1"/>
                  <w:sz w:val="15"/>
                  <w:szCs w:val="15"/>
                  <w:highlight w:val="yellow"/>
                </w:rPr>
                <w:alias w:val="&lt;&lt;Seleccione (27.1)&gt;&gt;"/>
                <w:tag w:val="&lt;&lt;Seleccione (27.1)&gt;&gt;"/>
                <w:id w:val="-1472360913"/>
                <w:placeholder>
                  <w:docPart w:val="3E35F502F9384697AA535CA450228F66"/>
                </w:placeholder>
                <w15:color w:val="FF0000"/>
                <w:dropDownList>
                  <w:listItem w:displayText="&lt;&lt;Seleccione (27.1)&gt;&gt;" w:value="&lt;&lt;Seleccione (27.1)&gt;&gt;"/>
                  <w:listItem w:displayText="La PERSONA ENTRANTE recibe definitivamente los elementos identificados y podrá revisar la información física y electrónica y su soporte documental, así como solicitar aclaraciones dentro de los treinta días naturales siguientes a la suscripción." w:value="La PERSONA ENTRANTE recibe definitivamente los elementos identificados y podrá revisar la información física y electrónica y su soporte documental, así como solicitar aclaraciones dentro de los treinta días naturales siguientes a la suscripción."/>
                  <w:listItem w:displayText="La PERSONA QUE RECIBE recibe temporalmente los elementos identificados; debe conservarlos en el estado en que se entregan e informar a la titularidad de la unidad, al día hábil siguiente, sobre los programas, proyectos, asuntos y acciones recibidos." w:value="La PERSONA QUE RECIBE recibe temporalmente los elementos identificados; debe conservarlos en el estado en que se entregan e informar a la titularidad de la unidad, al día hábil siguiente, sobre los programas, proyectos, asuntos y acciones recibidos."/>
                </w:dropDownList>
              </w:sdtPr>
              <w:sdtContent>
                <w:r w:rsidR="00921020" w:rsidRPr="00921020">
                  <w:rPr>
                    <w:rFonts w:cs="Arial"/>
                    <w:spacing w:val="-1"/>
                    <w:sz w:val="15"/>
                    <w:szCs w:val="15"/>
                    <w:highlight w:val="yellow"/>
                  </w:rPr>
                  <w:t>&lt;&lt;Seleccione (27.1)&gt;&gt;</w:t>
                </w:r>
              </w:sdtContent>
            </w:sdt>
          </w:p>
        </w:tc>
      </w:tr>
    </w:tbl>
    <w:p w14:paraId="03B7FD71" w14:textId="77777777" w:rsidR="0083203A" w:rsidRPr="00535AEF" w:rsidRDefault="0083203A" w:rsidP="00F16A53">
      <w:pPr>
        <w:spacing w:after="0" w:line="228" w:lineRule="auto"/>
        <w:rPr>
          <w:sz w:val="15"/>
          <w:szCs w:val="15"/>
        </w:rPr>
      </w:pPr>
    </w:p>
    <w:tbl>
      <w:tblPr>
        <w:tblStyle w:val="Tablaconcuadrcula"/>
        <w:tblW w:w="10060" w:type="dxa"/>
        <w:tblLayout w:type="fixed"/>
        <w:tblLook w:val="04A0" w:firstRow="1" w:lastRow="0" w:firstColumn="1" w:lastColumn="0" w:noHBand="0" w:noVBand="1"/>
      </w:tblPr>
      <w:tblGrid>
        <w:gridCol w:w="514"/>
        <w:gridCol w:w="5718"/>
        <w:gridCol w:w="3828"/>
      </w:tblGrid>
      <w:tr w:rsidR="00CD61D8" w:rsidRPr="00535AEF" w14:paraId="6E1F4938" w14:textId="77777777" w:rsidTr="00AD682E">
        <w:trPr>
          <w:cantSplit/>
          <w:trHeight w:val="20"/>
          <w:tblHeader/>
        </w:trPr>
        <w:tc>
          <w:tcPr>
            <w:tcW w:w="10060" w:type="dxa"/>
            <w:gridSpan w:val="3"/>
            <w:tcBorders>
              <w:top w:val="single" w:sz="4" w:space="0" w:color="auto"/>
              <w:bottom w:val="nil"/>
            </w:tcBorders>
            <w:shd w:val="clear" w:color="auto" w:fill="000000" w:themeFill="text1"/>
            <w:tcMar>
              <w:top w:w="80" w:type="dxa"/>
              <w:left w:w="100" w:type="dxa"/>
              <w:bottom w:w="80" w:type="dxa"/>
              <w:right w:w="100" w:type="dxa"/>
            </w:tcMar>
            <w:vAlign w:val="center"/>
          </w:tcPr>
          <w:p w14:paraId="00DE6041" w14:textId="31813885" w:rsidR="00CD61D8" w:rsidRPr="00535AEF" w:rsidRDefault="00CD61D8" w:rsidP="00CD61D8">
            <w:pPr>
              <w:spacing w:after="0" w:line="228" w:lineRule="auto"/>
              <w:jc w:val="both"/>
              <w:rPr>
                <w:b/>
                <w:sz w:val="15"/>
                <w:szCs w:val="15"/>
              </w:rPr>
            </w:pPr>
            <w:r>
              <w:rPr>
                <w:b/>
                <w:sz w:val="15"/>
                <w:szCs w:val="15"/>
              </w:rPr>
              <w:t xml:space="preserve">3. </w:t>
            </w:r>
            <w:r w:rsidR="00E139E8" w:rsidRPr="00E139E8">
              <w:rPr>
                <w:b/>
                <w:sz w:val="15"/>
                <w:szCs w:val="15"/>
              </w:rPr>
              <w:t>Manifestaciones de la persona titular de la unidad de adscripción que realiza la entrega extraordinaria</w:t>
            </w:r>
          </w:p>
        </w:tc>
      </w:tr>
      <w:tr w:rsidR="00CD61D8" w:rsidRPr="00535AEF" w14:paraId="2E0D2CD0" w14:textId="77777777" w:rsidTr="00AD682E">
        <w:trPr>
          <w:cantSplit/>
          <w:trHeight w:val="20"/>
          <w:tblHeader/>
        </w:trPr>
        <w:tc>
          <w:tcPr>
            <w:tcW w:w="10060" w:type="dxa"/>
            <w:gridSpan w:val="3"/>
            <w:tcBorders>
              <w:top w:val="nil"/>
              <w:left w:val="nil"/>
              <w:bottom w:val="single" w:sz="4" w:space="0" w:color="auto"/>
              <w:right w:val="nil"/>
            </w:tcBorders>
            <w:tcMar>
              <w:top w:w="80" w:type="dxa"/>
              <w:left w:w="100" w:type="dxa"/>
              <w:bottom w:w="80" w:type="dxa"/>
              <w:right w:w="100" w:type="dxa"/>
            </w:tcMar>
            <w:vAlign w:val="center"/>
          </w:tcPr>
          <w:p w14:paraId="6AE6A9CE" w14:textId="45AEF606" w:rsidR="00CD61D8" w:rsidRPr="00A6473A" w:rsidRDefault="00AC6875" w:rsidP="00CD61D8">
            <w:pPr>
              <w:spacing w:after="0" w:line="228" w:lineRule="auto"/>
              <w:jc w:val="both"/>
              <w:rPr>
                <w:bCs/>
                <w:spacing w:val="-3"/>
                <w:sz w:val="15"/>
                <w:szCs w:val="15"/>
              </w:rPr>
            </w:pPr>
            <w:r w:rsidRPr="00AC6875">
              <w:rPr>
                <w:bCs/>
                <w:spacing w:val="-3"/>
                <w:sz w:val="15"/>
                <w:szCs w:val="15"/>
              </w:rPr>
              <w:t>La PERSONA TITULAR DE LA UNIDAD DE ADSCRIPCIÓN, con base exclusivamente en los registros, documentos y demás elementos institucionales disponibles, hace constar lo siguiente respecto del empleo, cargo o comisión objeto de la entrega extraordinaria</w:t>
            </w:r>
            <w:r w:rsidR="00CD61D8" w:rsidRPr="00A6473A">
              <w:rPr>
                <w:bCs/>
                <w:spacing w:val="-3"/>
                <w:sz w:val="15"/>
                <w:szCs w:val="15"/>
              </w:rPr>
              <w:t>:</w:t>
            </w:r>
          </w:p>
        </w:tc>
      </w:tr>
      <w:tr w:rsidR="00280A8E" w:rsidRPr="00535AEF" w14:paraId="6B504B73" w14:textId="77777777" w:rsidTr="00A6473A">
        <w:trPr>
          <w:cantSplit/>
          <w:trHeight w:val="20"/>
          <w:tblHeader/>
        </w:trPr>
        <w:tc>
          <w:tcPr>
            <w:tcW w:w="514"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3A142CDC" w14:textId="77777777" w:rsidR="00280A8E" w:rsidRPr="00535AEF" w:rsidRDefault="00280A8E" w:rsidP="00F16A53">
            <w:pPr>
              <w:spacing w:after="0" w:line="228" w:lineRule="auto"/>
              <w:jc w:val="center"/>
              <w:rPr>
                <w:sz w:val="15"/>
                <w:szCs w:val="15"/>
              </w:rPr>
            </w:pPr>
            <w:r w:rsidRPr="00535AEF">
              <w:rPr>
                <w:b/>
                <w:sz w:val="15"/>
                <w:szCs w:val="15"/>
              </w:rPr>
              <w:t>No.</w:t>
            </w:r>
          </w:p>
        </w:tc>
        <w:tc>
          <w:tcPr>
            <w:tcW w:w="5718"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3309CEE3" w14:textId="77777777" w:rsidR="00280A8E" w:rsidRPr="00535AEF" w:rsidRDefault="00280A8E" w:rsidP="00F16A53">
            <w:pPr>
              <w:spacing w:after="0" w:line="228" w:lineRule="auto"/>
              <w:jc w:val="center"/>
              <w:rPr>
                <w:sz w:val="15"/>
                <w:szCs w:val="15"/>
              </w:rPr>
            </w:pPr>
            <w:r w:rsidRPr="00535AEF">
              <w:rPr>
                <w:b/>
                <w:sz w:val="15"/>
                <w:szCs w:val="15"/>
              </w:rPr>
              <w:t>Manifestación prevista en el artículo 39</w:t>
            </w:r>
          </w:p>
        </w:tc>
        <w:tc>
          <w:tcPr>
            <w:tcW w:w="3828"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1A52A193" w14:textId="77777777" w:rsidR="00280A8E" w:rsidRPr="00535AEF" w:rsidRDefault="00280A8E" w:rsidP="00F16A53">
            <w:pPr>
              <w:spacing w:after="0" w:line="228" w:lineRule="auto"/>
              <w:jc w:val="center"/>
              <w:rPr>
                <w:sz w:val="15"/>
                <w:szCs w:val="15"/>
              </w:rPr>
            </w:pPr>
            <w:r w:rsidRPr="00535AEF">
              <w:rPr>
                <w:b/>
                <w:sz w:val="15"/>
                <w:szCs w:val="15"/>
              </w:rPr>
              <w:t>Selección</w:t>
            </w:r>
          </w:p>
        </w:tc>
      </w:tr>
      <w:tr w:rsidR="00280A8E" w:rsidRPr="00535AEF" w14:paraId="6D70AAC4" w14:textId="77777777" w:rsidTr="00A6473A">
        <w:trPr>
          <w:cantSplit/>
          <w:trHeight w:val="159"/>
        </w:trPr>
        <w:tc>
          <w:tcPr>
            <w:tcW w:w="514" w:type="dxa"/>
            <w:tcMar>
              <w:top w:w="80" w:type="dxa"/>
              <w:left w:w="100" w:type="dxa"/>
              <w:bottom w:w="80" w:type="dxa"/>
              <w:right w:w="100" w:type="dxa"/>
            </w:tcMar>
            <w:vAlign w:val="center"/>
          </w:tcPr>
          <w:p w14:paraId="026B5E83" w14:textId="77777777" w:rsidR="00280A8E" w:rsidRPr="00535AEF" w:rsidRDefault="00280A8E" w:rsidP="00F16A53">
            <w:pPr>
              <w:spacing w:after="0" w:line="228" w:lineRule="auto"/>
              <w:jc w:val="center"/>
              <w:rPr>
                <w:sz w:val="15"/>
                <w:szCs w:val="15"/>
              </w:rPr>
            </w:pPr>
            <w:r w:rsidRPr="00535AEF">
              <w:rPr>
                <w:b/>
                <w:sz w:val="15"/>
                <w:szCs w:val="15"/>
              </w:rPr>
              <w:t>I</w:t>
            </w:r>
          </w:p>
        </w:tc>
        <w:tc>
          <w:tcPr>
            <w:tcW w:w="5718" w:type="dxa"/>
            <w:tcMar>
              <w:top w:w="80" w:type="dxa"/>
              <w:left w:w="100" w:type="dxa"/>
              <w:bottom w:w="80" w:type="dxa"/>
              <w:right w:w="100" w:type="dxa"/>
            </w:tcMar>
            <w:vAlign w:val="center"/>
          </w:tcPr>
          <w:p w14:paraId="6C157212" w14:textId="6981D0B9" w:rsidR="00280A8E" w:rsidRPr="00535AEF" w:rsidRDefault="00E139E8" w:rsidP="00F16A53">
            <w:pPr>
              <w:spacing w:after="0" w:line="228" w:lineRule="auto"/>
              <w:jc w:val="both"/>
              <w:rPr>
                <w:sz w:val="15"/>
                <w:szCs w:val="15"/>
              </w:rPr>
            </w:pPr>
            <w:r w:rsidRPr="00E139E8">
              <w:rPr>
                <w:sz w:val="15"/>
                <w:szCs w:val="15"/>
              </w:rPr>
              <w:t>Información y documentación correspondiente al ejercicio de las funciones de la persona imposibilitada.</w:t>
            </w:r>
          </w:p>
        </w:tc>
        <w:tc>
          <w:tcPr>
            <w:tcW w:w="3828" w:type="dxa"/>
            <w:tcMar>
              <w:top w:w="80" w:type="dxa"/>
              <w:left w:w="100" w:type="dxa"/>
              <w:bottom w:w="80" w:type="dxa"/>
              <w:right w:w="100" w:type="dxa"/>
            </w:tcMar>
            <w:vAlign w:val="center"/>
          </w:tcPr>
          <w:p w14:paraId="0DC61C5F" w14:textId="14337D62" w:rsidR="00280A8E" w:rsidRPr="00535AEF" w:rsidRDefault="00000000" w:rsidP="00F16A53">
            <w:pPr>
              <w:spacing w:after="0" w:line="228" w:lineRule="auto"/>
              <w:jc w:val="center"/>
              <w:rPr>
                <w:sz w:val="15"/>
                <w:szCs w:val="15"/>
                <w:highlight w:val="yellow"/>
              </w:rPr>
            </w:pPr>
            <w:sdt>
              <w:sdtPr>
                <w:rPr>
                  <w:sz w:val="15"/>
                  <w:szCs w:val="15"/>
                  <w:highlight w:val="yellow"/>
                </w:rPr>
                <w:alias w:val="&lt;&lt;Seleccione (28)&gt;&gt;"/>
                <w:tag w:val="&lt;&lt;Seleccione (28)&gt;&gt;"/>
                <w:id w:val="427705155"/>
                <w:dropDownList>
                  <w:listItem w:displayText="&lt;&lt;Seleccione (28)&gt;&gt;" w:value="&lt;&lt;Seleccione (28)&gt;&gt;"/>
                  <w:listItem w:displayText="No se identificó información ni documentación correspondiente al ejercicio de las funciones de la persona imposibilitada" w:value="No se identificó información ni documentación correspondiente al ejercicio de las funciones de la persona imposibilitada"/>
                  <w:listItem w:displayText="Se identificó información o documentación y se incorpora la relación correspondiente" w:value="Se identificó información o documentación y se incorpora la relación correspondiente"/>
                  <w:listItem w:displayText="Se identificó información o documentación, pero los elementos disponibles no permiten determinar su integridad; se relaciona lo localizado y se explica la circunstancia en observaciones" w:value="Se identificó información o documentación, pero los elementos disponibles no permiten determinar su integridad; se relaciona lo localizado y se explica la circunstancia en observaciones"/>
                </w:dropDownList>
              </w:sdtPr>
              <w:sdtContent>
                <w:r w:rsidR="00280A8E" w:rsidRPr="00535AEF">
                  <w:rPr>
                    <w:sz w:val="15"/>
                    <w:szCs w:val="15"/>
                    <w:highlight w:val="yellow"/>
                  </w:rPr>
                  <w:t>&lt;&lt;Seleccione (28)&gt;&gt;</w:t>
                </w:r>
              </w:sdtContent>
            </w:sdt>
          </w:p>
        </w:tc>
      </w:tr>
      <w:tr w:rsidR="00280A8E" w:rsidRPr="00535AEF" w14:paraId="0C044A3B" w14:textId="77777777" w:rsidTr="00A6473A">
        <w:trPr>
          <w:cantSplit/>
          <w:trHeight w:val="20"/>
        </w:trPr>
        <w:tc>
          <w:tcPr>
            <w:tcW w:w="514" w:type="dxa"/>
            <w:tcMar>
              <w:top w:w="80" w:type="dxa"/>
              <w:left w:w="100" w:type="dxa"/>
              <w:bottom w:w="80" w:type="dxa"/>
              <w:right w:w="100" w:type="dxa"/>
            </w:tcMar>
            <w:vAlign w:val="center"/>
          </w:tcPr>
          <w:p w14:paraId="165410A0" w14:textId="77777777" w:rsidR="00280A8E" w:rsidRPr="00535AEF" w:rsidRDefault="00280A8E" w:rsidP="00926103">
            <w:pPr>
              <w:spacing w:after="0" w:line="228" w:lineRule="auto"/>
              <w:jc w:val="center"/>
              <w:rPr>
                <w:sz w:val="15"/>
                <w:szCs w:val="15"/>
              </w:rPr>
            </w:pPr>
            <w:r w:rsidRPr="00535AEF">
              <w:rPr>
                <w:b/>
                <w:sz w:val="15"/>
                <w:szCs w:val="15"/>
              </w:rPr>
              <w:t>II</w:t>
            </w:r>
          </w:p>
        </w:tc>
        <w:tc>
          <w:tcPr>
            <w:tcW w:w="5718" w:type="dxa"/>
            <w:tcMar>
              <w:top w:w="80" w:type="dxa"/>
              <w:left w:w="100" w:type="dxa"/>
              <w:bottom w:w="80" w:type="dxa"/>
              <w:right w:w="100" w:type="dxa"/>
            </w:tcMar>
            <w:vAlign w:val="center"/>
          </w:tcPr>
          <w:p w14:paraId="320E8180" w14:textId="6B47176A" w:rsidR="00280A8E" w:rsidRPr="00535AEF" w:rsidRDefault="00E139E8" w:rsidP="00926103">
            <w:pPr>
              <w:spacing w:after="0" w:line="228" w:lineRule="auto"/>
              <w:jc w:val="both"/>
              <w:rPr>
                <w:sz w:val="15"/>
                <w:szCs w:val="15"/>
              </w:rPr>
            </w:pPr>
            <w:r w:rsidRPr="00E139E8">
              <w:rPr>
                <w:sz w:val="15"/>
                <w:szCs w:val="15"/>
              </w:rPr>
              <w:t>Recursos y bienes correspondientes al empleo, cargo o comisión objeto de la entrega</w:t>
            </w:r>
          </w:p>
        </w:tc>
        <w:tc>
          <w:tcPr>
            <w:tcW w:w="3828" w:type="dxa"/>
            <w:tcMar>
              <w:top w:w="80" w:type="dxa"/>
              <w:left w:w="100" w:type="dxa"/>
              <w:bottom w:w="80" w:type="dxa"/>
              <w:right w:w="100" w:type="dxa"/>
            </w:tcMar>
            <w:vAlign w:val="center"/>
          </w:tcPr>
          <w:p w14:paraId="718AC7E4" w14:textId="1FA1217E" w:rsidR="00280A8E" w:rsidRPr="00535AEF" w:rsidRDefault="00000000" w:rsidP="00926103">
            <w:pPr>
              <w:spacing w:after="0" w:line="228" w:lineRule="auto"/>
              <w:jc w:val="center"/>
              <w:rPr>
                <w:sz w:val="15"/>
                <w:szCs w:val="15"/>
                <w:highlight w:val="yellow"/>
              </w:rPr>
            </w:pPr>
            <w:sdt>
              <w:sdtPr>
                <w:rPr>
                  <w:sz w:val="15"/>
                  <w:szCs w:val="15"/>
                  <w:highlight w:val="yellow"/>
                </w:rPr>
                <w:alias w:val="&lt;&lt;Seleccione (29)&gt;&gt;"/>
                <w:tag w:val="&lt;&lt;Seleccione (29)&gt;&gt;"/>
                <w:id w:val="-877317260"/>
                <w:dropDownList>
                  <w:listItem w:displayText="&lt;&lt;Seleccione (29)&gt;&gt;" w:value="&lt;&lt;Seleccione (29)&gt;&gt;"/>
                  <w:listItem w:displayText="No se identificaron recursos ni bienes correspondientes al empleo, cargo o comisión objeto de la entrega" w:value="No se identificaron recursos ni bienes correspondientes al empleo, cargo o comisión objeto de la entrega"/>
                  <w:listItem w:displayText="Se identificaron recursos o bienes y se incorpora la relación, los resguardos y los soportes correspondientes" w:value="Se identificaron recursos o bienes y se incorpora la relación, los resguardos y los soportes correspondientes"/>
                  <w:listItem w:displayText="Se identificaron recursos o bienes, pero los resguardos o soportes están incompletos; se relaciona lo localizado y se explica la circunstancia en observaciones" w:value="Se identificaron recursos o bienes, pero los resguardos o soportes están incompletos; se relaciona lo localizado y se explica la circunstancia en observaciones"/>
                  <w:listItem w:displayText="Los elementos disponibles no permiten determinar la existencia o situación de los recursos y bienes; se explica la circunstancia en observaciones" w:value="Los elementos disponibles no permiten determinar la existencia o situación de los recursos y bienes; se explica la circunstancia en observaciones"/>
                </w:dropDownList>
              </w:sdtPr>
              <w:sdtContent>
                <w:r w:rsidR="00280A8E" w:rsidRPr="00535AEF">
                  <w:rPr>
                    <w:sz w:val="15"/>
                    <w:szCs w:val="15"/>
                    <w:highlight w:val="yellow"/>
                  </w:rPr>
                  <w:t>&lt;&lt;Seleccione (29)&gt;&gt;</w:t>
                </w:r>
              </w:sdtContent>
            </w:sdt>
          </w:p>
        </w:tc>
      </w:tr>
      <w:tr w:rsidR="00280A8E" w:rsidRPr="00535AEF" w14:paraId="359459E9" w14:textId="77777777" w:rsidTr="00A6473A">
        <w:trPr>
          <w:cantSplit/>
          <w:trHeight w:val="20"/>
        </w:trPr>
        <w:tc>
          <w:tcPr>
            <w:tcW w:w="514" w:type="dxa"/>
            <w:tcMar>
              <w:top w:w="80" w:type="dxa"/>
              <w:left w:w="100" w:type="dxa"/>
              <w:bottom w:w="80" w:type="dxa"/>
              <w:right w:w="100" w:type="dxa"/>
            </w:tcMar>
            <w:vAlign w:val="center"/>
          </w:tcPr>
          <w:p w14:paraId="1BA06E8F" w14:textId="77777777" w:rsidR="00280A8E" w:rsidRPr="00535AEF" w:rsidRDefault="00280A8E" w:rsidP="00926103">
            <w:pPr>
              <w:spacing w:after="0" w:line="228" w:lineRule="auto"/>
              <w:jc w:val="center"/>
              <w:rPr>
                <w:sz w:val="15"/>
                <w:szCs w:val="15"/>
              </w:rPr>
            </w:pPr>
            <w:r w:rsidRPr="00535AEF">
              <w:rPr>
                <w:b/>
                <w:sz w:val="15"/>
                <w:szCs w:val="15"/>
              </w:rPr>
              <w:t>III</w:t>
            </w:r>
          </w:p>
        </w:tc>
        <w:tc>
          <w:tcPr>
            <w:tcW w:w="5718" w:type="dxa"/>
            <w:tcMar>
              <w:top w:w="80" w:type="dxa"/>
              <w:left w:w="100" w:type="dxa"/>
              <w:bottom w:w="80" w:type="dxa"/>
              <w:right w:w="100" w:type="dxa"/>
            </w:tcMar>
            <w:vAlign w:val="center"/>
          </w:tcPr>
          <w:p w14:paraId="74BE3578" w14:textId="352A6943" w:rsidR="00280A8E" w:rsidRPr="00535AEF" w:rsidRDefault="00E139E8" w:rsidP="00926103">
            <w:pPr>
              <w:spacing w:after="0" w:line="228" w:lineRule="auto"/>
              <w:jc w:val="both"/>
              <w:rPr>
                <w:sz w:val="15"/>
                <w:szCs w:val="15"/>
              </w:rPr>
            </w:pPr>
            <w:r w:rsidRPr="00E139E8">
              <w:rPr>
                <w:sz w:val="15"/>
                <w:szCs w:val="15"/>
              </w:rPr>
              <w:t>Situación de los adeudos patrimoniales o documentales de la persona imposibilitada, conforme a los registros y constancias institucionales disponibles.</w:t>
            </w:r>
          </w:p>
        </w:tc>
        <w:tc>
          <w:tcPr>
            <w:tcW w:w="3828" w:type="dxa"/>
            <w:tcMar>
              <w:top w:w="80" w:type="dxa"/>
              <w:left w:w="100" w:type="dxa"/>
              <w:bottom w:w="80" w:type="dxa"/>
              <w:right w:w="100" w:type="dxa"/>
            </w:tcMar>
            <w:vAlign w:val="center"/>
          </w:tcPr>
          <w:p w14:paraId="40162E69" w14:textId="52EA6601" w:rsidR="00280A8E" w:rsidRPr="00535AEF" w:rsidRDefault="00000000" w:rsidP="00926103">
            <w:pPr>
              <w:spacing w:after="0" w:line="228" w:lineRule="auto"/>
              <w:jc w:val="center"/>
              <w:rPr>
                <w:sz w:val="15"/>
                <w:szCs w:val="15"/>
                <w:highlight w:val="yellow"/>
              </w:rPr>
            </w:pPr>
            <w:sdt>
              <w:sdtPr>
                <w:rPr>
                  <w:sz w:val="15"/>
                  <w:szCs w:val="15"/>
                  <w:highlight w:val="yellow"/>
                </w:rPr>
                <w:alias w:val="&lt;&lt;Seleccione (30)&gt;&gt;"/>
                <w:tag w:val="&lt;&lt;Seleccione (30)&gt;&gt;"/>
                <w:id w:val="1784696517"/>
                <w:dropDownList>
                  <w:listItem w:displayText="&lt;&lt;Seleccione (30)&gt;&gt;" w:value="&lt;&lt;Seleccione (30)&gt;&gt;"/>
                  <w:listItem w:displayText="No se identificaron adeudos patrimoniales ni documentales y se integran las constancias correspondientes" w:value="No se identificaron adeudos patrimoniales ni documentales y se integran las constancias correspondientes"/>
                  <w:listItem w:displayText="No se identificaron adeudos registrados, pero una o ambas constancias se encuentran en trámite o no están disponibles; se explica la circunstancia en observaciones" w:value="No se identificaron adeudos registrados, pero una o ambas constancias se encuentran en trámite o no están disponibles; se explica la circunstancia en observaciones"/>
                  <w:listItem w:displayText="Se identificó un adeudo patrimonial o documental registrado a nombre de la persona imposibilitada; se incorpora el soporte correspondiente" w:value="Se identificó un adeudo patrimonial o documental registrado a nombre de la persona imposibilitada; se incorpora el soporte correspondiente"/>
                  <w:listItem w:displayText="Los elementos disponibles no permiten determinar la situación de los adeudos patrimoniales o documentales; se explica la circunstancia en observaciones" w:value="Los elementos disponibles no permiten determinar la situación de los adeudos patrimoniales o documentales; se explica la circunstancia en observaciones"/>
                </w:dropDownList>
              </w:sdtPr>
              <w:sdtContent>
                <w:r w:rsidR="00280A8E" w:rsidRPr="00535AEF">
                  <w:rPr>
                    <w:sz w:val="15"/>
                    <w:szCs w:val="15"/>
                    <w:highlight w:val="yellow"/>
                  </w:rPr>
                  <w:t>&lt;&lt;Seleccione (30)&gt;&gt;</w:t>
                </w:r>
              </w:sdtContent>
            </w:sdt>
          </w:p>
        </w:tc>
      </w:tr>
      <w:tr w:rsidR="00280A8E" w:rsidRPr="00535AEF" w14:paraId="39D92D0F" w14:textId="77777777" w:rsidTr="00A6473A">
        <w:trPr>
          <w:cantSplit/>
          <w:trHeight w:val="20"/>
        </w:trPr>
        <w:tc>
          <w:tcPr>
            <w:tcW w:w="514" w:type="dxa"/>
            <w:tcMar>
              <w:top w:w="80" w:type="dxa"/>
              <w:left w:w="100" w:type="dxa"/>
              <w:bottom w:w="80" w:type="dxa"/>
              <w:right w:w="100" w:type="dxa"/>
            </w:tcMar>
            <w:vAlign w:val="center"/>
          </w:tcPr>
          <w:p w14:paraId="174A0E8C" w14:textId="77777777" w:rsidR="00280A8E" w:rsidRPr="00535AEF" w:rsidRDefault="00280A8E" w:rsidP="00926103">
            <w:pPr>
              <w:spacing w:after="0" w:line="228" w:lineRule="auto"/>
              <w:jc w:val="center"/>
              <w:rPr>
                <w:sz w:val="15"/>
                <w:szCs w:val="15"/>
              </w:rPr>
            </w:pPr>
            <w:r w:rsidRPr="00535AEF">
              <w:rPr>
                <w:b/>
                <w:sz w:val="15"/>
                <w:szCs w:val="15"/>
              </w:rPr>
              <w:t>IV</w:t>
            </w:r>
          </w:p>
        </w:tc>
        <w:tc>
          <w:tcPr>
            <w:tcW w:w="5718" w:type="dxa"/>
            <w:tcMar>
              <w:top w:w="80" w:type="dxa"/>
              <w:left w:w="100" w:type="dxa"/>
              <w:bottom w:w="80" w:type="dxa"/>
              <w:right w:w="100" w:type="dxa"/>
            </w:tcMar>
            <w:vAlign w:val="center"/>
          </w:tcPr>
          <w:p w14:paraId="0F1CCE9B" w14:textId="2172FFBA" w:rsidR="00280A8E" w:rsidRPr="00535AEF" w:rsidRDefault="00E139E8" w:rsidP="00926103">
            <w:pPr>
              <w:spacing w:after="0" w:line="228" w:lineRule="auto"/>
              <w:jc w:val="both"/>
              <w:rPr>
                <w:sz w:val="15"/>
                <w:szCs w:val="15"/>
              </w:rPr>
            </w:pPr>
            <w:r w:rsidRPr="00E139E8">
              <w:rPr>
                <w:sz w:val="15"/>
                <w:szCs w:val="15"/>
              </w:rPr>
              <w:t>Asuntos pendientes correspondientes al empleo, cargo o comisión objeto de la entrega</w:t>
            </w:r>
          </w:p>
        </w:tc>
        <w:tc>
          <w:tcPr>
            <w:tcW w:w="3828" w:type="dxa"/>
            <w:tcMar>
              <w:top w:w="80" w:type="dxa"/>
              <w:left w:w="100" w:type="dxa"/>
              <w:bottom w:w="80" w:type="dxa"/>
              <w:right w:w="100" w:type="dxa"/>
            </w:tcMar>
            <w:vAlign w:val="center"/>
          </w:tcPr>
          <w:p w14:paraId="5F2EB732" w14:textId="371016B1" w:rsidR="00280A8E" w:rsidRPr="00535AEF" w:rsidRDefault="00000000" w:rsidP="00926103">
            <w:pPr>
              <w:spacing w:after="0" w:line="228" w:lineRule="auto"/>
              <w:jc w:val="center"/>
              <w:rPr>
                <w:sz w:val="15"/>
                <w:szCs w:val="15"/>
                <w:highlight w:val="yellow"/>
              </w:rPr>
            </w:pPr>
            <w:sdt>
              <w:sdtPr>
                <w:rPr>
                  <w:sz w:val="15"/>
                  <w:szCs w:val="15"/>
                  <w:highlight w:val="yellow"/>
                </w:rPr>
                <w:alias w:val="&lt;&lt;Seleccione (31)&gt;&gt;"/>
                <w:tag w:val="&lt;&lt;Seleccione (31)&gt;&gt;"/>
                <w:id w:val="-1468204992"/>
                <w:dropDownList>
                  <w:listItem w:displayText="&lt;&lt;Seleccione (31)&gt;&gt;" w:value="&lt;&lt;Seleccione (31)&gt;&gt;"/>
                  <w:listItem w:displayText="No se identificaron asuntos pendientes correspondientes al empleo, cargo o comisión objeto de la entrega" w:value="No se identificaron asuntos pendientes correspondientes al empleo, cargo o comisión objeto de la entrega"/>
                  <w:listItem w:displayText="Se identificaron asuntos pendientes y se incorpora la relación correspondiente" w:value="Se identificaron asuntos pendientes y se incorpora la relación correspondiente"/>
                  <w:listItem w:displayText="Se identificaron asuntos pendientes, pero los elementos disponibles no permiten determinar completamente su estado, plazo o responsable; se relaciona lo localizado y se explica la circunstancia en observaciones" w:value="Se identificaron asuntos pendientes, pero los elementos disponibles no permiten determinar completamente su estado, plazo o responsable; se relaciona lo localizado y se explica la circunstancia en observaciones"/>
                </w:dropDownList>
              </w:sdtPr>
              <w:sdtContent>
                <w:r w:rsidR="00280A8E" w:rsidRPr="00535AEF">
                  <w:rPr>
                    <w:sz w:val="15"/>
                    <w:szCs w:val="15"/>
                    <w:highlight w:val="yellow"/>
                  </w:rPr>
                  <w:t>&lt;&lt;Seleccione (31)&gt;&gt;</w:t>
                </w:r>
              </w:sdtContent>
            </w:sdt>
          </w:p>
        </w:tc>
      </w:tr>
      <w:tr w:rsidR="00280A8E" w:rsidRPr="00535AEF" w14:paraId="6A67DFD0" w14:textId="77777777" w:rsidTr="00A6473A">
        <w:trPr>
          <w:cantSplit/>
          <w:trHeight w:val="20"/>
        </w:trPr>
        <w:tc>
          <w:tcPr>
            <w:tcW w:w="514" w:type="dxa"/>
            <w:tcMar>
              <w:top w:w="80" w:type="dxa"/>
              <w:left w:w="100" w:type="dxa"/>
              <w:bottom w:w="80" w:type="dxa"/>
              <w:right w:w="100" w:type="dxa"/>
            </w:tcMar>
            <w:vAlign w:val="center"/>
          </w:tcPr>
          <w:p w14:paraId="5BA27476" w14:textId="77777777" w:rsidR="00280A8E" w:rsidRPr="00535AEF" w:rsidRDefault="00280A8E" w:rsidP="00926103">
            <w:pPr>
              <w:spacing w:after="0" w:line="228" w:lineRule="auto"/>
              <w:jc w:val="center"/>
              <w:rPr>
                <w:sz w:val="15"/>
                <w:szCs w:val="15"/>
              </w:rPr>
            </w:pPr>
            <w:r w:rsidRPr="00535AEF">
              <w:rPr>
                <w:b/>
                <w:sz w:val="15"/>
                <w:szCs w:val="15"/>
              </w:rPr>
              <w:t>V</w:t>
            </w:r>
          </w:p>
        </w:tc>
        <w:tc>
          <w:tcPr>
            <w:tcW w:w="5718" w:type="dxa"/>
            <w:tcMar>
              <w:top w:w="80" w:type="dxa"/>
              <w:left w:w="100" w:type="dxa"/>
              <w:bottom w:w="80" w:type="dxa"/>
              <w:right w:w="100" w:type="dxa"/>
            </w:tcMar>
            <w:vAlign w:val="center"/>
          </w:tcPr>
          <w:p w14:paraId="025AAECF" w14:textId="2E2C7F4A" w:rsidR="00280A8E" w:rsidRPr="00535AEF" w:rsidRDefault="00E139E8" w:rsidP="00926103">
            <w:pPr>
              <w:spacing w:after="0" w:line="228" w:lineRule="auto"/>
              <w:jc w:val="both"/>
              <w:rPr>
                <w:sz w:val="15"/>
                <w:szCs w:val="15"/>
              </w:rPr>
            </w:pPr>
            <w:r w:rsidRPr="00E139E8">
              <w:rPr>
                <w:sz w:val="15"/>
                <w:szCs w:val="15"/>
              </w:rPr>
              <w:t>Situación de la identificación laboral expedida a la persona imposibilitada</w:t>
            </w:r>
          </w:p>
        </w:tc>
        <w:tc>
          <w:tcPr>
            <w:tcW w:w="3828" w:type="dxa"/>
            <w:tcMar>
              <w:top w:w="80" w:type="dxa"/>
              <w:left w:w="100" w:type="dxa"/>
              <w:bottom w:w="80" w:type="dxa"/>
              <w:right w:w="100" w:type="dxa"/>
            </w:tcMar>
            <w:vAlign w:val="center"/>
          </w:tcPr>
          <w:p w14:paraId="6BF0E9CD" w14:textId="22250435" w:rsidR="00280A8E" w:rsidRPr="00535AEF" w:rsidRDefault="00000000" w:rsidP="00926103">
            <w:pPr>
              <w:spacing w:after="0" w:line="228" w:lineRule="auto"/>
              <w:jc w:val="center"/>
              <w:rPr>
                <w:sz w:val="15"/>
                <w:szCs w:val="15"/>
                <w:highlight w:val="yellow"/>
              </w:rPr>
            </w:pPr>
            <w:sdt>
              <w:sdtPr>
                <w:rPr>
                  <w:sz w:val="15"/>
                  <w:szCs w:val="15"/>
                  <w:highlight w:val="yellow"/>
                </w:rPr>
                <w:alias w:val="&lt;&lt;Seleccione (32)&gt;&gt;"/>
                <w:tag w:val="&lt;&lt;Seleccione (32)&gt;&gt;"/>
                <w:id w:val="-1131166217"/>
                <w:dropDownList>
                  <w:listItem w:displayText="&lt;&lt;Seleccione (32)&gt;&gt;" w:value="&lt;&lt;Seleccione (32)&gt;&gt;"/>
                  <w:listItem w:displayText="Se localizó el acuse que acredita la entrega de la identificación laboral de la persona imposibilitada y se integra al formato" w:value="Se localizó el acuse que acredita la entrega de la identificación laboral de la persona imposibilitada y se integra al formato"/>
                  <w:listItem w:displayText="La identificación laboral fue localizada y entregada a la Subdirección de Recursos Humanos u homóloga; se integra el acuse correspondiente" w:value="La identificación laboral fue localizada y entregada a la Subdirección de Recursos Humanos u homóloga; se integra el acuse correspondiente"/>
                  <w:listItem w:displayText="Conforme a los registros institucionales, no fue expedida identificación laboral a la persona imposibilitada" w:value="Conforme a los registros institucionales, no fue expedida identificación laboral a la persona imposibilitada"/>
                  <w:listItem w:displayText="No se localizó la identificación laboral ni el acuse de entrega; se explica la circunstancia en observaciones" w:value="No se localizó la identificación laboral ni el acuse de entrega; se explica la circunstancia en observaciones"/>
                  <w:listItem w:displayText="Los elementos disponibles no permiten determinar la situación de la identificación laboral; se explica la circunstancia en observaciones" w:value="Los elementos disponibles no permiten determinar la situación de la identificación laboral; se explica la circunstancia en observaciones"/>
                </w:dropDownList>
              </w:sdtPr>
              <w:sdtContent>
                <w:r w:rsidR="00280A8E" w:rsidRPr="00535AEF">
                  <w:rPr>
                    <w:sz w:val="15"/>
                    <w:szCs w:val="15"/>
                    <w:highlight w:val="yellow"/>
                  </w:rPr>
                  <w:t>&lt;&lt;Seleccione (32)&gt;&gt;</w:t>
                </w:r>
              </w:sdtContent>
            </w:sdt>
          </w:p>
        </w:tc>
      </w:tr>
    </w:tbl>
    <w:p w14:paraId="27D12FFB" w14:textId="77777777" w:rsidR="00AD682E" w:rsidRDefault="00AD682E"/>
    <w:p w14:paraId="0412163D" w14:textId="1F2A8168" w:rsidR="00AD682E" w:rsidRDefault="00AD682E"/>
    <w:tbl>
      <w:tblPr>
        <w:tblStyle w:val="Tablaconcuadrcula"/>
        <w:tblW w:w="10060" w:type="dxa"/>
        <w:tblLayout w:type="fixed"/>
        <w:tblLook w:val="04A0" w:firstRow="1" w:lastRow="0" w:firstColumn="1" w:lastColumn="0" w:noHBand="0" w:noVBand="1"/>
      </w:tblPr>
      <w:tblGrid>
        <w:gridCol w:w="10060"/>
      </w:tblGrid>
      <w:tr w:rsidR="00AD682E" w:rsidRPr="00535AEF" w14:paraId="6DBBE218" w14:textId="77777777" w:rsidTr="00AD682E">
        <w:trPr>
          <w:cantSplit/>
          <w:trHeight w:val="223"/>
        </w:trPr>
        <w:tc>
          <w:tcPr>
            <w:tcW w:w="10023" w:type="dxa"/>
            <w:tcBorders>
              <w:bottom w:val="single" w:sz="4" w:space="0" w:color="auto"/>
            </w:tcBorders>
            <w:shd w:val="clear" w:color="auto" w:fill="000000" w:themeFill="text1"/>
            <w:tcMar>
              <w:top w:w="80" w:type="dxa"/>
              <w:left w:w="100" w:type="dxa"/>
              <w:bottom w:w="80" w:type="dxa"/>
              <w:right w:w="100" w:type="dxa"/>
            </w:tcMar>
            <w:vAlign w:val="center"/>
          </w:tcPr>
          <w:p w14:paraId="30D81C21" w14:textId="777BDBFD" w:rsidR="00AD682E" w:rsidRPr="00AD682E" w:rsidRDefault="00E139E8" w:rsidP="0007063B">
            <w:pPr>
              <w:spacing w:after="0" w:line="228" w:lineRule="auto"/>
              <w:rPr>
                <w:b/>
                <w:color w:val="FFFFFF"/>
                <w:sz w:val="15"/>
                <w:szCs w:val="15"/>
              </w:rPr>
            </w:pPr>
            <w:r w:rsidRPr="00E139E8">
              <w:rPr>
                <w:b/>
                <w:bCs/>
                <w:color w:val="FFFFFF"/>
                <w:sz w:val="15"/>
                <w:szCs w:val="15"/>
              </w:rPr>
              <w:t>Identificación de la persona imposibilitada</w:t>
            </w:r>
          </w:p>
        </w:tc>
      </w:tr>
      <w:tr w:rsidR="00AD682E" w:rsidRPr="00535AEF" w14:paraId="63C9B208" w14:textId="77777777" w:rsidTr="00AD682E">
        <w:trPr>
          <w:cantSplit/>
          <w:trHeight w:val="99"/>
        </w:trPr>
        <w:tc>
          <w:tcPr>
            <w:tcW w:w="10023"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center"/>
          </w:tcPr>
          <w:p w14:paraId="5BDDB731" w14:textId="7D7C8B11" w:rsidR="00AD682E" w:rsidRPr="00C66044" w:rsidRDefault="00E139E8" w:rsidP="0007063B">
            <w:pPr>
              <w:spacing w:after="0" w:line="228" w:lineRule="auto"/>
              <w:jc w:val="both"/>
              <w:rPr>
                <w:sz w:val="15"/>
                <w:szCs w:val="15"/>
              </w:rPr>
            </w:pPr>
            <w:r w:rsidRPr="00E139E8">
              <w:rPr>
                <w:sz w:val="15"/>
                <w:szCs w:val="15"/>
              </w:rPr>
              <w:t xml:space="preserve">Las manifestaciones y relaciones anteriores corresponden al empleo, cargo o comisión desempeñado o recibido temporalmente por </w:t>
            </w:r>
            <w:r w:rsidRPr="00E139E8">
              <w:rPr>
                <w:sz w:val="15"/>
                <w:szCs w:val="15"/>
                <w:highlight w:val="yellow"/>
              </w:rPr>
              <w:t>(32.1)</w:t>
            </w:r>
            <w:r w:rsidRPr="00E139E8">
              <w:rPr>
                <w:sz w:val="15"/>
                <w:szCs w:val="15"/>
              </w:rPr>
              <w:t>, quien no participa en la entrega extraordinaria por la circunstancia identificada en el apartado 1</w:t>
            </w:r>
          </w:p>
        </w:tc>
      </w:tr>
    </w:tbl>
    <w:p w14:paraId="26A2A10F" w14:textId="3292E0AE" w:rsidR="0083203A" w:rsidRPr="00535AEF" w:rsidRDefault="0083203A" w:rsidP="00F16A53">
      <w:pPr>
        <w:keepNext/>
        <w:spacing w:after="0" w:line="228" w:lineRule="auto"/>
        <w:rPr>
          <w:b/>
          <w:sz w:val="16"/>
          <w:szCs w:val="16"/>
        </w:rPr>
      </w:pPr>
    </w:p>
    <w:p w14:paraId="668B033B" w14:textId="1EDA7962" w:rsidR="00E139E8" w:rsidRPr="00E139E8" w:rsidRDefault="00000000" w:rsidP="00E139E8">
      <w:pPr>
        <w:keepNext/>
        <w:spacing w:after="0" w:line="228" w:lineRule="auto"/>
        <w:jc w:val="both"/>
        <w:rPr>
          <w:b/>
          <w:sz w:val="15"/>
          <w:szCs w:val="15"/>
        </w:rPr>
      </w:pPr>
      <w:r w:rsidRPr="00535AEF">
        <w:rPr>
          <w:b/>
          <w:sz w:val="15"/>
          <w:szCs w:val="15"/>
        </w:rPr>
        <w:t>3.1 Relación de información y documentación</w:t>
      </w:r>
      <w:r w:rsidR="00E139E8">
        <w:rPr>
          <w:b/>
          <w:sz w:val="15"/>
          <w:szCs w:val="15"/>
        </w:rPr>
        <w:t xml:space="preserve"> </w:t>
      </w:r>
      <w:r w:rsidR="00E139E8" w:rsidRPr="00E139E8">
        <w:rPr>
          <w:bCs/>
          <w:sz w:val="15"/>
          <w:szCs w:val="15"/>
        </w:rPr>
        <w:t>(r</w:t>
      </w:r>
      <w:r w:rsidR="00E139E8" w:rsidRPr="00E139E8">
        <w:rPr>
          <w:sz w:val="15"/>
          <w:szCs w:val="15"/>
        </w:rPr>
        <w:t>elacione la información y documentación institucional localizada que corresponda al ejercicio de las funciones de la persona imposibilitada y señale el estado que guarda a la fecha de corte</w:t>
      </w:r>
      <w:r w:rsidR="00E139E8">
        <w:rPr>
          <w:sz w:val="15"/>
          <w:szCs w:val="15"/>
        </w:rPr>
        <w:t>)</w:t>
      </w:r>
    </w:p>
    <w:p w14:paraId="4E48F3D5" w14:textId="77777777" w:rsidR="00E139E8" w:rsidRPr="00535AEF" w:rsidRDefault="00E139E8" w:rsidP="00F16A53">
      <w:pPr>
        <w:keepNext/>
        <w:spacing w:after="0" w:line="228" w:lineRule="auto"/>
        <w:rPr>
          <w:sz w:val="15"/>
          <w:szCs w:val="15"/>
        </w:rPr>
      </w:pPr>
    </w:p>
    <w:tbl>
      <w:tblPr>
        <w:tblStyle w:val="Tablaconcuadrcula"/>
        <w:tblW w:w="10012" w:type="dxa"/>
        <w:tblLayout w:type="fixed"/>
        <w:tblLook w:val="04A0" w:firstRow="1" w:lastRow="0" w:firstColumn="1" w:lastColumn="0" w:noHBand="0" w:noVBand="1"/>
      </w:tblPr>
      <w:tblGrid>
        <w:gridCol w:w="606"/>
        <w:gridCol w:w="1458"/>
        <w:gridCol w:w="1658"/>
        <w:gridCol w:w="1926"/>
        <w:gridCol w:w="2225"/>
        <w:gridCol w:w="2139"/>
      </w:tblGrid>
      <w:tr w:rsidR="0063661A" w:rsidRPr="00535AEF" w14:paraId="7D65B19A" w14:textId="77777777" w:rsidTr="009210A9">
        <w:trPr>
          <w:cantSplit/>
          <w:trHeight w:val="325"/>
          <w:tblHeader/>
        </w:trPr>
        <w:tc>
          <w:tcPr>
            <w:tcW w:w="606" w:type="dxa"/>
            <w:shd w:val="clear" w:color="auto" w:fill="BFBFBF" w:themeFill="background1" w:themeFillShade="BF"/>
            <w:tcMar>
              <w:top w:w="80" w:type="dxa"/>
              <w:left w:w="100" w:type="dxa"/>
              <w:bottom w:w="80" w:type="dxa"/>
              <w:right w:w="100" w:type="dxa"/>
            </w:tcMar>
            <w:vAlign w:val="center"/>
          </w:tcPr>
          <w:p w14:paraId="23C91263" w14:textId="77777777" w:rsidR="0063661A" w:rsidRPr="00535AEF" w:rsidRDefault="00000000" w:rsidP="00F16A53">
            <w:pPr>
              <w:spacing w:after="0" w:line="228" w:lineRule="auto"/>
              <w:jc w:val="center"/>
              <w:rPr>
                <w:sz w:val="15"/>
                <w:szCs w:val="15"/>
              </w:rPr>
            </w:pPr>
            <w:r w:rsidRPr="00535AEF">
              <w:rPr>
                <w:b/>
                <w:sz w:val="15"/>
                <w:szCs w:val="15"/>
              </w:rPr>
              <w:t>No.</w:t>
            </w:r>
          </w:p>
        </w:tc>
        <w:tc>
          <w:tcPr>
            <w:tcW w:w="1458" w:type="dxa"/>
            <w:shd w:val="clear" w:color="auto" w:fill="BFBFBF" w:themeFill="background1" w:themeFillShade="BF"/>
            <w:tcMar>
              <w:top w:w="80" w:type="dxa"/>
              <w:left w:w="100" w:type="dxa"/>
              <w:bottom w:w="80" w:type="dxa"/>
              <w:right w:w="100" w:type="dxa"/>
            </w:tcMar>
            <w:vAlign w:val="center"/>
          </w:tcPr>
          <w:p w14:paraId="73D3287E" w14:textId="77777777" w:rsidR="0063661A" w:rsidRPr="00535AEF" w:rsidRDefault="00000000" w:rsidP="00F16A53">
            <w:pPr>
              <w:spacing w:after="0" w:line="228" w:lineRule="auto"/>
              <w:jc w:val="center"/>
              <w:rPr>
                <w:sz w:val="15"/>
                <w:szCs w:val="15"/>
              </w:rPr>
            </w:pPr>
            <w:r w:rsidRPr="00535AEF">
              <w:rPr>
                <w:b/>
                <w:sz w:val="15"/>
                <w:szCs w:val="15"/>
              </w:rPr>
              <w:t>Tipo o asunto</w:t>
            </w:r>
          </w:p>
        </w:tc>
        <w:tc>
          <w:tcPr>
            <w:tcW w:w="1658" w:type="dxa"/>
            <w:shd w:val="clear" w:color="auto" w:fill="BFBFBF" w:themeFill="background1" w:themeFillShade="BF"/>
            <w:tcMar>
              <w:top w:w="80" w:type="dxa"/>
              <w:left w:w="100" w:type="dxa"/>
              <w:bottom w:w="80" w:type="dxa"/>
              <w:right w:w="100" w:type="dxa"/>
            </w:tcMar>
            <w:vAlign w:val="center"/>
          </w:tcPr>
          <w:p w14:paraId="06C56363" w14:textId="77777777" w:rsidR="0063661A" w:rsidRPr="00535AEF" w:rsidRDefault="00000000" w:rsidP="00F16A53">
            <w:pPr>
              <w:spacing w:after="0" w:line="228" w:lineRule="auto"/>
              <w:jc w:val="center"/>
              <w:rPr>
                <w:sz w:val="15"/>
                <w:szCs w:val="15"/>
              </w:rPr>
            </w:pPr>
            <w:r w:rsidRPr="00535AEF">
              <w:rPr>
                <w:b/>
                <w:sz w:val="15"/>
                <w:szCs w:val="15"/>
              </w:rPr>
              <w:t>Descripción e identificación</w:t>
            </w:r>
          </w:p>
        </w:tc>
        <w:tc>
          <w:tcPr>
            <w:tcW w:w="1926" w:type="dxa"/>
            <w:shd w:val="clear" w:color="auto" w:fill="BFBFBF" w:themeFill="background1" w:themeFillShade="BF"/>
            <w:tcMar>
              <w:top w:w="80" w:type="dxa"/>
              <w:left w:w="100" w:type="dxa"/>
              <w:bottom w:w="80" w:type="dxa"/>
              <w:right w:w="100" w:type="dxa"/>
            </w:tcMar>
            <w:vAlign w:val="center"/>
          </w:tcPr>
          <w:p w14:paraId="5D8278F2" w14:textId="19C4511E" w:rsidR="0063661A" w:rsidRPr="00535AEF" w:rsidRDefault="00280A8E" w:rsidP="00F16A53">
            <w:pPr>
              <w:spacing w:after="0" w:line="228" w:lineRule="auto"/>
              <w:jc w:val="center"/>
              <w:rPr>
                <w:sz w:val="15"/>
                <w:szCs w:val="15"/>
              </w:rPr>
            </w:pPr>
            <w:r w:rsidRPr="00280A8E">
              <w:rPr>
                <w:b/>
                <w:sz w:val="15"/>
                <w:szCs w:val="15"/>
              </w:rPr>
              <w:t>Periodo o fecha de origen, recepción o actualización</w:t>
            </w:r>
          </w:p>
        </w:tc>
        <w:tc>
          <w:tcPr>
            <w:tcW w:w="2225" w:type="dxa"/>
            <w:shd w:val="clear" w:color="auto" w:fill="BFBFBF" w:themeFill="background1" w:themeFillShade="BF"/>
            <w:tcMar>
              <w:top w:w="80" w:type="dxa"/>
              <w:left w:w="100" w:type="dxa"/>
              <w:bottom w:w="80" w:type="dxa"/>
              <w:right w:w="100" w:type="dxa"/>
            </w:tcMar>
            <w:vAlign w:val="center"/>
          </w:tcPr>
          <w:p w14:paraId="7166CDA7" w14:textId="58A8F4A5" w:rsidR="0063661A" w:rsidRPr="00535AEF" w:rsidRDefault="00280A8E" w:rsidP="00F16A53">
            <w:pPr>
              <w:spacing w:after="0" w:line="228" w:lineRule="auto"/>
              <w:jc w:val="center"/>
              <w:rPr>
                <w:sz w:val="15"/>
                <w:szCs w:val="15"/>
              </w:rPr>
            </w:pPr>
            <w:r w:rsidRPr="00280A8E">
              <w:rPr>
                <w:b/>
                <w:sz w:val="15"/>
                <w:szCs w:val="15"/>
              </w:rPr>
              <w:t>Estado a la fecha de corte y ubicación institucional</w:t>
            </w:r>
          </w:p>
        </w:tc>
        <w:tc>
          <w:tcPr>
            <w:tcW w:w="2139" w:type="dxa"/>
            <w:shd w:val="clear" w:color="auto" w:fill="BFBFBF" w:themeFill="background1" w:themeFillShade="BF"/>
            <w:tcMar>
              <w:top w:w="80" w:type="dxa"/>
              <w:left w:w="100" w:type="dxa"/>
              <w:bottom w:w="80" w:type="dxa"/>
              <w:right w:w="100" w:type="dxa"/>
            </w:tcMar>
            <w:vAlign w:val="center"/>
          </w:tcPr>
          <w:p w14:paraId="0FEC7589" w14:textId="77777777" w:rsidR="0063661A" w:rsidRPr="00535AEF" w:rsidRDefault="00000000" w:rsidP="00F16A53">
            <w:pPr>
              <w:spacing w:after="0" w:line="228" w:lineRule="auto"/>
              <w:jc w:val="center"/>
              <w:rPr>
                <w:sz w:val="15"/>
                <w:szCs w:val="15"/>
              </w:rPr>
            </w:pPr>
            <w:r w:rsidRPr="00535AEF">
              <w:rPr>
                <w:b/>
                <w:sz w:val="15"/>
                <w:szCs w:val="15"/>
              </w:rPr>
              <w:t>Forma de integración</w:t>
            </w:r>
          </w:p>
        </w:tc>
      </w:tr>
      <w:tr w:rsidR="00BF7675" w:rsidRPr="00535AEF" w14:paraId="1C2E2492" w14:textId="77777777" w:rsidTr="009210A9">
        <w:trPr>
          <w:cantSplit/>
          <w:trHeight w:val="330"/>
        </w:trPr>
        <w:tc>
          <w:tcPr>
            <w:tcW w:w="606" w:type="dxa"/>
            <w:tcMar>
              <w:top w:w="80" w:type="dxa"/>
              <w:left w:w="100" w:type="dxa"/>
              <w:bottom w:w="80" w:type="dxa"/>
              <w:right w:w="100" w:type="dxa"/>
            </w:tcMar>
            <w:vAlign w:val="center"/>
          </w:tcPr>
          <w:p w14:paraId="415B60EC" w14:textId="77777777" w:rsidR="00BF7675" w:rsidRPr="00535AEF" w:rsidRDefault="00BF7675" w:rsidP="00BF7675">
            <w:pPr>
              <w:spacing w:after="0" w:line="228" w:lineRule="auto"/>
              <w:jc w:val="center"/>
              <w:rPr>
                <w:sz w:val="15"/>
                <w:szCs w:val="15"/>
              </w:rPr>
            </w:pPr>
            <w:r w:rsidRPr="00535AEF">
              <w:rPr>
                <w:sz w:val="15"/>
                <w:szCs w:val="15"/>
              </w:rPr>
              <w:t>1</w:t>
            </w:r>
          </w:p>
        </w:tc>
        <w:tc>
          <w:tcPr>
            <w:tcW w:w="1458" w:type="dxa"/>
            <w:tcMar>
              <w:top w:w="80" w:type="dxa"/>
              <w:left w:w="100" w:type="dxa"/>
              <w:bottom w:w="80" w:type="dxa"/>
              <w:right w:w="100" w:type="dxa"/>
            </w:tcMar>
            <w:vAlign w:val="center"/>
          </w:tcPr>
          <w:p w14:paraId="69A220DD" w14:textId="40601BED" w:rsidR="00BF7675" w:rsidRPr="00535AEF" w:rsidRDefault="00BF7675" w:rsidP="00BF7675">
            <w:pPr>
              <w:spacing w:after="0" w:line="228" w:lineRule="auto"/>
              <w:jc w:val="both"/>
              <w:rPr>
                <w:sz w:val="15"/>
                <w:szCs w:val="15"/>
                <w:highlight w:val="yellow"/>
              </w:rPr>
            </w:pPr>
            <w:r w:rsidRPr="00535AEF">
              <w:rPr>
                <w:sz w:val="15"/>
                <w:szCs w:val="15"/>
                <w:highlight w:val="yellow"/>
              </w:rPr>
              <w:t>(32.</w:t>
            </w:r>
            <w:r w:rsidR="00A233BD" w:rsidRPr="00535AEF">
              <w:rPr>
                <w:sz w:val="15"/>
                <w:szCs w:val="15"/>
                <w:highlight w:val="yellow"/>
              </w:rPr>
              <w:t>2</w:t>
            </w:r>
            <w:r w:rsidRPr="00535AEF">
              <w:rPr>
                <w:sz w:val="15"/>
                <w:szCs w:val="15"/>
                <w:highlight w:val="yellow"/>
              </w:rPr>
              <w:t>)</w:t>
            </w:r>
          </w:p>
        </w:tc>
        <w:tc>
          <w:tcPr>
            <w:tcW w:w="1658" w:type="dxa"/>
            <w:tcMar>
              <w:top w:w="80" w:type="dxa"/>
              <w:left w:w="100" w:type="dxa"/>
              <w:bottom w:w="80" w:type="dxa"/>
              <w:right w:w="100" w:type="dxa"/>
            </w:tcMar>
            <w:vAlign w:val="center"/>
          </w:tcPr>
          <w:p w14:paraId="0BD3A40B" w14:textId="4B34848B" w:rsidR="00BF7675" w:rsidRPr="00535AEF" w:rsidRDefault="00BF7675" w:rsidP="00BF7675">
            <w:pPr>
              <w:spacing w:after="0" w:line="228" w:lineRule="auto"/>
              <w:jc w:val="both"/>
              <w:rPr>
                <w:sz w:val="15"/>
                <w:szCs w:val="15"/>
                <w:highlight w:val="yellow"/>
              </w:rPr>
            </w:pPr>
            <w:r w:rsidRPr="00535AEF">
              <w:rPr>
                <w:sz w:val="15"/>
                <w:szCs w:val="15"/>
                <w:highlight w:val="yellow"/>
              </w:rPr>
              <w:t>(32.</w:t>
            </w:r>
            <w:r w:rsidR="00A233BD" w:rsidRPr="00535AEF">
              <w:rPr>
                <w:sz w:val="15"/>
                <w:szCs w:val="15"/>
                <w:highlight w:val="yellow"/>
              </w:rPr>
              <w:t>3</w:t>
            </w:r>
            <w:r w:rsidRPr="00535AEF">
              <w:rPr>
                <w:sz w:val="15"/>
                <w:szCs w:val="15"/>
                <w:highlight w:val="yellow"/>
              </w:rPr>
              <w:t>)</w:t>
            </w:r>
          </w:p>
        </w:tc>
        <w:tc>
          <w:tcPr>
            <w:tcW w:w="1926" w:type="dxa"/>
            <w:tcMar>
              <w:top w:w="80" w:type="dxa"/>
              <w:left w:w="100" w:type="dxa"/>
              <w:bottom w:w="80" w:type="dxa"/>
              <w:right w:w="100" w:type="dxa"/>
            </w:tcMar>
            <w:vAlign w:val="center"/>
          </w:tcPr>
          <w:p w14:paraId="5148E0BC" w14:textId="459CDA9C" w:rsidR="00BF7675" w:rsidRPr="00535AEF" w:rsidRDefault="00BF7675" w:rsidP="00BF7675">
            <w:pPr>
              <w:spacing w:after="0" w:line="228" w:lineRule="auto"/>
              <w:jc w:val="both"/>
              <w:rPr>
                <w:sz w:val="15"/>
                <w:szCs w:val="15"/>
                <w:highlight w:val="yellow"/>
              </w:rPr>
            </w:pPr>
            <w:r w:rsidRPr="00535AEF">
              <w:rPr>
                <w:sz w:val="15"/>
                <w:szCs w:val="15"/>
                <w:highlight w:val="yellow"/>
              </w:rPr>
              <w:t>(32.</w:t>
            </w:r>
            <w:r w:rsidR="00A233BD" w:rsidRPr="00535AEF">
              <w:rPr>
                <w:sz w:val="15"/>
                <w:szCs w:val="15"/>
                <w:highlight w:val="yellow"/>
              </w:rPr>
              <w:t>4</w:t>
            </w:r>
            <w:r w:rsidRPr="00535AEF">
              <w:rPr>
                <w:sz w:val="15"/>
                <w:szCs w:val="15"/>
                <w:highlight w:val="yellow"/>
              </w:rPr>
              <w:t>)</w:t>
            </w:r>
          </w:p>
        </w:tc>
        <w:tc>
          <w:tcPr>
            <w:tcW w:w="2225" w:type="dxa"/>
            <w:tcMar>
              <w:top w:w="80" w:type="dxa"/>
              <w:left w:w="100" w:type="dxa"/>
              <w:bottom w:w="80" w:type="dxa"/>
              <w:right w:w="100" w:type="dxa"/>
            </w:tcMar>
            <w:vAlign w:val="center"/>
          </w:tcPr>
          <w:p w14:paraId="73E2629D" w14:textId="73B3C71C" w:rsidR="00BF7675" w:rsidRPr="00535AEF" w:rsidRDefault="00BF7675" w:rsidP="00BF7675">
            <w:pPr>
              <w:spacing w:after="0" w:line="228" w:lineRule="auto"/>
              <w:jc w:val="both"/>
              <w:rPr>
                <w:sz w:val="15"/>
                <w:szCs w:val="15"/>
                <w:highlight w:val="yellow"/>
              </w:rPr>
            </w:pPr>
            <w:r w:rsidRPr="00535AEF">
              <w:rPr>
                <w:sz w:val="15"/>
                <w:szCs w:val="15"/>
                <w:highlight w:val="yellow"/>
              </w:rPr>
              <w:t>(32.</w:t>
            </w:r>
            <w:r w:rsidR="00A233BD" w:rsidRPr="00535AEF">
              <w:rPr>
                <w:sz w:val="15"/>
                <w:szCs w:val="15"/>
                <w:highlight w:val="yellow"/>
              </w:rPr>
              <w:t>5</w:t>
            </w:r>
            <w:r w:rsidRPr="00535AEF">
              <w:rPr>
                <w:sz w:val="15"/>
                <w:szCs w:val="15"/>
                <w:highlight w:val="yellow"/>
              </w:rPr>
              <w:t>)</w:t>
            </w:r>
          </w:p>
        </w:tc>
        <w:tc>
          <w:tcPr>
            <w:tcW w:w="2139" w:type="dxa"/>
            <w:tcMar>
              <w:top w:w="80" w:type="dxa"/>
              <w:left w:w="100" w:type="dxa"/>
              <w:bottom w:w="80" w:type="dxa"/>
              <w:right w:w="100" w:type="dxa"/>
            </w:tcMar>
            <w:vAlign w:val="center"/>
          </w:tcPr>
          <w:p w14:paraId="4EEE0477" w14:textId="0A1D6EF0" w:rsidR="00BF7675" w:rsidRPr="00535AEF" w:rsidRDefault="00BF7675" w:rsidP="00BF7675">
            <w:pPr>
              <w:spacing w:after="0" w:line="228" w:lineRule="auto"/>
              <w:jc w:val="both"/>
              <w:rPr>
                <w:sz w:val="15"/>
                <w:szCs w:val="15"/>
                <w:highlight w:val="yellow"/>
              </w:rPr>
            </w:pPr>
            <w:r w:rsidRPr="00535AEF">
              <w:rPr>
                <w:sz w:val="15"/>
                <w:szCs w:val="15"/>
                <w:highlight w:val="yellow"/>
              </w:rPr>
              <w:t>(32.</w:t>
            </w:r>
            <w:r w:rsidR="00A233BD" w:rsidRPr="00535AEF">
              <w:rPr>
                <w:sz w:val="15"/>
                <w:szCs w:val="15"/>
                <w:highlight w:val="yellow"/>
              </w:rPr>
              <w:t>6</w:t>
            </w:r>
            <w:r w:rsidRPr="00535AEF">
              <w:rPr>
                <w:sz w:val="15"/>
                <w:szCs w:val="15"/>
                <w:highlight w:val="yellow"/>
              </w:rPr>
              <w:t>)</w:t>
            </w:r>
          </w:p>
        </w:tc>
      </w:tr>
      <w:tr w:rsidR="0069704D" w:rsidRPr="00535AEF" w14:paraId="1D0B883D" w14:textId="77777777" w:rsidTr="009210A9">
        <w:trPr>
          <w:cantSplit/>
          <w:trHeight w:val="330"/>
        </w:trPr>
        <w:tc>
          <w:tcPr>
            <w:tcW w:w="606" w:type="dxa"/>
            <w:tcMar>
              <w:top w:w="80" w:type="dxa"/>
              <w:left w:w="100" w:type="dxa"/>
              <w:bottom w:w="80" w:type="dxa"/>
              <w:right w:w="100" w:type="dxa"/>
            </w:tcMar>
            <w:vAlign w:val="center"/>
          </w:tcPr>
          <w:p w14:paraId="313DB8A0" w14:textId="77777777" w:rsidR="0069704D" w:rsidRPr="00535AEF" w:rsidRDefault="0069704D" w:rsidP="00F16A53">
            <w:pPr>
              <w:spacing w:after="0" w:line="228" w:lineRule="auto"/>
              <w:jc w:val="center"/>
              <w:rPr>
                <w:sz w:val="15"/>
                <w:szCs w:val="15"/>
              </w:rPr>
            </w:pPr>
            <w:r w:rsidRPr="00535AEF">
              <w:rPr>
                <w:sz w:val="15"/>
                <w:szCs w:val="15"/>
              </w:rPr>
              <w:t>2</w:t>
            </w:r>
          </w:p>
        </w:tc>
        <w:tc>
          <w:tcPr>
            <w:tcW w:w="1458" w:type="dxa"/>
            <w:shd w:val="clear" w:color="auto" w:fill="FFFF00"/>
            <w:tcMar>
              <w:top w:w="80" w:type="dxa"/>
              <w:left w:w="100" w:type="dxa"/>
              <w:bottom w:w="80" w:type="dxa"/>
              <w:right w:w="100" w:type="dxa"/>
            </w:tcMar>
            <w:vAlign w:val="center"/>
          </w:tcPr>
          <w:p w14:paraId="27E0A5D2" w14:textId="441A33A6" w:rsidR="0069704D" w:rsidRPr="00535AEF" w:rsidRDefault="0069704D" w:rsidP="00F16A53">
            <w:pPr>
              <w:spacing w:after="0" w:line="228" w:lineRule="auto"/>
              <w:jc w:val="both"/>
              <w:rPr>
                <w:sz w:val="15"/>
                <w:szCs w:val="15"/>
              </w:rPr>
            </w:pPr>
          </w:p>
        </w:tc>
        <w:tc>
          <w:tcPr>
            <w:tcW w:w="1658" w:type="dxa"/>
            <w:shd w:val="clear" w:color="auto" w:fill="FFFF00"/>
            <w:tcMar>
              <w:top w:w="80" w:type="dxa"/>
              <w:left w:w="100" w:type="dxa"/>
              <w:bottom w:w="80" w:type="dxa"/>
              <w:right w:w="100" w:type="dxa"/>
            </w:tcMar>
            <w:vAlign w:val="center"/>
          </w:tcPr>
          <w:p w14:paraId="70463F01" w14:textId="7B10870F" w:rsidR="0069704D" w:rsidRPr="00535AEF" w:rsidRDefault="0069704D" w:rsidP="00F16A53">
            <w:pPr>
              <w:spacing w:after="0" w:line="228" w:lineRule="auto"/>
              <w:jc w:val="both"/>
              <w:rPr>
                <w:sz w:val="15"/>
                <w:szCs w:val="15"/>
              </w:rPr>
            </w:pPr>
          </w:p>
        </w:tc>
        <w:tc>
          <w:tcPr>
            <w:tcW w:w="1926" w:type="dxa"/>
            <w:shd w:val="clear" w:color="auto" w:fill="FFFF00"/>
            <w:tcMar>
              <w:top w:w="80" w:type="dxa"/>
              <w:left w:w="100" w:type="dxa"/>
              <w:bottom w:w="80" w:type="dxa"/>
              <w:right w:w="100" w:type="dxa"/>
            </w:tcMar>
            <w:vAlign w:val="center"/>
          </w:tcPr>
          <w:p w14:paraId="51EC01C6" w14:textId="17B7A3B8" w:rsidR="0069704D" w:rsidRPr="00535AEF" w:rsidRDefault="0069704D" w:rsidP="00F16A53">
            <w:pPr>
              <w:spacing w:after="0" w:line="228" w:lineRule="auto"/>
              <w:jc w:val="both"/>
              <w:rPr>
                <w:sz w:val="15"/>
                <w:szCs w:val="15"/>
              </w:rPr>
            </w:pPr>
          </w:p>
        </w:tc>
        <w:tc>
          <w:tcPr>
            <w:tcW w:w="2225" w:type="dxa"/>
            <w:shd w:val="clear" w:color="auto" w:fill="FFFF00"/>
            <w:tcMar>
              <w:top w:w="80" w:type="dxa"/>
              <w:left w:w="100" w:type="dxa"/>
              <w:bottom w:w="80" w:type="dxa"/>
              <w:right w:w="100" w:type="dxa"/>
            </w:tcMar>
            <w:vAlign w:val="center"/>
          </w:tcPr>
          <w:p w14:paraId="660CDEDF" w14:textId="21C1827C" w:rsidR="0069704D" w:rsidRPr="00535AEF" w:rsidRDefault="0069704D" w:rsidP="00F16A53">
            <w:pPr>
              <w:spacing w:after="0" w:line="228" w:lineRule="auto"/>
              <w:jc w:val="both"/>
              <w:rPr>
                <w:sz w:val="15"/>
                <w:szCs w:val="15"/>
              </w:rPr>
            </w:pPr>
          </w:p>
        </w:tc>
        <w:tc>
          <w:tcPr>
            <w:tcW w:w="2139" w:type="dxa"/>
            <w:shd w:val="clear" w:color="auto" w:fill="FFFF00"/>
            <w:tcMar>
              <w:top w:w="80" w:type="dxa"/>
              <w:left w:w="100" w:type="dxa"/>
              <w:bottom w:w="80" w:type="dxa"/>
              <w:right w:w="100" w:type="dxa"/>
            </w:tcMar>
            <w:vAlign w:val="center"/>
          </w:tcPr>
          <w:p w14:paraId="16CEF7F7" w14:textId="170E7C41" w:rsidR="0069704D" w:rsidRPr="00535AEF" w:rsidRDefault="0069704D" w:rsidP="00F16A53">
            <w:pPr>
              <w:spacing w:after="0" w:line="228" w:lineRule="auto"/>
              <w:jc w:val="both"/>
              <w:rPr>
                <w:sz w:val="15"/>
                <w:szCs w:val="15"/>
              </w:rPr>
            </w:pPr>
          </w:p>
        </w:tc>
      </w:tr>
      <w:tr w:rsidR="0069704D" w:rsidRPr="00535AEF" w14:paraId="16381E8E" w14:textId="77777777" w:rsidTr="009210A9">
        <w:trPr>
          <w:cantSplit/>
          <w:trHeight w:val="330"/>
        </w:trPr>
        <w:tc>
          <w:tcPr>
            <w:tcW w:w="606" w:type="dxa"/>
            <w:tcMar>
              <w:top w:w="80" w:type="dxa"/>
              <w:left w:w="100" w:type="dxa"/>
              <w:bottom w:w="80" w:type="dxa"/>
              <w:right w:w="100" w:type="dxa"/>
            </w:tcMar>
            <w:vAlign w:val="center"/>
          </w:tcPr>
          <w:p w14:paraId="5E7646E7" w14:textId="77777777" w:rsidR="0069704D" w:rsidRPr="00535AEF" w:rsidRDefault="0069704D" w:rsidP="00F16A53">
            <w:pPr>
              <w:spacing w:after="0" w:line="228" w:lineRule="auto"/>
              <w:jc w:val="center"/>
              <w:rPr>
                <w:sz w:val="15"/>
                <w:szCs w:val="15"/>
              </w:rPr>
            </w:pPr>
            <w:r w:rsidRPr="00535AEF">
              <w:rPr>
                <w:sz w:val="15"/>
                <w:szCs w:val="15"/>
              </w:rPr>
              <w:t>3</w:t>
            </w:r>
          </w:p>
        </w:tc>
        <w:tc>
          <w:tcPr>
            <w:tcW w:w="1458" w:type="dxa"/>
            <w:shd w:val="clear" w:color="auto" w:fill="FFFF00"/>
            <w:tcMar>
              <w:top w:w="80" w:type="dxa"/>
              <w:left w:w="100" w:type="dxa"/>
              <w:bottom w:w="80" w:type="dxa"/>
              <w:right w:w="100" w:type="dxa"/>
            </w:tcMar>
            <w:vAlign w:val="center"/>
          </w:tcPr>
          <w:p w14:paraId="7A8AF557" w14:textId="0A685935" w:rsidR="0069704D" w:rsidRPr="00535AEF" w:rsidRDefault="0069704D" w:rsidP="00F16A53">
            <w:pPr>
              <w:spacing w:after="0" w:line="228" w:lineRule="auto"/>
              <w:jc w:val="both"/>
              <w:rPr>
                <w:sz w:val="15"/>
                <w:szCs w:val="15"/>
              </w:rPr>
            </w:pPr>
          </w:p>
        </w:tc>
        <w:tc>
          <w:tcPr>
            <w:tcW w:w="1658" w:type="dxa"/>
            <w:shd w:val="clear" w:color="auto" w:fill="FFFF00"/>
            <w:tcMar>
              <w:top w:w="80" w:type="dxa"/>
              <w:left w:w="100" w:type="dxa"/>
              <w:bottom w:w="80" w:type="dxa"/>
              <w:right w:w="100" w:type="dxa"/>
            </w:tcMar>
            <w:vAlign w:val="center"/>
          </w:tcPr>
          <w:p w14:paraId="3FF2FA40" w14:textId="2B522BD5" w:rsidR="0069704D" w:rsidRPr="00535AEF" w:rsidRDefault="0069704D" w:rsidP="00F16A53">
            <w:pPr>
              <w:spacing w:after="0" w:line="228" w:lineRule="auto"/>
              <w:jc w:val="both"/>
              <w:rPr>
                <w:sz w:val="15"/>
                <w:szCs w:val="15"/>
              </w:rPr>
            </w:pPr>
          </w:p>
        </w:tc>
        <w:tc>
          <w:tcPr>
            <w:tcW w:w="1926" w:type="dxa"/>
            <w:shd w:val="clear" w:color="auto" w:fill="FFFF00"/>
            <w:tcMar>
              <w:top w:w="80" w:type="dxa"/>
              <w:left w:w="100" w:type="dxa"/>
              <w:bottom w:w="80" w:type="dxa"/>
              <w:right w:w="100" w:type="dxa"/>
            </w:tcMar>
            <w:vAlign w:val="center"/>
          </w:tcPr>
          <w:p w14:paraId="6777359A" w14:textId="1C23FA9D" w:rsidR="0069704D" w:rsidRPr="00535AEF" w:rsidRDefault="0069704D" w:rsidP="00F16A53">
            <w:pPr>
              <w:spacing w:after="0" w:line="228" w:lineRule="auto"/>
              <w:jc w:val="both"/>
              <w:rPr>
                <w:sz w:val="15"/>
                <w:szCs w:val="15"/>
              </w:rPr>
            </w:pPr>
          </w:p>
        </w:tc>
        <w:tc>
          <w:tcPr>
            <w:tcW w:w="2225" w:type="dxa"/>
            <w:shd w:val="clear" w:color="auto" w:fill="FFFF00"/>
            <w:tcMar>
              <w:top w:w="80" w:type="dxa"/>
              <w:left w:w="100" w:type="dxa"/>
              <w:bottom w:w="80" w:type="dxa"/>
              <w:right w:w="100" w:type="dxa"/>
            </w:tcMar>
            <w:vAlign w:val="center"/>
          </w:tcPr>
          <w:p w14:paraId="6350324E" w14:textId="6EBE788F" w:rsidR="0069704D" w:rsidRPr="00535AEF" w:rsidRDefault="0069704D" w:rsidP="00F16A53">
            <w:pPr>
              <w:spacing w:after="0" w:line="228" w:lineRule="auto"/>
              <w:jc w:val="both"/>
              <w:rPr>
                <w:sz w:val="15"/>
                <w:szCs w:val="15"/>
              </w:rPr>
            </w:pPr>
          </w:p>
        </w:tc>
        <w:tc>
          <w:tcPr>
            <w:tcW w:w="2139" w:type="dxa"/>
            <w:shd w:val="clear" w:color="auto" w:fill="FFFF00"/>
            <w:tcMar>
              <w:top w:w="80" w:type="dxa"/>
              <w:left w:w="100" w:type="dxa"/>
              <w:bottom w:w="80" w:type="dxa"/>
              <w:right w:w="100" w:type="dxa"/>
            </w:tcMar>
            <w:vAlign w:val="center"/>
          </w:tcPr>
          <w:p w14:paraId="16A6C09E" w14:textId="3C3C420B" w:rsidR="0069704D" w:rsidRPr="00535AEF" w:rsidRDefault="0069704D" w:rsidP="00F16A53">
            <w:pPr>
              <w:spacing w:after="0" w:line="228" w:lineRule="auto"/>
              <w:jc w:val="both"/>
              <w:rPr>
                <w:sz w:val="15"/>
                <w:szCs w:val="15"/>
              </w:rPr>
            </w:pPr>
          </w:p>
        </w:tc>
      </w:tr>
      <w:tr w:rsidR="003E6006" w:rsidRPr="00535AEF" w14:paraId="38E0BEDC" w14:textId="77777777" w:rsidTr="009210A9">
        <w:trPr>
          <w:cantSplit/>
          <w:trHeight w:val="330"/>
        </w:trPr>
        <w:tc>
          <w:tcPr>
            <w:tcW w:w="606" w:type="dxa"/>
            <w:tcMar>
              <w:top w:w="80" w:type="dxa"/>
              <w:left w:w="100" w:type="dxa"/>
              <w:bottom w:w="80" w:type="dxa"/>
              <w:right w:w="100" w:type="dxa"/>
            </w:tcMar>
            <w:vAlign w:val="center"/>
          </w:tcPr>
          <w:p w14:paraId="66D3816C" w14:textId="07BA7C97" w:rsidR="003E6006" w:rsidRPr="00535AEF" w:rsidRDefault="00BF7675" w:rsidP="00F16A53">
            <w:pPr>
              <w:spacing w:after="0" w:line="228" w:lineRule="auto"/>
              <w:jc w:val="center"/>
              <w:rPr>
                <w:sz w:val="15"/>
                <w:szCs w:val="15"/>
              </w:rPr>
            </w:pPr>
            <w:r w:rsidRPr="00535AEF">
              <w:rPr>
                <w:sz w:val="15"/>
                <w:szCs w:val="15"/>
              </w:rPr>
              <w:t>4</w:t>
            </w:r>
          </w:p>
        </w:tc>
        <w:tc>
          <w:tcPr>
            <w:tcW w:w="1458" w:type="dxa"/>
            <w:shd w:val="clear" w:color="auto" w:fill="FFFF00"/>
            <w:tcMar>
              <w:top w:w="80" w:type="dxa"/>
              <w:left w:w="100" w:type="dxa"/>
              <w:bottom w:w="80" w:type="dxa"/>
              <w:right w:w="100" w:type="dxa"/>
            </w:tcMar>
            <w:vAlign w:val="center"/>
          </w:tcPr>
          <w:p w14:paraId="5B1902B2" w14:textId="77777777" w:rsidR="003E6006" w:rsidRPr="00535AEF" w:rsidRDefault="003E6006" w:rsidP="00F16A53">
            <w:pPr>
              <w:spacing w:after="0" w:line="228" w:lineRule="auto"/>
              <w:jc w:val="both"/>
              <w:rPr>
                <w:sz w:val="15"/>
                <w:szCs w:val="15"/>
                <w:highlight w:val="yellow"/>
              </w:rPr>
            </w:pPr>
          </w:p>
        </w:tc>
        <w:tc>
          <w:tcPr>
            <w:tcW w:w="1658" w:type="dxa"/>
            <w:shd w:val="clear" w:color="auto" w:fill="FFFF00"/>
            <w:tcMar>
              <w:top w:w="80" w:type="dxa"/>
              <w:left w:w="100" w:type="dxa"/>
              <w:bottom w:w="80" w:type="dxa"/>
              <w:right w:w="100" w:type="dxa"/>
            </w:tcMar>
            <w:vAlign w:val="center"/>
          </w:tcPr>
          <w:p w14:paraId="6989472B" w14:textId="77777777" w:rsidR="003E6006" w:rsidRPr="00535AEF" w:rsidRDefault="003E6006" w:rsidP="00F16A53">
            <w:pPr>
              <w:spacing w:after="0" w:line="228" w:lineRule="auto"/>
              <w:jc w:val="both"/>
              <w:rPr>
                <w:sz w:val="15"/>
                <w:szCs w:val="15"/>
                <w:highlight w:val="yellow"/>
              </w:rPr>
            </w:pPr>
          </w:p>
        </w:tc>
        <w:tc>
          <w:tcPr>
            <w:tcW w:w="1926" w:type="dxa"/>
            <w:shd w:val="clear" w:color="auto" w:fill="FFFF00"/>
            <w:tcMar>
              <w:top w:w="80" w:type="dxa"/>
              <w:left w:w="100" w:type="dxa"/>
              <w:bottom w:w="80" w:type="dxa"/>
              <w:right w:w="100" w:type="dxa"/>
            </w:tcMar>
            <w:vAlign w:val="center"/>
          </w:tcPr>
          <w:p w14:paraId="527C3B06" w14:textId="77777777" w:rsidR="003E6006" w:rsidRPr="00535AEF" w:rsidRDefault="003E6006" w:rsidP="00F16A53">
            <w:pPr>
              <w:spacing w:after="0" w:line="228" w:lineRule="auto"/>
              <w:jc w:val="both"/>
              <w:rPr>
                <w:sz w:val="15"/>
                <w:szCs w:val="15"/>
                <w:highlight w:val="yellow"/>
              </w:rPr>
            </w:pPr>
          </w:p>
        </w:tc>
        <w:tc>
          <w:tcPr>
            <w:tcW w:w="2225" w:type="dxa"/>
            <w:shd w:val="clear" w:color="auto" w:fill="FFFF00"/>
            <w:tcMar>
              <w:top w:w="80" w:type="dxa"/>
              <w:left w:w="100" w:type="dxa"/>
              <w:bottom w:w="80" w:type="dxa"/>
              <w:right w:w="100" w:type="dxa"/>
            </w:tcMar>
            <w:vAlign w:val="center"/>
          </w:tcPr>
          <w:p w14:paraId="02F13F6F" w14:textId="77777777" w:rsidR="003E6006" w:rsidRPr="00535AEF" w:rsidRDefault="003E6006" w:rsidP="00F16A53">
            <w:pPr>
              <w:spacing w:after="0" w:line="228" w:lineRule="auto"/>
              <w:jc w:val="both"/>
              <w:rPr>
                <w:sz w:val="15"/>
                <w:szCs w:val="15"/>
                <w:highlight w:val="yellow"/>
              </w:rPr>
            </w:pPr>
          </w:p>
        </w:tc>
        <w:tc>
          <w:tcPr>
            <w:tcW w:w="2139" w:type="dxa"/>
            <w:shd w:val="clear" w:color="auto" w:fill="FFFF00"/>
            <w:tcMar>
              <w:top w:w="80" w:type="dxa"/>
              <w:left w:w="100" w:type="dxa"/>
              <w:bottom w:w="80" w:type="dxa"/>
              <w:right w:w="100" w:type="dxa"/>
            </w:tcMar>
            <w:vAlign w:val="center"/>
          </w:tcPr>
          <w:p w14:paraId="7C1B282A" w14:textId="77777777" w:rsidR="003E6006" w:rsidRPr="00535AEF" w:rsidRDefault="003E6006" w:rsidP="00F16A53">
            <w:pPr>
              <w:spacing w:after="0" w:line="228" w:lineRule="auto"/>
              <w:jc w:val="both"/>
              <w:rPr>
                <w:sz w:val="15"/>
                <w:szCs w:val="15"/>
                <w:highlight w:val="yellow"/>
              </w:rPr>
            </w:pPr>
          </w:p>
        </w:tc>
      </w:tr>
    </w:tbl>
    <w:p w14:paraId="3AEF5D66" w14:textId="77777777" w:rsidR="00BA2369" w:rsidRPr="00535AEF" w:rsidRDefault="00BA2369" w:rsidP="00F16A53">
      <w:pPr>
        <w:keepNext/>
        <w:spacing w:after="0" w:line="228" w:lineRule="auto"/>
        <w:rPr>
          <w:b/>
          <w:sz w:val="15"/>
          <w:szCs w:val="15"/>
        </w:rPr>
      </w:pPr>
    </w:p>
    <w:p w14:paraId="01F8E70F" w14:textId="4178DF35" w:rsidR="0063661A" w:rsidRPr="00E139E8" w:rsidRDefault="00000000" w:rsidP="00E139E8">
      <w:pPr>
        <w:keepNext/>
        <w:spacing w:after="0" w:line="228" w:lineRule="auto"/>
        <w:jc w:val="both"/>
        <w:rPr>
          <w:bCs/>
          <w:sz w:val="15"/>
          <w:szCs w:val="15"/>
        </w:rPr>
      </w:pPr>
      <w:r w:rsidRPr="00535AEF">
        <w:rPr>
          <w:b/>
          <w:sz w:val="15"/>
          <w:szCs w:val="15"/>
        </w:rPr>
        <w:t>3.2 Relación de recursos y bienes</w:t>
      </w:r>
      <w:r w:rsidR="00E139E8">
        <w:rPr>
          <w:b/>
          <w:sz w:val="15"/>
          <w:szCs w:val="15"/>
        </w:rPr>
        <w:t xml:space="preserve"> </w:t>
      </w:r>
      <w:r w:rsidR="00E139E8">
        <w:rPr>
          <w:bCs/>
          <w:sz w:val="15"/>
          <w:szCs w:val="15"/>
        </w:rPr>
        <w:t>(r</w:t>
      </w:r>
      <w:r w:rsidR="00E139E8" w:rsidRPr="00E139E8">
        <w:rPr>
          <w:bCs/>
          <w:sz w:val="15"/>
          <w:szCs w:val="15"/>
        </w:rPr>
        <w:t>elacione los recursos y bienes institucionales localizados que correspondan al empleo, cargo o comisión objeto de la entrega y describa su condición, resguardo y ubicación a la fecha de corte</w:t>
      </w:r>
      <w:r w:rsidR="00E139E8">
        <w:rPr>
          <w:bCs/>
          <w:sz w:val="15"/>
          <w:szCs w:val="15"/>
        </w:rPr>
        <w:t>)</w:t>
      </w:r>
    </w:p>
    <w:p w14:paraId="53A385A1" w14:textId="77777777" w:rsidR="00E139E8" w:rsidRDefault="00E139E8" w:rsidP="00F16A53">
      <w:pPr>
        <w:keepNext/>
        <w:spacing w:after="0" w:line="228" w:lineRule="auto"/>
        <w:rPr>
          <w:b/>
          <w:sz w:val="15"/>
          <w:szCs w:val="15"/>
        </w:rPr>
      </w:pPr>
    </w:p>
    <w:tbl>
      <w:tblPr>
        <w:tblStyle w:val="Tablaconcuadrcula"/>
        <w:tblW w:w="10042" w:type="dxa"/>
        <w:tblLayout w:type="fixed"/>
        <w:tblLook w:val="04A0" w:firstRow="1" w:lastRow="0" w:firstColumn="1" w:lastColumn="0" w:noHBand="0" w:noVBand="1"/>
      </w:tblPr>
      <w:tblGrid>
        <w:gridCol w:w="607"/>
        <w:gridCol w:w="1522"/>
        <w:gridCol w:w="1520"/>
        <w:gridCol w:w="1977"/>
        <w:gridCol w:w="2184"/>
        <w:gridCol w:w="2232"/>
      </w:tblGrid>
      <w:tr w:rsidR="0063661A" w:rsidRPr="00535AEF" w14:paraId="5096E3D9" w14:textId="77777777" w:rsidTr="009210A9">
        <w:trPr>
          <w:cantSplit/>
          <w:trHeight w:val="322"/>
          <w:tblHeader/>
        </w:trPr>
        <w:tc>
          <w:tcPr>
            <w:tcW w:w="607" w:type="dxa"/>
            <w:shd w:val="clear" w:color="auto" w:fill="BFBFBF" w:themeFill="background1" w:themeFillShade="BF"/>
            <w:tcMar>
              <w:top w:w="80" w:type="dxa"/>
              <w:left w:w="100" w:type="dxa"/>
              <w:bottom w:w="80" w:type="dxa"/>
              <w:right w:w="100" w:type="dxa"/>
            </w:tcMar>
            <w:vAlign w:val="center"/>
          </w:tcPr>
          <w:p w14:paraId="44C4EA23" w14:textId="77777777" w:rsidR="0063661A" w:rsidRPr="00535AEF" w:rsidRDefault="00000000" w:rsidP="00F16A53">
            <w:pPr>
              <w:spacing w:after="0" w:line="228" w:lineRule="auto"/>
              <w:jc w:val="center"/>
              <w:rPr>
                <w:sz w:val="15"/>
                <w:szCs w:val="15"/>
              </w:rPr>
            </w:pPr>
            <w:r w:rsidRPr="00535AEF">
              <w:rPr>
                <w:b/>
                <w:sz w:val="15"/>
                <w:szCs w:val="15"/>
              </w:rPr>
              <w:t>No.</w:t>
            </w:r>
          </w:p>
        </w:tc>
        <w:tc>
          <w:tcPr>
            <w:tcW w:w="1522" w:type="dxa"/>
            <w:shd w:val="clear" w:color="auto" w:fill="BFBFBF" w:themeFill="background1" w:themeFillShade="BF"/>
            <w:tcMar>
              <w:top w:w="80" w:type="dxa"/>
              <w:left w:w="100" w:type="dxa"/>
              <w:bottom w:w="80" w:type="dxa"/>
              <w:right w:w="100" w:type="dxa"/>
            </w:tcMar>
            <w:vAlign w:val="center"/>
          </w:tcPr>
          <w:p w14:paraId="515729B1" w14:textId="77777777" w:rsidR="0063661A" w:rsidRPr="00535AEF" w:rsidRDefault="00000000" w:rsidP="00F16A53">
            <w:pPr>
              <w:spacing w:after="0" w:line="228" w:lineRule="auto"/>
              <w:jc w:val="center"/>
              <w:rPr>
                <w:sz w:val="15"/>
                <w:szCs w:val="15"/>
              </w:rPr>
            </w:pPr>
            <w:r w:rsidRPr="00535AEF">
              <w:rPr>
                <w:b/>
                <w:sz w:val="15"/>
                <w:szCs w:val="15"/>
              </w:rPr>
              <w:t>Tipo de recurso o bien</w:t>
            </w:r>
          </w:p>
        </w:tc>
        <w:tc>
          <w:tcPr>
            <w:tcW w:w="1520" w:type="dxa"/>
            <w:shd w:val="clear" w:color="auto" w:fill="BFBFBF" w:themeFill="background1" w:themeFillShade="BF"/>
            <w:tcMar>
              <w:top w:w="80" w:type="dxa"/>
              <w:left w:w="100" w:type="dxa"/>
              <w:bottom w:w="80" w:type="dxa"/>
              <w:right w:w="100" w:type="dxa"/>
            </w:tcMar>
            <w:vAlign w:val="center"/>
          </w:tcPr>
          <w:p w14:paraId="17E74824" w14:textId="77777777" w:rsidR="0063661A" w:rsidRPr="00535AEF" w:rsidRDefault="00000000" w:rsidP="00F16A53">
            <w:pPr>
              <w:spacing w:after="0" w:line="228" w:lineRule="auto"/>
              <w:jc w:val="center"/>
              <w:rPr>
                <w:sz w:val="15"/>
                <w:szCs w:val="15"/>
              </w:rPr>
            </w:pPr>
            <w:r w:rsidRPr="00535AEF">
              <w:rPr>
                <w:b/>
                <w:sz w:val="15"/>
                <w:szCs w:val="15"/>
              </w:rPr>
              <w:t>Identificación institucional</w:t>
            </w:r>
          </w:p>
        </w:tc>
        <w:tc>
          <w:tcPr>
            <w:tcW w:w="1977" w:type="dxa"/>
            <w:shd w:val="clear" w:color="auto" w:fill="BFBFBF" w:themeFill="background1" w:themeFillShade="BF"/>
            <w:tcMar>
              <w:top w:w="80" w:type="dxa"/>
              <w:left w:w="100" w:type="dxa"/>
              <w:bottom w:w="80" w:type="dxa"/>
              <w:right w:w="100" w:type="dxa"/>
            </w:tcMar>
            <w:vAlign w:val="center"/>
          </w:tcPr>
          <w:p w14:paraId="1EC74294" w14:textId="2F4B008F" w:rsidR="0063661A" w:rsidRPr="002B367C" w:rsidRDefault="002B367C" w:rsidP="00F16A53">
            <w:pPr>
              <w:spacing w:after="0" w:line="228" w:lineRule="auto"/>
              <w:jc w:val="center"/>
              <w:rPr>
                <w:b/>
                <w:bCs/>
                <w:sz w:val="15"/>
                <w:szCs w:val="15"/>
              </w:rPr>
            </w:pPr>
            <w:r w:rsidRPr="002B367C">
              <w:rPr>
                <w:b/>
                <w:bCs/>
                <w:sz w:val="15"/>
                <w:szCs w:val="15"/>
              </w:rPr>
              <w:t>Condición y situación a la fecha de corte</w:t>
            </w:r>
          </w:p>
        </w:tc>
        <w:tc>
          <w:tcPr>
            <w:tcW w:w="2184" w:type="dxa"/>
            <w:shd w:val="clear" w:color="auto" w:fill="BFBFBF" w:themeFill="background1" w:themeFillShade="BF"/>
            <w:tcMar>
              <w:top w:w="80" w:type="dxa"/>
              <w:left w:w="100" w:type="dxa"/>
              <w:bottom w:w="80" w:type="dxa"/>
              <w:right w:w="100" w:type="dxa"/>
            </w:tcMar>
            <w:vAlign w:val="center"/>
          </w:tcPr>
          <w:p w14:paraId="5D51F5C4" w14:textId="77777777" w:rsidR="0063661A" w:rsidRPr="00535AEF" w:rsidRDefault="00000000" w:rsidP="00F16A53">
            <w:pPr>
              <w:spacing w:after="0" w:line="228" w:lineRule="auto"/>
              <w:jc w:val="center"/>
              <w:rPr>
                <w:sz w:val="15"/>
                <w:szCs w:val="15"/>
              </w:rPr>
            </w:pPr>
            <w:r w:rsidRPr="00535AEF">
              <w:rPr>
                <w:b/>
                <w:sz w:val="15"/>
                <w:szCs w:val="15"/>
              </w:rPr>
              <w:t>Resguardo o documento soporte</w:t>
            </w:r>
          </w:p>
        </w:tc>
        <w:tc>
          <w:tcPr>
            <w:tcW w:w="2232" w:type="dxa"/>
            <w:shd w:val="clear" w:color="auto" w:fill="BFBFBF" w:themeFill="background1" w:themeFillShade="BF"/>
            <w:tcMar>
              <w:top w:w="80" w:type="dxa"/>
              <w:left w:w="100" w:type="dxa"/>
              <w:bottom w:w="80" w:type="dxa"/>
              <w:right w:w="100" w:type="dxa"/>
            </w:tcMar>
            <w:vAlign w:val="center"/>
          </w:tcPr>
          <w:p w14:paraId="2C4E3D6A" w14:textId="77777777" w:rsidR="0063661A" w:rsidRPr="00535AEF" w:rsidRDefault="00000000" w:rsidP="00F16A53">
            <w:pPr>
              <w:spacing w:after="0" w:line="228" w:lineRule="auto"/>
              <w:jc w:val="center"/>
              <w:rPr>
                <w:sz w:val="15"/>
                <w:szCs w:val="15"/>
              </w:rPr>
            </w:pPr>
            <w:r w:rsidRPr="00535AEF">
              <w:rPr>
                <w:b/>
                <w:sz w:val="15"/>
                <w:szCs w:val="15"/>
              </w:rPr>
              <w:t>Ubicación actual</w:t>
            </w:r>
          </w:p>
        </w:tc>
      </w:tr>
      <w:tr w:rsidR="00BF7675" w:rsidRPr="00535AEF" w14:paraId="175DF23F" w14:textId="77777777" w:rsidTr="009210A9">
        <w:trPr>
          <w:cantSplit/>
          <w:trHeight w:val="322"/>
        </w:trPr>
        <w:tc>
          <w:tcPr>
            <w:tcW w:w="607" w:type="dxa"/>
            <w:tcMar>
              <w:top w:w="80" w:type="dxa"/>
              <w:left w:w="100" w:type="dxa"/>
              <w:bottom w:w="80" w:type="dxa"/>
              <w:right w:w="100" w:type="dxa"/>
            </w:tcMar>
            <w:vAlign w:val="center"/>
          </w:tcPr>
          <w:p w14:paraId="47AFDB97" w14:textId="77777777" w:rsidR="00BF7675" w:rsidRPr="00535AEF" w:rsidRDefault="00BF7675" w:rsidP="00BF7675">
            <w:pPr>
              <w:spacing w:after="0" w:line="228" w:lineRule="auto"/>
              <w:jc w:val="center"/>
              <w:rPr>
                <w:sz w:val="15"/>
                <w:szCs w:val="15"/>
              </w:rPr>
            </w:pPr>
            <w:r w:rsidRPr="00535AEF">
              <w:rPr>
                <w:sz w:val="15"/>
                <w:szCs w:val="15"/>
              </w:rPr>
              <w:t>1</w:t>
            </w:r>
          </w:p>
        </w:tc>
        <w:tc>
          <w:tcPr>
            <w:tcW w:w="1522" w:type="dxa"/>
            <w:tcMar>
              <w:top w:w="80" w:type="dxa"/>
              <w:left w:w="100" w:type="dxa"/>
              <w:bottom w:w="80" w:type="dxa"/>
              <w:right w:w="100" w:type="dxa"/>
            </w:tcMar>
            <w:vAlign w:val="center"/>
          </w:tcPr>
          <w:p w14:paraId="40880EF1" w14:textId="71841563" w:rsidR="00BF7675" w:rsidRPr="00535AEF" w:rsidRDefault="00BF7675" w:rsidP="00BF7675">
            <w:pPr>
              <w:spacing w:after="0" w:line="228" w:lineRule="auto"/>
              <w:jc w:val="both"/>
              <w:rPr>
                <w:sz w:val="15"/>
                <w:szCs w:val="15"/>
              </w:rPr>
            </w:pPr>
            <w:r w:rsidRPr="00535AEF">
              <w:rPr>
                <w:sz w:val="15"/>
                <w:szCs w:val="15"/>
                <w:highlight w:val="yellow"/>
              </w:rPr>
              <w:t>(32.</w:t>
            </w:r>
            <w:r w:rsidR="00A233BD" w:rsidRPr="00535AEF">
              <w:rPr>
                <w:sz w:val="15"/>
                <w:szCs w:val="15"/>
                <w:highlight w:val="yellow"/>
              </w:rPr>
              <w:t>7</w:t>
            </w:r>
            <w:r w:rsidRPr="00535AEF">
              <w:rPr>
                <w:sz w:val="15"/>
                <w:szCs w:val="15"/>
                <w:highlight w:val="yellow"/>
              </w:rPr>
              <w:t>)</w:t>
            </w:r>
          </w:p>
        </w:tc>
        <w:tc>
          <w:tcPr>
            <w:tcW w:w="1520" w:type="dxa"/>
            <w:tcMar>
              <w:top w:w="80" w:type="dxa"/>
              <w:left w:w="100" w:type="dxa"/>
              <w:bottom w:w="80" w:type="dxa"/>
              <w:right w:w="100" w:type="dxa"/>
            </w:tcMar>
            <w:vAlign w:val="center"/>
          </w:tcPr>
          <w:p w14:paraId="3EB1FA49" w14:textId="60E80F4E" w:rsidR="00BF7675" w:rsidRPr="00535AEF" w:rsidRDefault="00BF7675" w:rsidP="00BF7675">
            <w:pPr>
              <w:spacing w:after="0" w:line="228" w:lineRule="auto"/>
              <w:jc w:val="both"/>
              <w:rPr>
                <w:sz w:val="15"/>
                <w:szCs w:val="15"/>
              </w:rPr>
            </w:pPr>
            <w:r w:rsidRPr="00535AEF">
              <w:rPr>
                <w:sz w:val="15"/>
                <w:szCs w:val="15"/>
                <w:highlight w:val="yellow"/>
              </w:rPr>
              <w:t>(32.</w:t>
            </w:r>
            <w:r w:rsidR="00A233BD" w:rsidRPr="00535AEF">
              <w:rPr>
                <w:sz w:val="15"/>
                <w:szCs w:val="15"/>
                <w:highlight w:val="yellow"/>
              </w:rPr>
              <w:t>8</w:t>
            </w:r>
            <w:r w:rsidRPr="00535AEF">
              <w:rPr>
                <w:sz w:val="15"/>
                <w:szCs w:val="15"/>
                <w:highlight w:val="yellow"/>
              </w:rPr>
              <w:t>)</w:t>
            </w:r>
          </w:p>
        </w:tc>
        <w:tc>
          <w:tcPr>
            <w:tcW w:w="1977" w:type="dxa"/>
            <w:tcMar>
              <w:top w:w="80" w:type="dxa"/>
              <w:left w:w="100" w:type="dxa"/>
              <w:bottom w:w="80" w:type="dxa"/>
              <w:right w:w="100" w:type="dxa"/>
            </w:tcMar>
            <w:vAlign w:val="center"/>
          </w:tcPr>
          <w:p w14:paraId="4CDB87FA" w14:textId="35CB4A77" w:rsidR="00BF7675" w:rsidRPr="00535AEF" w:rsidRDefault="00BF7675" w:rsidP="00BF7675">
            <w:pPr>
              <w:spacing w:after="0" w:line="228" w:lineRule="auto"/>
              <w:jc w:val="both"/>
              <w:rPr>
                <w:sz w:val="15"/>
                <w:szCs w:val="15"/>
              </w:rPr>
            </w:pPr>
            <w:r w:rsidRPr="00535AEF">
              <w:rPr>
                <w:sz w:val="15"/>
                <w:szCs w:val="15"/>
                <w:highlight w:val="yellow"/>
              </w:rPr>
              <w:t>(32.</w:t>
            </w:r>
            <w:r w:rsidR="00A233BD" w:rsidRPr="00535AEF">
              <w:rPr>
                <w:sz w:val="15"/>
                <w:szCs w:val="15"/>
                <w:highlight w:val="yellow"/>
              </w:rPr>
              <w:t>9</w:t>
            </w:r>
            <w:r w:rsidRPr="00535AEF">
              <w:rPr>
                <w:sz w:val="15"/>
                <w:szCs w:val="15"/>
                <w:highlight w:val="yellow"/>
              </w:rPr>
              <w:t>)</w:t>
            </w:r>
          </w:p>
        </w:tc>
        <w:tc>
          <w:tcPr>
            <w:tcW w:w="2184" w:type="dxa"/>
            <w:tcMar>
              <w:top w:w="80" w:type="dxa"/>
              <w:left w:w="100" w:type="dxa"/>
              <w:bottom w:w="80" w:type="dxa"/>
              <w:right w:w="100" w:type="dxa"/>
            </w:tcMar>
            <w:vAlign w:val="center"/>
          </w:tcPr>
          <w:p w14:paraId="1CFC6A46" w14:textId="591DF846" w:rsidR="00BF7675" w:rsidRPr="00535AEF" w:rsidRDefault="00BF7675" w:rsidP="00BF7675">
            <w:pPr>
              <w:spacing w:after="0" w:line="228" w:lineRule="auto"/>
              <w:jc w:val="both"/>
              <w:rPr>
                <w:sz w:val="15"/>
                <w:szCs w:val="15"/>
              </w:rPr>
            </w:pPr>
            <w:r w:rsidRPr="00535AEF">
              <w:rPr>
                <w:sz w:val="15"/>
                <w:szCs w:val="15"/>
                <w:highlight w:val="yellow"/>
              </w:rPr>
              <w:t>(32.</w:t>
            </w:r>
            <w:r w:rsidR="00A233BD" w:rsidRPr="00535AEF">
              <w:rPr>
                <w:sz w:val="15"/>
                <w:szCs w:val="15"/>
                <w:highlight w:val="yellow"/>
              </w:rPr>
              <w:t>10</w:t>
            </w:r>
            <w:r w:rsidRPr="00535AEF">
              <w:rPr>
                <w:sz w:val="15"/>
                <w:szCs w:val="15"/>
                <w:highlight w:val="yellow"/>
              </w:rPr>
              <w:t>)</w:t>
            </w:r>
          </w:p>
        </w:tc>
        <w:tc>
          <w:tcPr>
            <w:tcW w:w="2232" w:type="dxa"/>
            <w:tcMar>
              <w:top w:w="80" w:type="dxa"/>
              <w:left w:w="100" w:type="dxa"/>
              <w:bottom w:w="80" w:type="dxa"/>
              <w:right w:w="100" w:type="dxa"/>
            </w:tcMar>
            <w:vAlign w:val="center"/>
          </w:tcPr>
          <w:p w14:paraId="1A85BADA" w14:textId="0BB68940" w:rsidR="00BF7675" w:rsidRPr="00535AEF" w:rsidRDefault="00BF7675" w:rsidP="00BF7675">
            <w:pPr>
              <w:spacing w:after="0" w:line="228" w:lineRule="auto"/>
              <w:jc w:val="both"/>
              <w:rPr>
                <w:sz w:val="15"/>
                <w:szCs w:val="15"/>
              </w:rPr>
            </w:pPr>
            <w:r w:rsidRPr="00535AEF">
              <w:rPr>
                <w:sz w:val="15"/>
                <w:szCs w:val="15"/>
                <w:highlight w:val="yellow"/>
              </w:rPr>
              <w:t>(32.</w:t>
            </w:r>
            <w:r w:rsidR="00B05CDC" w:rsidRPr="00535AEF">
              <w:rPr>
                <w:sz w:val="15"/>
                <w:szCs w:val="15"/>
                <w:highlight w:val="yellow"/>
              </w:rPr>
              <w:t>1</w:t>
            </w:r>
            <w:r w:rsidR="00A233BD" w:rsidRPr="00535AEF">
              <w:rPr>
                <w:sz w:val="15"/>
                <w:szCs w:val="15"/>
                <w:highlight w:val="yellow"/>
              </w:rPr>
              <w:t>1</w:t>
            </w:r>
            <w:r w:rsidRPr="00535AEF">
              <w:rPr>
                <w:sz w:val="15"/>
                <w:szCs w:val="15"/>
                <w:highlight w:val="yellow"/>
              </w:rPr>
              <w:t>)</w:t>
            </w:r>
          </w:p>
        </w:tc>
      </w:tr>
      <w:tr w:rsidR="0069704D" w:rsidRPr="00535AEF" w14:paraId="3448782C" w14:textId="77777777" w:rsidTr="009210A9">
        <w:trPr>
          <w:cantSplit/>
          <w:trHeight w:val="322"/>
        </w:trPr>
        <w:tc>
          <w:tcPr>
            <w:tcW w:w="607" w:type="dxa"/>
            <w:tcMar>
              <w:top w:w="80" w:type="dxa"/>
              <w:left w:w="100" w:type="dxa"/>
              <w:bottom w:w="80" w:type="dxa"/>
              <w:right w:w="100" w:type="dxa"/>
            </w:tcMar>
            <w:vAlign w:val="center"/>
          </w:tcPr>
          <w:p w14:paraId="0A232572" w14:textId="77777777" w:rsidR="0069704D" w:rsidRPr="00535AEF" w:rsidRDefault="0069704D" w:rsidP="00F16A53">
            <w:pPr>
              <w:spacing w:after="0" w:line="228" w:lineRule="auto"/>
              <w:jc w:val="center"/>
              <w:rPr>
                <w:sz w:val="15"/>
                <w:szCs w:val="15"/>
              </w:rPr>
            </w:pPr>
            <w:r w:rsidRPr="00535AEF">
              <w:rPr>
                <w:sz w:val="15"/>
                <w:szCs w:val="15"/>
              </w:rPr>
              <w:t>2</w:t>
            </w:r>
          </w:p>
        </w:tc>
        <w:tc>
          <w:tcPr>
            <w:tcW w:w="1522" w:type="dxa"/>
            <w:shd w:val="clear" w:color="auto" w:fill="FFFF00"/>
            <w:tcMar>
              <w:top w:w="80" w:type="dxa"/>
              <w:left w:w="100" w:type="dxa"/>
              <w:bottom w:w="80" w:type="dxa"/>
              <w:right w:w="100" w:type="dxa"/>
            </w:tcMar>
            <w:vAlign w:val="center"/>
          </w:tcPr>
          <w:p w14:paraId="01602FA1" w14:textId="2414CCB2" w:rsidR="0069704D" w:rsidRPr="00535AEF" w:rsidRDefault="0069704D" w:rsidP="00F16A53">
            <w:pPr>
              <w:spacing w:after="0" w:line="228" w:lineRule="auto"/>
              <w:jc w:val="both"/>
              <w:rPr>
                <w:sz w:val="15"/>
                <w:szCs w:val="15"/>
              </w:rPr>
            </w:pPr>
          </w:p>
        </w:tc>
        <w:tc>
          <w:tcPr>
            <w:tcW w:w="1520" w:type="dxa"/>
            <w:shd w:val="clear" w:color="auto" w:fill="FFFF00"/>
            <w:tcMar>
              <w:top w:w="80" w:type="dxa"/>
              <w:left w:w="100" w:type="dxa"/>
              <w:bottom w:w="80" w:type="dxa"/>
              <w:right w:w="100" w:type="dxa"/>
            </w:tcMar>
            <w:vAlign w:val="center"/>
          </w:tcPr>
          <w:p w14:paraId="620FE337" w14:textId="6F803241" w:rsidR="0069704D" w:rsidRPr="00535AEF" w:rsidRDefault="0069704D" w:rsidP="00F16A53">
            <w:pPr>
              <w:spacing w:after="0" w:line="228" w:lineRule="auto"/>
              <w:jc w:val="both"/>
              <w:rPr>
                <w:sz w:val="15"/>
                <w:szCs w:val="15"/>
              </w:rPr>
            </w:pPr>
          </w:p>
        </w:tc>
        <w:tc>
          <w:tcPr>
            <w:tcW w:w="1977" w:type="dxa"/>
            <w:shd w:val="clear" w:color="auto" w:fill="FFFF00"/>
            <w:tcMar>
              <w:top w:w="80" w:type="dxa"/>
              <w:left w:w="100" w:type="dxa"/>
              <w:bottom w:w="80" w:type="dxa"/>
              <w:right w:w="100" w:type="dxa"/>
            </w:tcMar>
            <w:vAlign w:val="center"/>
          </w:tcPr>
          <w:p w14:paraId="168CA9DF" w14:textId="0C4FE13A" w:rsidR="0069704D" w:rsidRPr="00535AEF" w:rsidRDefault="0069704D" w:rsidP="00F16A53">
            <w:pPr>
              <w:spacing w:after="0" w:line="228" w:lineRule="auto"/>
              <w:jc w:val="both"/>
              <w:rPr>
                <w:sz w:val="15"/>
                <w:szCs w:val="15"/>
              </w:rPr>
            </w:pPr>
          </w:p>
        </w:tc>
        <w:tc>
          <w:tcPr>
            <w:tcW w:w="2184" w:type="dxa"/>
            <w:shd w:val="clear" w:color="auto" w:fill="FFFF00"/>
            <w:tcMar>
              <w:top w:w="80" w:type="dxa"/>
              <w:left w:w="100" w:type="dxa"/>
              <w:bottom w:w="80" w:type="dxa"/>
              <w:right w:w="100" w:type="dxa"/>
            </w:tcMar>
            <w:vAlign w:val="center"/>
          </w:tcPr>
          <w:p w14:paraId="2D5D9CBD" w14:textId="200C20B7" w:rsidR="0069704D" w:rsidRPr="00535AEF" w:rsidRDefault="0069704D" w:rsidP="00F16A53">
            <w:pPr>
              <w:spacing w:after="0" w:line="228" w:lineRule="auto"/>
              <w:jc w:val="both"/>
              <w:rPr>
                <w:sz w:val="15"/>
                <w:szCs w:val="15"/>
              </w:rPr>
            </w:pPr>
          </w:p>
        </w:tc>
        <w:tc>
          <w:tcPr>
            <w:tcW w:w="2232" w:type="dxa"/>
            <w:shd w:val="clear" w:color="auto" w:fill="FFFF00"/>
            <w:tcMar>
              <w:top w:w="80" w:type="dxa"/>
              <w:left w:w="100" w:type="dxa"/>
              <w:bottom w:w="80" w:type="dxa"/>
              <w:right w:w="100" w:type="dxa"/>
            </w:tcMar>
            <w:vAlign w:val="center"/>
          </w:tcPr>
          <w:p w14:paraId="7B52D87F" w14:textId="50B08C88" w:rsidR="0069704D" w:rsidRPr="00535AEF" w:rsidRDefault="0069704D" w:rsidP="00F16A53">
            <w:pPr>
              <w:spacing w:after="0" w:line="228" w:lineRule="auto"/>
              <w:jc w:val="both"/>
              <w:rPr>
                <w:sz w:val="15"/>
                <w:szCs w:val="15"/>
              </w:rPr>
            </w:pPr>
          </w:p>
        </w:tc>
      </w:tr>
      <w:tr w:rsidR="003E6006" w:rsidRPr="00535AEF" w14:paraId="6E587816" w14:textId="77777777" w:rsidTr="009210A9">
        <w:trPr>
          <w:cantSplit/>
          <w:trHeight w:val="322"/>
        </w:trPr>
        <w:tc>
          <w:tcPr>
            <w:tcW w:w="607" w:type="dxa"/>
            <w:tcMar>
              <w:top w:w="80" w:type="dxa"/>
              <w:left w:w="100" w:type="dxa"/>
              <w:bottom w:w="80" w:type="dxa"/>
              <w:right w:w="100" w:type="dxa"/>
            </w:tcMar>
            <w:vAlign w:val="center"/>
          </w:tcPr>
          <w:p w14:paraId="4F3FA987" w14:textId="2E81D0EC" w:rsidR="003E6006" w:rsidRPr="00535AEF" w:rsidRDefault="00BF7675" w:rsidP="00F16A53">
            <w:pPr>
              <w:spacing w:after="0" w:line="228" w:lineRule="auto"/>
              <w:jc w:val="center"/>
              <w:rPr>
                <w:sz w:val="15"/>
                <w:szCs w:val="15"/>
              </w:rPr>
            </w:pPr>
            <w:r w:rsidRPr="00535AEF">
              <w:rPr>
                <w:sz w:val="15"/>
                <w:szCs w:val="15"/>
              </w:rPr>
              <w:t>3</w:t>
            </w:r>
          </w:p>
        </w:tc>
        <w:tc>
          <w:tcPr>
            <w:tcW w:w="1522" w:type="dxa"/>
            <w:shd w:val="clear" w:color="auto" w:fill="FFFF00"/>
            <w:tcMar>
              <w:top w:w="80" w:type="dxa"/>
              <w:left w:w="100" w:type="dxa"/>
              <w:bottom w:w="80" w:type="dxa"/>
              <w:right w:w="100" w:type="dxa"/>
            </w:tcMar>
            <w:vAlign w:val="center"/>
          </w:tcPr>
          <w:p w14:paraId="58576E0B" w14:textId="77777777" w:rsidR="003E6006" w:rsidRPr="00535AEF"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2D257935" w14:textId="77777777" w:rsidR="003E6006" w:rsidRPr="00535AEF"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11A7BE99" w14:textId="77777777" w:rsidR="003E6006" w:rsidRPr="00535AEF"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6B47ACFA" w14:textId="77777777" w:rsidR="003E6006" w:rsidRPr="00535AEF"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37C3D1E8" w14:textId="77777777" w:rsidR="003E6006" w:rsidRPr="00535AEF" w:rsidRDefault="003E6006" w:rsidP="00F16A53">
            <w:pPr>
              <w:spacing w:after="0" w:line="228" w:lineRule="auto"/>
              <w:jc w:val="both"/>
              <w:rPr>
                <w:sz w:val="15"/>
                <w:szCs w:val="15"/>
                <w:highlight w:val="yellow"/>
              </w:rPr>
            </w:pPr>
          </w:p>
        </w:tc>
      </w:tr>
      <w:tr w:rsidR="003E6006" w:rsidRPr="00535AEF" w14:paraId="2AB9AB33" w14:textId="77777777" w:rsidTr="009210A9">
        <w:trPr>
          <w:cantSplit/>
          <w:trHeight w:val="322"/>
        </w:trPr>
        <w:tc>
          <w:tcPr>
            <w:tcW w:w="607" w:type="dxa"/>
            <w:tcMar>
              <w:top w:w="80" w:type="dxa"/>
              <w:left w:w="100" w:type="dxa"/>
              <w:bottom w:w="80" w:type="dxa"/>
              <w:right w:w="100" w:type="dxa"/>
            </w:tcMar>
            <w:vAlign w:val="center"/>
          </w:tcPr>
          <w:p w14:paraId="4714957B" w14:textId="4538C148" w:rsidR="003E6006" w:rsidRPr="00535AEF" w:rsidRDefault="00BF7675" w:rsidP="00F16A53">
            <w:pPr>
              <w:spacing w:after="0" w:line="228" w:lineRule="auto"/>
              <w:jc w:val="center"/>
              <w:rPr>
                <w:sz w:val="15"/>
                <w:szCs w:val="15"/>
              </w:rPr>
            </w:pPr>
            <w:r w:rsidRPr="00535AEF">
              <w:rPr>
                <w:sz w:val="15"/>
                <w:szCs w:val="15"/>
              </w:rPr>
              <w:t>4</w:t>
            </w:r>
          </w:p>
        </w:tc>
        <w:tc>
          <w:tcPr>
            <w:tcW w:w="1522" w:type="dxa"/>
            <w:shd w:val="clear" w:color="auto" w:fill="FFFF00"/>
            <w:tcMar>
              <w:top w:w="80" w:type="dxa"/>
              <w:left w:w="100" w:type="dxa"/>
              <w:bottom w:w="80" w:type="dxa"/>
              <w:right w:w="100" w:type="dxa"/>
            </w:tcMar>
            <w:vAlign w:val="center"/>
          </w:tcPr>
          <w:p w14:paraId="7BB76A45" w14:textId="77777777" w:rsidR="003E6006" w:rsidRPr="00535AEF"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4674CA0F" w14:textId="77777777" w:rsidR="003E6006" w:rsidRPr="00535AEF"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097877FF" w14:textId="77777777" w:rsidR="003E6006" w:rsidRPr="00535AEF"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6DA01D3E" w14:textId="77777777" w:rsidR="003E6006" w:rsidRPr="00535AEF"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328EC8CA" w14:textId="77777777" w:rsidR="003E6006" w:rsidRPr="00535AEF" w:rsidRDefault="003E6006" w:rsidP="00F16A53">
            <w:pPr>
              <w:spacing w:after="0" w:line="228" w:lineRule="auto"/>
              <w:jc w:val="both"/>
              <w:rPr>
                <w:sz w:val="15"/>
                <w:szCs w:val="15"/>
                <w:highlight w:val="yellow"/>
              </w:rPr>
            </w:pPr>
          </w:p>
        </w:tc>
      </w:tr>
      <w:tr w:rsidR="003E6006" w:rsidRPr="00535AEF" w14:paraId="15AB96D4" w14:textId="77777777" w:rsidTr="009210A9">
        <w:trPr>
          <w:cantSplit/>
          <w:trHeight w:val="322"/>
        </w:trPr>
        <w:tc>
          <w:tcPr>
            <w:tcW w:w="607" w:type="dxa"/>
            <w:tcMar>
              <w:top w:w="80" w:type="dxa"/>
              <w:left w:w="100" w:type="dxa"/>
              <w:bottom w:w="80" w:type="dxa"/>
              <w:right w:w="100" w:type="dxa"/>
            </w:tcMar>
            <w:vAlign w:val="center"/>
          </w:tcPr>
          <w:p w14:paraId="79C35DCD" w14:textId="2D5BAEF0" w:rsidR="003E6006" w:rsidRPr="00535AEF" w:rsidRDefault="00BF7675" w:rsidP="00F16A53">
            <w:pPr>
              <w:spacing w:after="0" w:line="228" w:lineRule="auto"/>
              <w:jc w:val="center"/>
              <w:rPr>
                <w:sz w:val="15"/>
                <w:szCs w:val="15"/>
              </w:rPr>
            </w:pPr>
            <w:r w:rsidRPr="00535AEF">
              <w:rPr>
                <w:sz w:val="15"/>
                <w:szCs w:val="15"/>
              </w:rPr>
              <w:t>5</w:t>
            </w:r>
          </w:p>
        </w:tc>
        <w:tc>
          <w:tcPr>
            <w:tcW w:w="1522" w:type="dxa"/>
            <w:shd w:val="clear" w:color="auto" w:fill="FFFF00"/>
            <w:tcMar>
              <w:top w:w="80" w:type="dxa"/>
              <w:left w:w="100" w:type="dxa"/>
              <w:bottom w:w="80" w:type="dxa"/>
              <w:right w:w="100" w:type="dxa"/>
            </w:tcMar>
            <w:vAlign w:val="center"/>
          </w:tcPr>
          <w:p w14:paraId="56F2838C" w14:textId="77777777" w:rsidR="003E6006" w:rsidRPr="00535AEF"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30AD784A" w14:textId="77777777" w:rsidR="003E6006" w:rsidRPr="00535AEF"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09EC6DFA" w14:textId="77777777" w:rsidR="003E6006" w:rsidRPr="00535AEF"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4E43C10C" w14:textId="77777777" w:rsidR="003E6006" w:rsidRPr="00535AEF"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1851D02A" w14:textId="77777777" w:rsidR="003E6006" w:rsidRPr="00535AEF" w:rsidRDefault="003E6006" w:rsidP="00F16A53">
            <w:pPr>
              <w:spacing w:after="0" w:line="228" w:lineRule="auto"/>
              <w:jc w:val="both"/>
              <w:rPr>
                <w:sz w:val="15"/>
                <w:szCs w:val="15"/>
                <w:highlight w:val="yellow"/>
              </w:rPr>
            </w:pPr>
          </w:p>
        </w:tc>
      </w:tr>
      <w:tr w:rsidR="003E6006" w:rsidRPr="00535AEF" w14:paraId="3B37E52D" w14:textId="77777777" w:rsidTr="009210A9">
        <w:trPr>
          <w:cantSplit/>
          <w:trHeight w:val="322"/>
        </w:trPr>
        <w:tc>
          <w:tcPr>
            <w:tcW w:w="607" w:type="dxa"/>
            <w:tcMar>
              <w:top w:w="80" w:type="dxa"/>
              <w:left w:w="100" w:type="dxa"/>
              <w:bottom w:w="80" w:type="dxa"/>
              <w:right w:w="100" w:type="dxa"/>
            </w:tcMar>
            <w:vAlign w:val="center"/>
          </w:tcPr>
          <w:p w14:paraId="3D4F91C3" w14:textId="0115E8A1" w:rsidR="003E6006" w:rsidRPr="00535AEF" w:rsidRDefault="00BF7675" w:rsidP="00F16A53">
            <w:pPr>
              <w:spacing w:after="0" w:line="228" w:lineRule="auto"/>
              <w:jc w:val="center"/>
              <w:rPr>
                <w:sz w:val="15"/>
                <w:szCs w:val="15"/>
              </w:rPr>
            </w:pPr>
            <w:r w:rsidRPr="00535AEF">
              <w:rPr>
                <w:sz w:val="15"/>
                <w:szCs w:val="15"/>
              </w:rPr>
              <w:t>6</w:t>
            </w:r>
          </w:p>
        </w:tc>
        <w:tc>
          <w:tcPr>
            <w:tcW w:w="1522" w:type="dxa"/>
            <w:shd w:val="clear" w:color="auto" w:fill="FFFF00"/>
            <w:tcMar>
              <w:top w:w="80" w:type="dxa"/>
              <w:left w:w="100" w:type="dxa"/>
              <w:bottom w:w="80" w:type="dxa"/>
              <w:right w:w="100" w:type="dxa"/>
            </w:tcMar>
            <w:vAlign w:val="center"/>
          </w:tcPr>
          <w:p w14:paraId="3097C79F" w14:textId="77777777" w:rsidR="003E6006" w:rsidRPr="00535AEF"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49D1FA2D" w14:textId="77777777" w:rsidR="003E6006" w:rsidRPr="00535AEF"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17775AE7" w14:textId="77777777" w:rsidR="003E6006" w:rsidRPr="00535AEF"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58E71F7E" w14:textId="77777777" w:rsidR="003E6006" w:rsidRPr="00535AEF"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35AFFADE" w14:textId="77777777" w:rsidR="003E6006" w:rsidRPr="00535AEF" w:rsidRDefault="003E6006" w:rsidP="00F16A53">
            <w:pPr>
              <w:spacing w:after="0" w:line="228" w:lineRule="auto"/>
              <w:jc w:val="both"/>
              <w:rPr>
                <w:sz w:val="15"/>
                <w:szCs w:val="15"/>
                <w:highlight w:val="yellow"/>
              </w:rPr>
            </w:pPr>
          </w:p>
        </w:tc>
      </w:tr>
      <w:tr w:rsidR="003E6006" w:rsidRPr="00535AEF" w14:paraId="2CB4D246" w14:textId="77777777" w:rsidTr="009210A9">
        <w:trPr>
          <w:cantSplit/>
          <w:trHeight w:val="322"/>
        </w:trPr>
        <w:tc>
          <w:tcPr>
            <w:tcW w:w="607" w:type="dxa"/>
            <w:tcMar>
              <w:top w:w="80" w:type="dxa"/>
              <w:left w:w="100" w:type="dxa"/>
              <w:bottom w:w="80" w:type="dxa"/>
              <w:right w:w="100" w:type="dxa"/>
            </w:tcMar>
            <w:vAlign w:val="center"/>
          </w:tcPr>
          <w:p w14:paraId="72E0EAB7" w14:textId="408A2BED" w:rsidR="003E6006" w:rsidRPr="00535AEF" w:rsidRDefault="00BF7675" w:rsidP="00F16A53">
            <w:pPr>
              <w:spacing w:after="0" w:line="228" w:lineRule="auto"/>
              <w:jc w:val="center"/>
              <w:rPr>
                <w:sz w:val="15"/>
                <w:szCs w:val="15"/>
              </w:rPr>
            </w:pPr>
            <w:r w:rsidRPr="00535AEF">
              <w:rPr>
                <w:sz w:val="15"/>
                <w:szCs w:val="15"/>
              </w:rPr>
              <w:t>7</w:t>
            </w:r>
          </w:p>
        </w:tc>
        <w:tc>
          <w:tcPr>
            <w:tcW w:w="1522" w:type="dxa"/>
            <w:shd w:val="clear" w:color="auto" w:fill="FFFF00"/>
            <w:tcMar>
              <w:top w:w="80" w:type="dxa"/>
              <w:left w:w="100" w:type="dxa"/>
              <w:bottom w:w="80" w:type="dxa"/>
              <w:right w:w="100" w:type="dxa"/>
            </w:tcMar>
            <w:vAlign w:val="center"/>
          </w:tcPr>
          <w:p w14:paraId="399950A3" w14:textId="77777777" w:rsidR="003E6006" w:rsidRPr="00535AEF" w:rsidRDefault="003E6006" w:rsidP="00F16A53">
            <w:pPr>
              <w:spacing w:after="0" w:line="228" w:lineRule="auto"/>
              <w:jc w:val="both"/>
              <w:rPr>
                <w:sz w:val="15"/>
                <w:szCs w:val="15"/>
                <w:highlight w:val="yellow"/>
              </w:rPr>
            </w:pPr>
          </w:p>
        </w:tc>
        <w:tc>
          <w:tcPr>
            <w:tcW w:w="1520" w:type="dxa"/>
            <w:shd w:val="clear" w:color="auto" w:fill="FFFF00"/>
            <w:tcMar>
              <w:top w:w="80" w:type="dxa"/>
              <w:left w:w="100" w:type="dxa"/>
              <w:bottom w:w="80" w:type="dxa"/>
              <w:right w:w="100" w:type="dxa"/>
            </w:tcMar>
            <w:vAlign w:val="center"/>
          </w:tcPr>
          <w:p w14:paraId="49B75541" w14:textId="77777777" w:rsidR="003E6006" w:rsidRPr="00535AEF" w:rsidRDefault="003E6006" w:rsidP="00F16A53">
            <w:pPr>
              <w:spacing w:after="0" w:line="228" w:lineRule="auto"/>
              <w:jc w:val="both"/>
              <w:rPr>
                <w:sz w:val="15"/>
                <w:szCs w:val="15"/>
                <w:highlight w:val="yellow"/>
              </w:rPr>
            </w:pPr>
          </w:p>
        </w:tc>
        <w:tc>
          <w:tcPr>
            <w:tcW w:w="1977" w:type="dxa"/>
            <w:shd w:val="clear" w:color="auto" w:fill="FFFF00"/>
            <w:tcMar>
              <w:top w:w="80" w:type="dxa"/>
              <w:left w:w="100" w:type="dxa"/>
              <w:bottom w:w="80" w:type="dxa"/>
              <w:right w:w="100" w:type="dxa"/>
            </w:tcMar>
            <w:vAlign w:val="center"/>
          </w:tcPr>
          <w:p w14:paraId="194E88DD" w14:textId="77777777" w:rsidR="003E6006" w:rsidRPr="00535AEF" w:rsidRDefault="003E6006" w:rsidP="00F16A53">
            <w:pPr>
              <w:spacing w:after="0" w:line="228" w:lineRule="auto"/>
              <w:jc w:val="both"/>
              <w:rPr>
                <w:sz w:val="15"/>
                <w:szCs w:val="15"/>
                <w:highlight w:val="yellow"/>
              </w:rPr>
            </w:pPr>
          </w:p>
        </w:tc>
        <w:tc>
          <w:tcPr>
            <w:tcW w:w="2184" w:type="dxa"/>
            <w:shd w:val="clear" w:color="auto" w:fill="FFFF00"/>
            <w:tcMar>
              <w:top w:w="80" w:type="dxa"/>
              <w:left w:w="100" w:type="dxa"/>
              <w:bottom w:w="80" w:type="dxa"/>
              <w:right w:w="100" w:type="dxa"/>
            </w:tcMar>
            <w:vAlign w:val="center"/>
          </w:tcPr>
          <w:p w14:paraId="74E54F7D" w14:textId="77777777" w:rsidR="003E6006" w:rsidRPr="00535AEF" w:rsidRDefault="003E6006" w:rsidP="00F16A53">
            <w:pPr>
              <w:spacing w:after="0" w:line="228" w:lineRule="auto"/>
              <w:jc w:val="both"/>
              <w:rPr>
                <w:sz w:val="15"/>
                <w:szCs w:val="15"/>
                <w:highlight w:val="yellow"/>
              </w:rPr>
            </w:pPr>
          </w:p>
        </w:tc>
        <w:tc>
          <w:tcPr>
            <w:tcW w:w="2232" w:type="dxa"/>
            <w:shd w:val="clear" w:color="auto" w:fill="FFFF00"/>
            <w:tcMar>
              <w:top w:w="80" w:type="dxa"/>
              <w:left w:w="100" w:type="dxa"/>
              <w:bottom w:w="80" w:type="dxa"/>
              <w:right w:w="100" w:type="dxa"/>
            </w:tcMar>
            <w:vAlign w:val="center"/>
          </w:tcPr>
          <w:p w14:paraId="1C275A02" w14:textId="77777777" w:rsidR="003E6006" w:rsidRPr="00535AEF" w:rsidRDefault="003E6006" w:rsidP="00F16A53">
            <w:pPr>
              <w:spacing w:after="0" w:line="228" w:lineRule="auto"/>
              <w:jc w:val="both"/>
              <w:rPr>
                <w:sz w:val="15"/>
                <w:szCs w:val="15"/>
                <w:highlight w:val="yellow"/>
              </w:rPr>
            </w:pPr>
          </w:p>
        </w:tc>
      </w:tr>
    </w:tbl>
    <w:p w14:paraId="00299798" w14:textId="77777777" w:rsidR="00BA2369" w:rsidRPr="00535AEF" w:rsidRDefault="00BA2369" w:rsidP="00F16A53">
      <w:pPr>
        <w:keepNext/>
        <w:spacing w:after="0" w:line="228" w:lineRule="auto"/>
        <w:rPr>
          <w:b/>
          <w:sz w:val="15"/>
          <w:szCs w:val="15"/>
        </w:rPr>
      </w:pPr>
    </w:p>
    <w:p w14:paraId="59BD6505" w14:textId="49E1D914" w:rsidR="0063661A" w:rsidRDefault="00000000" w:rsidP="00E139E8">
      <w:pPr>
        <w:keepNext/>
        <w:spacing w:after="0" w:line="228" w:lineRule="auto"/>
        <w:jc w:val="both"/>
        <w:rPr>
          <w:b/>
          <w:sz w:val="15"/>
          <w:szCs w:val="15"/>
        </w:rPr>
      </w:pPr>
      <w:r w:rsidRPr="00535AEF">
        <w:rPr>
          <w:b/>
          <w:sz w:val="15"/>
          <w:szCs w:val="15"/>
        </w:rPr>
        <w:t>3.3 Relación de asuntos pendientes</w:t>
      </w:r>
      <w:r w:rsidR="00E139E8">
        <w:rPr>
          <w:b/>
          <w:sz w:val="15"/>
          <w:szCs w:val="15"/>
        </w:rPr>
        <w:t xml:space="preserve"> </w:t>
      </w:r>
      <w:r w:rsidR="00E139E8" w:rsidRPr="00E139E8">
        <w:rPr>
          <w:bCs/>
          <w:sz w:val="15"/>
          <w:szCs w:val="15"/>
        </w:rPr>
        <w:t>(relacione los asuntos pendientes identificados en los registros institucionales que correspondan al empleo, cargo o comisión objeto de la entrega y que requieran continuidad o atención posterior)</w:t>
      </w:r>
    </w:p>
    <w:p w14:paraId="0A8A0014" w14:textId="77777777" w:rsidR="00E139E8" w:rsidRPr="00535AEF" w:rsidRDefault="00E139E8" w:rsidP="00F16A53">
      <w:pPr>
        <w:keepNext/>
        <w:spacing w:after="0" w:line="228" w:lineRule="auto"/>
        <w:rPr>
          <w:sz w:val="15"/>
          <w:szCs w:val="15"/>
        </w:rPr>
      </w:pPr>
    </w:p>
    <w:tbl>
      <w:tblPr>
        <w:tblStyle w:val="Tablaconcuadrcula"/>
        <w:tblW w:w="10004" w:type="dxa"/>
        <w:tblLayout w:type="fixed"/>
        <w:tblLook w:val="04A0" w:firstRow="1" w:lastRow="0" w:firstColumn="1" w:lastColumn="0" w:noHBand="0" w:noVBand="1"/>
      </w:tblPr>
      <w:tblGrid>
        <w:gridCol w:w="536"/>
        <w:gridCol w:w="1327"/>
        <w:gridCol w:w="1350"/>
        <w:gridCol w:w="1274"/>
        <w:gridCol w:w="1320"/>
        <w:gridCol w:w="1226"/>
        <w:gridCol w:w="1415"/>
        <w:gridCol w:w="1556"/>
      </w:tblGrid>
      <w:tr w:rsidR="00171241" w:rsidRPr="00535AEF" w14:paraId="5AA40045" w14:textId="77777777" w:rsidTr="00C66044">
        <w:trPr>
          <w:cantSplit/>
          <w:trHeight w:val="360"/>
          <w:tblHeader/>
        </w:trPr>
        <w:tc>
          <w:tcPr>
            <w:tcW w:w="536" w:type="dxa"/>
            <w:shd w:val="clear" w:color="auto" w:fill="BFBFBF" w:themeFill="background1" w:themeFillShade="BF"/>
            <w:tcMar>
              <w:top w:w="80" w:type="dxa"/>
              <w:left w:w="100" w:type="dxa"/>
              <w:bottom w:w="80" w:type="dxa"/>
              <w:right w:w="100" w:type="dxa"/>
            </w:tcMar>
            <w:vAlign w:val="center"/>
          </w:tcPr>
          <w:p w14:paraId="51D962EE" w14:textId="77777777" w:rsidR="00171241" w:rsidRPr="00535AEF" w:rsidRDefault="00171241" w:rsidP="00F16A53">
            <w:pPr>
              <w:spacing w:after="0" w:line="228" w:lineRule="auto"/>
              <w:jc w:val="center"/>
              <w:rPr>
                <w:sz w:val="15"/>
                <w:szCs w:val="15"/>
              </w:rPr>
            </w:pPr>
            <w:r w:rsidRPr="00535AEF">
              <w:rPr>
                <w:b/>
                <w:sz w:val="15"/>
                <w:szCs w:val="15"/>
              </w:rPr>
              <w:t>No.</w:t>
            </w:r>
          </w:p>
        </w:tc>
        <w:tc>
          <w:tcPr>
            <w:tcW w:w="1327" w:type="dxa"/>
            <w:shd w:val="clear" w:color="auto" w:fill="BFBFBF" w:themeFill="background1" w:themeFillShade="BF"/>
            <w:tcMar>
              <w:top w:w="80" w:type="dxa"/>
              <w:left w:w="100" w:type="dxa"/>
              <w:bottom w:w="80" w:type="dxa"/>
              <w:right w:w="100" w:type="dxa"/>
            </w:tcMar>
            <w:vAlign w:val="center"/>
          </w:tcPr>
          <w:p w14:paraId="1BB536CE" w14:textId="77777777" w:rsidR="00171241" w:rsidRPr="00535AEF" w:rsidRDefault="00171241" w:rsidP="00F16A53">
            <w:pPr>
              <w:spacing w:after="0" w:line="228" w:lineRule="auto"/>
              <w:jc w:val="center"/>
              <w:rPr>
                <w:sz w:val="15"/>
                <w:szCs w:val="15"/>
              </w:rPr>
            </w:pPr>
            <w:r w:rsidRPr="00535AEF">
              <w:rPr>
                <w:b/>
                <w:sz w:val="15"/>
                <w:szCs w:val="15"/>
              </w:rPr>
              <w:t>Asunto o acción</w:t>
            </w:r>
          </w:p>
        </w:tc>
        <w:tc>
          <w:tcPr>
            <w:tcW w:w="1350" w:type="dxa"/>
            <w:shd w:val="clear" w:color="auto" w:fill="BFBFBF" w:themeFill="background1" w:themeFillShade="BF"/>
            <w:tcMar>
              <w:top w:w="80" w:type="dxa"/>
              <w:left w:w="100" w:type="dxa"/>
              <w:bottom w:w="80" w:type="dxa"/>
              <w:right w:w="100" w:type="dxa"/>
            </w:tcMar>
            <w:vAlign w:val="center"/>
          </w:tcPr>
          <w:p w14:paraId="1204375C" w14:textId="6FA493D2" w:rsidR="00171241" w:rsidRPr="00535AEF" w:rsidRDefault="00280A8E" w:rsidP="00F16A53">
            <w:pPr>
              <w:spacing w:after="0" w:line="228" w:lineRule="auto"/>
              <w:jc w:val="center"/>
              <w:rPr>
                <w:sz w:val="15"/>
                <w:szCs w:val="15"/>
              </w:rPr>
            </w:pPr>
            <w:r w:rsidRPr="00280A8E">
              <w:rPr>
                <w:b/>
                <w:sz w:val="15"/>
                <w:szCs w:val="15"/>
              </w:rPr>
              <w:t>Origen del asunto y documento relacionado</w:t>
            </w:r>
          </w:p>
        </w:tc>
        <w:tc>
          <w:tcPr>
            <w:tcW w:w="1274" w:type="dxa"/>
            <w:shd w:val="clear" w:color="auto" w:fill="BFBFBF" w:themeFill="background1" w:themeFillShade="BF"/>
            <w:tcMar>
              <w:top w:w="80" w:type="dxa"/>
              <w:left w:w="100" w:type="dxa"/>
              <w:bottom w:w="80" w:type="dxa"/>
              <w:right w:w="100" w:type="dxa"/>
            </w:tcMar>
            <w:vAlign w:val="center"/>
          </w:tcPr>
          <w:p w14:paraId="46CC7294" w14:textId="77777777" w:rsidR="00171241" w:rsidRPr="00535AEF" w:rsidRDefault="00171241" w:rsidP="00F16A53">
            <w:pPr>
              <w:spacing w:after="0" w:line="228" w:lineRule="auto"/>
              <w:jc w:val="center"/>
              <w:rPr>
                <w:sz w:val="15"/>
                <w:szCs w:val="15"/>
              </w:rPr>
            </w:pPr>
            <w:r w:rsidRPr="00535AEF">
              <w:rPr>
                <w:b/>
                <w:sz w:val="15"/>
                <w:szCs w:val="15"/>
              </w:rPr>
              <w:t>Estado a la fecha de corte</w:t>
            </w:r>
          </w:p>
        </w:tc>
        <w:tc>
          <w:tcPr>
            <w:tcW w:w="1320" w:type="dxa"/>
            <w:shd w:val="clear" w:color="auto" w:fill="BFBFBF" w:themeFill="background1" w:themeFillShade="BF"/>
            <w:vAlign w:val="center"/>
          </w:tcPr>
          <w:p w14:paraId="0063F528" w14:textId="46CF1292" w:rsidR="00171241" w:rsidRPr="00535AEF" w:rsidRDefault="00171241" w:rsidP="00F16A53">
            <w:pPr>
              <w:spacing w:after="0" w:line="228" w:lineRule="auto"/>
              <w:jc w:val="center"/>
              <w:rPr>
                <w:b/>
                <w:sz w:val="15"/>
                <w:szCs w:val="15"/>
              </w:rPr>
            </w:pPr>
            <w:r w:rsidRPr="00535AEF">
              <w:rPr>
                <w:b/>
                <w:sz w:val="15"/>
                <w:szCs w:val="15"/>
              </w:rPr>
              <w:t>Clasificación del plazo</w:t>
            </w:r>
          </w:p>
        </w:tc>
        <w:tc>
          <w:tcPr>
            <w:tcW w:w="1226" w:type="dxa"/>
            <w:shd w:val="clear" w:color="auto" w:fill="BFBFBF" w:themeFill="background1" w:themeFillShade="BF"/>
            <w:tcMar>
              <w:top w:w="80" w:type="dxa"/>
              <w:left w:w="100" w:type="dxa"/>
              <w:bottom w:w="80" w:type="dxa"/>
              <w:right w:w="100" w:type="dxa"/>
            </w:tcMar>
            <w:vAlign w:val="center"/>
          </w:tcPr>
          <w:p w14:paraId="2C546D69" w14:textId="12E66A8D" w:rsidR="00171241" w:rsidRPr="00535AEF" w:rsidRDefault="00280A8E" w:rsidP="00F16A53">
            <w:pPr>
              <w:spacing w:after="0" w:line="228" w:lineRule="auto"/>
              <w:jc w:val="center"/>
              <w:rPr>
                <w:sz w:val="15"/>
                <w:szCs w:val="15"/>
              </w:rPr>
            </w:pPr>
            <w:r w:rsidRPr="00280A8E">
              <w:rPr>
                <w:b/>
                <w:sz w:val="15"/>
                <w:szCs w:val="15"/>
              </w:rPr>
              <w:t>Fecha límite o programada de atención</w:t>
            </w:r>
          </w:p>
        </w:tc>
        <w:tc>
          <w:tcPr>
            <w:tcW w:w="1415" w:type="dxa"/>
            <w:shd w:val="clear" w:color="auto" w:fill="BFBFBF" w:themeFill="background1" w:themeFillShade="BF"/>
            <w:tcMar>
              <w:top w:w="80" w:type="dxa"/>
              <w:left w:w="100" w:type="dxa"/>
              <w:bottom w:w="80" w:type="dxa"/>
              <w:right w:w="100" w:type="dxa"/>
            </w:tcMar>
            <w:vAlign w:val="center"/>
          </w:tcPr>
          <w:p w14:paraId="3DF62039" w14:textId="77777777" w:rsidR="00171241" w:rsidRPr="00535AEF" w:rsidRDefault="00171241" w:rsidP="00F16A53">
            <w:pPr>
              <w:spacing w:after="0" w:line="228" w:lineRule="auto"/>
              <w:jc w:val="center"/>
              <w:rPr>
                <w:sz w:val="15"/>
                <w:szCs w:val="15"/>
              </w:rPr>
            </w:pPr>
            <w:r w:rsidRPr="00535AEF">
              <w:rPr>
                <w:b/>
                <w:sz w:val="15"/>
                <w:szCs w:val="15"/>
              </w:rPr>
              <w:t>Área o persona responsable</w:t>
            </w:r>
          </w:p>
        </w:tc>
        <w:tc>
          <w:tcPr>
            <w:tcW w:w="1556" w:type="dxa"/>
            <w:shd w:val="clear" w:color="auto" w:fill="BFBFBF" w:themeFill="background1" w:themeFillShade="BF"/>
            <w:tcMar>
              <w:top w:w="80" w:type="dxa"/>
              <w:left w:w="100" w:type="dxa"/>
              <w:bottom w:w="80" w:type="dxa"/>
              <w:right w:w="100" w:type="dxa"/>
            </w:tcMar>
            <w:vAlign w:val="center"/>
          </w:tcPr>
          <w:p w14:paraId="263F04B3" w14:textId="77777777" w:rsidR="00171241" w:rsidRPr="00535AEF" w:rsidRDefault="00171241" w:rsidP="00F16A53">
            <w:pPr>
              <w:spacing w:after="0" w:line="228" w:lineRule="auto"/>
              <w:jc w:val="center"/>
              <w:rPr>
                <w:sz w:val="15"/>
                <w:szCs w:val="15"/>
              </w:rPr>
            </w:pPr>
            <w:r w:rsidRPr="00535AEF">
              <w:rPr>
                <w:b/>
                <w:sz w:val="15"/>
                <w:szCs w:val="15"/>
              </w:rPr>
              <w:t>Ubicación del soporte</w:t>
            </w:r>
          </w:p>
        </w:tc>
      </w:tr>
      <w:tr w:rsidR="00BF7675" w:rsidRPr="00535AEF" w14:paraId="545805BA" w14:textId="77777777" w:rsidTr="00C66044">
        <w:trPr>
          <w:cantSplit/>
          <w:trHeight w:val="360"/>
        </w:trPr>
        <w:tc>
          <w:tcPr>
            <w:tcW w:w="536" w:type="dxa"/>
            <w:tcMar>
              <w:top w:w="80" w:type="dxa"/>
              <w:left w:w="100" w:type="dxa"/>
              <w:bottom w:w="80" w:type="dxa"/>
              <w:right w:w="100" w:type="dxa"/>
            </w:tcMar>
            <w:vAlign w:val="center"/>
          </w:tcPr>
          <w:p w14:paraId="60AB4E93" w14:textId="77777777" w:rsidR="00BF7675" w:rsidRPr="00535AEF" w:rsidRDefault="00BF7675" w:rsidP="00BF7675">
            <w:pPr>
              <w:spacing w:after="0" w:line="228" w:lineRule="auto"/>
              <w:jc w:val="center"/>
              <w:rPr>
                <w:sz w:val="15"/>
                <w:szCs w:val="15"/>
              </w:rPr>
            </w:pPr>
            <w:r w:rsidRPr="00535AEF">
              <w:rPr>
                <w:sz w:val="15"/>
                <w:szCs w:val="15"/>
              </w:rPr>
              <w:t>1</w:t>
            </w:r>
          </w:p>
        </w:tc>
        <w:tc>
          <w:tcPr>
            <w:tcW w:w="1327" w:type="dxa"/>
            <w:tcMar>
              <w:top w:w="80" w:type="dxa"/>
              <w:left w:w="100" w:type="dxa"/>
              <w:bottom w:w="80" w:type="dxa"/>
              <w:right w:w="100" w:type="dxa"/>
            </w:tcMar>
            <w:vAlign w:val="center"/>
          </w:tcPr>
          <w:p w14:paraId="26F252BE" w14:textId="6B91FCD0" w:rsidR="00BF7675" w:rsidRPr="00535AEF" w:rsidRDefault="00BF7675" w:rsidP="00BF7675">
            <w:pPr>
              <w:spacing w:after="0" w:line="228" w:lineRule="auto"/>
              <w:jc w:val="both"/>
              <w:rPr>
                <w:sz w:val="15"/>
                <w:szCs w:val="15"/>
              </w:rPr>
            </w:pPr>
            <w:r w:rsidRPr="00535AEF">
              <w:rPr>
                <w:sz w:val="15"/>
                <w:szCs w:val="15"/>
                <w:highlight w:val="yellow"/>
              </w:rPr>
              <w:t>(32.1</w:t>
            </w:r>
            <w:r w:rsidR="00A233BD" w:rsidRPr="00535AEF">
              <w:rPr>
                <w:sz w:val="15"/>
                <w:szCs w:val="15"/>
                <w:highlight w:val="yellow"/>
              </w:rPr>
              <w:t>2</w:t>
            </w:r>
            <w:r w:rsidRPr="00535AEF">
              <w:rPr>
                <w:sz w:val="15"/>
                <w:szCs w:val="15"/>
                <w:highlight w:val="yellow"/>
              </w:rPr>
              <w:t>)</w:t>
            </w:r>
          </w:p>
        </w:tc>
        <w:tc>
          <w:tcPr>
            <w:tcW w:w="1350" w:type="dxa"/>
            <w:tcMar>
              <w:top w:w="80" w:type="dxa"/>
              <w:left w:w="100" w:type="dxa"/>
              <w:bottom w:w="80" w:type="dxa"/>
              <w:right w:w="100" w:type="dxa"/>
            </w:tcMar>
            <w:vAlign w:val="center"/>
          </w:tcPr>
          <w:p w14:paraId="395D07BC" w14:textId="45CD53C8" w:rsidR="00BF7675" w:rsidRPr="00535AEF" w:rsidRDefault="00BF7675" w:rsidP="00BF7675">
            <w:pPr>
              <w:spacing w:after="0" w:line="228" w:lineRule="auto"/>
              <w:jc w:val="both"/>
              <w:rPr>
                <w:sz w:val="15"/>
                <w:szCs w:val="15"/>
              </w:rPr>
            </w:pPr>
            <w:r w:rsidRPr="00535AEF">
              <w:rPr>
                <w:sz w:val="15"/>
                <w:szCs w:val="15"/>
                <w:highlight w:val="yellow"/>
              </w:rPr>
              <w:t>(32.1</w:t>
            </w:r>
            <w:r w:rsidR="00A233BD" w:rsidRPr="00535AEF">
              <w:rPr>
                <w:sz w:val="15"/>
                <w:szCs w:val="15"/>
                <w:highlight w:val="yellow"/>
              </w:rPr>
              <w:t>3</w:t>
            </w:r>
            <w:r w:rsidRPr="00535AEF">
              <w:rPr>
                <w:sz w:val="15"/>
                <w:szCs w:val="15"/>
                <w:highlight w:val="yellow"/>
              </w:rPr>
              <w:t>)</w:t>
            </w:r>
          </w:p>
        </w:tc>
        <w:tc>
          <w:tcPr>
            <w:tcW w:w="1274" w:type="dxa"/>
            <w:tcMar>
              <w:top w:w="80" w:type="dxa"/>
              <w:left w:w="100" w:type="dxa"/>
              <w:bottom w:w="80" w:type="dxa"/>
              <w:right w:w="100" w:type="dxa"/>
            </w:tcMar>
            <w:vAlign w:val="center"/>
          </w:tcPr>
          <w:p w14:paraId="40FE806D" w14:textId="27CFDDDE" w:rsidR="00BF7675" w:rsidRPr="00535AEF" w:rsidRDefault="00BF7675" w:rsidP="00BF7675">
            <w:pPr>
              <w:spacing w:after="0" w:line="228" w:lineRule="auto"/>
              <w:jc w:val="both"/>
              <w:rPr>
                <w:sz w:val="15"/>
                <w:szCs w:val="15"/>
              </w:rPr>
            </w:pPr>
            <w:r w:rsidRPr="00535AEF">
              <w:rPr>
                <w:sz w:val="15"/>
                <w:szCs w:val="15"/>
                <w:highlight w:val="yellow"/>
              </w:rPr>
              <w:t>(32.1</w:t>
            </w:r>
            <w:r w:rsidR="00A233BD" w:rsidRPr="00535AEF">
              <w:rPr>
                <w:sz w:val="15"/>
                <w:szCs w:val="15"/>
                <w:highlight w:val="yellow"/>
              </w:rPr>
              <w:t>4</w:t>
            </w:r>
            <w:r w:rsidRPr="00535AEF">
              <w:rPr>
                <w:sz w:val="15"/>
                <w:szCs w:val="15"/>
                <w:highlight w:val="yellow"/>
              </w:rPr>
              <w:t>)</w:t>
            </w:r>
          </w:p>
        </w:tc>
        <w:sdt>
          <w:sdtPr>
            <w:rPr>
              <w:sz w:val="15"/>
              <w:szCs w:val="15"/>
              <w:highlight w:val="yellow"/>
            </w:rPr>
            <w:alias w:val="&lt;&lt;Seleccione (32.15)&gt;&gt;"/>
            <w:tag w:val="&lt;&lt;Seleccione (32.15)&gt;&gt;"/>
            <w:id w:val="1941405632"/>
            <w:placeholder>
              <w:docPart w:val="482BD45E0CBA41D4B0871FD63A0A6E04"/>
            </w:placeholder>
            <w15:color w:val="FF0000"/>
            <w:dropDownList>
              <w:listItem w:displayText="&lt;&lt;Seleccione (32.15)&gt;&gt;" w:value="&lt;&lt;Seleccione (32.15)&gt;&gt;"/>
              <w:listItem w:displayText="Inminente" w:value="Inminente"/>
              <w:listItem w:displayText="Mediano plazo" w:value="Mediano plazo"/>
              <w:listItem w:displayText="Largo plazo" w:value="Largo plazo"/>
              <w:listItem w:displayText="Otro, especificar" w:value="Otro, especificar"/>
              <w:listItem w:displayText="No aplica, porque no existen asuntos pendientes" w:value="No aplica, porque no existen asuntos pendientes"/>
            </w:dropDownList>
          </w:sdtPr>
          <w:sdtContent>
            <w:tc>
              <w:tcPr>
                <w:tcW w:w="1320" w:type="dxa"/>
                <w:vAlign w:val="center"/>
              </w:tcPr>
              <w:p w14:paraId="1A22021D" w14:textId="78519DA8" w:rsidR="00A90931" w:rsidRPr="00A90931" w:rsidRDefault="008D2077" w:rsidP="00E139E8">
                <w:pPr>
                  <w:spacing w:after="0" w:line="228" w:lineRule="auto"/>
                  <w:jc w:val="center"/>
                  <w:rPr>
                    <w:sz w:val="15"/>
                    <w:szCs w:val="15"/>
                    <w:highlight w:val="yellow"/>
                  </w:rPr>
                </w:pPr>
                <w:r w:rsidRPr="00535AEF">
                  <w:rPr>
                    <w:sz w:val="15"/>
                    <w:szCs w:val="15"/>
                    <w:highlight w:val="yellow"/>
                  </w:rPr>
                  <w:t>&lt;&lt;Seleccione (32.15)&gt;&gt;</w:t>
                </w:r>
              </w:p>
            </w:tc>
          </w:sdtContent>
        </w:sdt>
        <w:tc>
          <w:tcPr>
            <w:tcW w:w="1226" w:type="dxa"/>
            <w:tcMar>
              <w:top w:w="80" w:type="dxa"/>
              <w:left w:w="100" w:type="dxa"/>
              <w:bottom w:w="80" w:type="dxa"/>
              <w:right w:w="100" w:type="dxa"/>
            </w:tcMar>
            <w:vAlign w:val="center"/>
          </w:tcPr>
          <w:p w14:paraId="7E91BA39" w14:textId="00C3FF8D" w:rsidR="00BF7675" w:rsidRPr="00535AEF" w:rsidRDefault="00BF7675" w:rsidP="00BF7675">
            <w:pPr>
              <w:spacing w:after="0" w:line="228" w:lineRule="auto"/>
              <w:jc w:val="both"/>
              <w:rPr>
                <w:sz w:val="15"/>
                <w:szCs w:val="15"/>
              </w:rPr>
            </w:pPr>
            <w:r w:rsidRPr="00535AEF">
              <w:rPr>
                <w:sz w:val="15"/>
                <w:szCs w:val="15"/>
                <w:highlight w:val="yellow"/>
              </w:rPr>
              <w:t>(32.1</w:t>
            </w:r>
            <w:r w:rsidR="00A233BD" w:rsidRPr="00535AEF">
              <w:rPr>
                <w:sz w:val="15"/>
                <w:szCs w:val="15"/>
                <w:highlight w:val="yellow"/>
              </w:rPr>
              <w:t>6</w:t>
            </w:r>
            <w:r w:rsidRPr="00535AEF">
              <w:rPr>
                <w:sz w:val="15"/>
                <w:szCs w:val="15"/>
                <w:highlight w:val="yellow"/>
              </w:rPr>
              <w:t>)</w:t>
            </w:r>
          </w:p>
        </w:tc>
        <w:tc>
          <w:tcPr>
            <w:tcW w:w="1415" w:type="dxa"/>
            <w:tcMar>
              <w:top w:w="80" w:type="dxa"/>
              <w:left w:w="100" w:type="dxa"/>
              <w:bottom w:w="80" w:type="dxa"/>
              <w:right w:w="100" w:type="dxa"/>
            </w:tcMar>
            <w:vAlign w:val="center"/>
          </w:tcPr>
          <w:p w14:paraId="37A21ABD" w14:textId="0AE1B643" w:rsidR="00BF7675" w:rsidRPr="00535AEF" w:rsidRDefault="00BF7675" w:rsidP="00BF7675">
            <w:pPr>
              <w:spacing w:after="0" w:line="228" w:lineRule="auto"/>
              <w:jc w:val="both"/>
              <w:rPr>
                <w:sz w:val="15"/>
                <w:szCs w:val="15"/>
              </w:rPr>
            </w:pPr>
            <w:r w:rsidRPr="00535AEF">
              <w:rPr>
                <w:sz w:val="15"/>
                <w:szCs w:val="15"/>
                <w:highlight w:val="yellow"/>
              </w:rPr>
              <w:t>(32.1</w:t>
            </w:r>
            <w:r w:rsidR="00A233BD" w:rsidRPr="00535AEF">
              <w:rPr>
                <w:sz w:val="15"/>
                <w:szCs w:val="15"/>
                <w:highlight w:val="yellow"/>
              </w:rPr>
              <w:t>7</w:t>
            </w:r>
            <w:r w:rsidRPr="00535AEF">
              <w:rPr>
                <w:sz w:val="15"/>
                <w:szCs w:val="15"/>
                <w:highlight w:val="yellow"/>
              </w:rPr>
              <w:t>)</w:t>
            </w:r>
          </w:p>
        </w:tc>
        <w:tc>
          <w:tcPr>
            <w:tcW w:w="1556" w:type="dxa"/>
            <w:tcMar>
              <w:top w:w="80" w:type="dxa"/>
              <w:left w:w="100" w:type="dxa"/>
              <w:bottom w:w="80" w:type="dxa"/>
              <w:right w:w="100" w:type="dxa"/>
            </w:tcMar>
            <w:vAlign w:val="center"/>
          </w:tcPr>
          <w:p w14:paraId="60E88C37" w14:textId="4DA7D4DA" w:rsidR="00BF7675" w:rsidRPr="00535AEF" w:rsidRDefault="00BF7675" w:rsidP="00BF7675">
            <w:pPr>
              <w:spacing w:after="0" w:line="228" w:lineRule="auto"/>
              <w:jc w:val="both"/>
              <w:rPr>
                <w:sz w:val="15"/>
                <w:szCs w:val="15"/>
              </w:rPr>
            </w:pPr>
            <w:r w:rsidRPr="00535AEF">
              <w:rPr>
                <w:sz w:val="15"/>
                <w:szCs w:val="15"/>
                <w:highlight w:val="yellow"/>
              </w:rPr>
              <w:t>(32.1</w:t>
            </w:r>
            <w:r w:rsidR="00A233BD" w:rsidRPr="00535AEF">
              <w:rPr>
                <w:sz w:val="15"/>
                <w:szCs w:val="15"/>
                <w:highlight w:val="yellow"/>
              </w:rPr>
              <w:t>8</w:t>
            </w:r>
            <w:r w:rsidRPr="00535AEF">
              <w:rPr>
                <w:sz w:val="15"/>
                <w:szCs w:val="15"/>
                <w:highlight w:val="yellow"/>
              </w:rPr>
              <w:t>)</w:t>
            </w:r>
          </w:p>
        </w:tc>
      </w:tr>
      <w:tr w:rsidR="003E6006" w:rsidRPr="00535AEF" w14:paraId="7856F519" w14:textId="77777777" w:rsidTr="00C66044">
        <w:trPr>
          <w:cantSplit/>
          <w:trHeight w:val="360"/>
        </w:trPr>
        <w:tc>
          <w:tcPr>
            <w:tcW w:w="536" w:type="dxa"/>
            <w:tcMar>
              <w:top w:w="80" w:type="dxa"/>
              <w:left w:w="100" w:type="dxa"/>
              <w:bottom w:w="80" w:type="dxa"/>
              <w:right w:w="100" w:type="dxa"/>
            </w:tcMar>
            <w:vAlign w:val="center"/>
          </w:tcPr>
          <w:p w14:paraId="7918A0E7" w14:textId="709DFF37" w:rsidR="003E6006" w:rsidRPr="00535AEF" w:rsidRDefault="00BF7675" w:rsidP="00F16A53">
            <w:pPr>
              <w:spacing w:after="0" w:line="228" w:lineRule="auto"/>
              <w:jc w:val="center"/>
              <w:rPr>
                <w:sz w:val="15"/>
                <w:szCs w:val="15"/>
              </w:rPr>
            </w:pPr>
            <w:r w:rsidRPr="00535AEF">
              <w:rPr>
                <w:sz w:val="15"/>
                <w:szCs w:val="15"/>
              </w:rPr>
              <w:t>2</w:t>
            </w:r>
          </w:p>
        </w:tc>
        <w:tc>
          <w:tcPr>
            <w:tcW w:w="1327" w:type="dxa"/>
            <w:shd w:val="clear" w:color="auto" w:fill="FFFF00"/>
            <w:tcMar>
              <w:top w:w="80" w:type="dxa"/>
              <w:left w:w="100" w:type="dxa"/>
              <w:bottom w:w="80" w:type="dxa"/>
              <w:right w:w="100" w:type="dxa"/>
            </w:tcMar>
            <w:vAlign w:val="center"/>
          </w:tcPr>
          <w:p w14:paraId="40E1B534" w14:textId="77777777" w:rsidR="003E6006" w:rsidRPr="00535AEF" w:rsidRDefault="003E6006" w:rsidP="00F16A53">
            <w:pPr>
              <w:spacing w:after="0" w:line="228" w:lineRule="auto"/>
              <w:jc w:val="both"/>
              <w:rPr>
                <w:sz w:val="15"/>
                <w:szCs w:val="15"/>
                <w:highlight w:val="yellow"/>
              </w:rPr>
            </w:pPr>
          </w:p>
        </w:tc>
        <w:tc>
          <w:tcPr>
            <w:tcW w:w="1350" w:type="dxa"/>
            <w:shd w:val="clear" w:color="auto" w:fill="FFFF00"/>
            <w:tcMar>
              <w:top w:w="80" w:type="dxa"/>
              <w:left w:w="100" w:type="dxa"/>
              <w:bottom w:w="80" w:type="dxa"/>
              <w:right w:w="100" w:type="dxa"/>
            </w:tcMar>
            <w:vAlign w:val="center"/>
          </w:tcPr>
          <w:p w14:paraId="2DF16C53" w14:textId="77777777" w:rsidR="003E6006" w:rsidRPr="00535AEF" w:rsidRDefault="003E6006" w:rsidP="00F16A53">
            <w:pPr>
              <w:spacing w:after="0" w:line="228" w:lineRule="auto"/>
              <w:jc w:val="both"/>
              <w:rPr>
                <w:sz w:val="15"/>
                <w:szCs w:val="15"/>
                <w:highlight w:val="yellow"/>
              </w:rPr>
            </w:pPr>
          </w:p>
        </w:tc>
        <w:tc>
          <w:tcPr>
            <w:tcW w:w="1274" w:type="dxa"/>
            <w:shd w:val="clear" w:color="auto" w:fill="FFFF00"/>
            <w:tcMar>
              <w:top w:w="80" w:type="dxa"/>
              <w:left w:w="100" w:type="dxa"/>
              <w:bottom w:w="80" w:type="dxa"/>
              <w:right w:w="100" w:type="dxa"/>
            </w:tcMar>
            <w:vAlign w:val="center"/>
          </w:tcPr>
          <w:p w14:paraId="21D57D3A" w14:textId="77777777" w:rsidR="003E6006" w:rsidRPr="00535AEF" w:rsidRDefault="003E6006" w:rsidP="00F16A53">
            <w:pPr>
              <w:spacing w:after="0" w:line="228" w:lineRule="auto"/>
              <w:jc w:val="both"/>
              <w:rPr>
                <w:sz w:val="15"/>
                <w:szCs w:val="15"/>
                <w:highlight w:val="yellow"/>
              </w:rPr>
            </w:pPr>
          </w:p>
        </w:tc>
        <w:tc>
          <w:tcPr>
            <w:tcW w:w="1320" w:type="dxa"/>
            <w:shd w:val="clear" w:color="auto" w:fill="FFFF00"/>
            <w:vAlign w:val="center"/>
          </w:tcPr>
          <w:p w14:paraId="1631E214" w14:textId="77777777" w:rsidR="00A90931" w:rsidRPr="00A90931" w:rsidRDefault="00A90931" w:rsidP="00A90931">
            <w:pPr>
              <w:rPr>
                <w:sz w:val="15"/>
                <w:szCs w:val="15"/>
                <w:highlight w:val="yellow"/>
              </w:rPr>
            </w:pPr>
          </w:p>
        </w:tc>
        <w:tc>
          <w:tcPr>
            <w:tcW w:w="1226" w:type="dxa"/>
            <w:shd w:val="clear" w:color="auto" w:fill="FFFF00"/>
            <w:tcMar>
              <w:top w:w="80" w:type="dxa"/>
              <w:left w:w="100" w:type="dxa"/>
              <w:bottom w:w="80" w:type="dxa"/>
              <w:right w:w="100" w:type="dxa"/>
            </w:tcMar>
            <w:vAlign w:val="center"/>
          </w:tcPr>
          <w:p w14:paraId="12BAE219" w14:textId="77777777" w:rsidR="003E6006" w:rsidRPr="00535AEF" w:rsidRDefault="003E6006" w:rsidP="00F16A53">
            <w:pPr>
              <w:spacing w:after="0" w:line="228" w:lineRule="auto"/>
              <w:jc w:val="both"/>
              <w:rPr>
                <w:sz w:val="15"/>
                <w:szCs w:val="15"/>
                <w:highlight w:val="yellow"/>
              </w:rPr>
            </w:pPr>
          </w:p>
        </w:tc>
        <w:tc>
          <w:tcPr>
            <w:tcW w:w="1415" w:type="dxa"/>
            <w:shd w:val="clear" w:color="auto" w:fill="FFFF00"/>
            <w:tcMar>
              <w:top w:w="80" w:type="dxa"/>
              <w:left w:w="100" w:type="dxa"/>
              <w:bottom w:w="80" w:type="dxa"/>
              <w:right w:w="100" w:type="dxa"/>
            </w:tcMar>
            <w:vAlign w:val="center"/>
          </w:tcPr>
          <w:p w14:paraId="2680A1D7" w14:textId="77777777" w:rsidR="003E6006" w:rsidRPr="00535AEF" w:rsidRDefault="003E6006" w:rsidP="00F16A53">
            <w:pPr>
              <w:spacing w:after="0" w:line="228" w:lineRule="auto"/>
              <w:jc w:val="both"/>
              <w:rPr>
                <w:sz w:val="15"/>
                <w:szCs w:val="15"/>
                <w:highlight w:val="yellow"/>
              </w:rPr>
            </w:pPr>
          </w:p>
        </w:tc>
        <w:tc>
          <w:tcPr>
            <w:tcW w:w="1556" w:type="dxa"/>
            <w:shd w:val="clear" w:color="auto" w:fill="FFFF00"/>
            <w:tcMar>
              <w:top w:w="80" w:type="dxa"/>
              <w:left w:w="100" w:type="dxa"/>
              <w:bottom w:w="80" w:type="dxa"/>
              <w:right w:w="100" w:type="dxa"/>
            </w:tcMar>
            <w:vAlign w:val="center"/>
          </w:tcPr>
          <w:p w14:paraId="2FCD76E5" w14:textId="77777777" w:rsidR="003E6006" w:rsidRPr="00535AEF" w:rsidRDefault="003E6006" w:rsidP="00F16A53">
            <w:pPr>
              <w:spacing w:after="0" w:line="228" w:lineRule="auto"/>
              <w:jc w:val="both"/>
              <w:rPr>
                <w:sz w:val="15"/>
                <w:szCs w:val="15"/>
                <w:highlight w:val="yellow"/>
              </w:rPr>
            </w:pPr>
          </w:p>
        </w:tc>
      </w:tr>
      <w:tr w:rsidR="00171241" w:rsidRPr="00535AEF" w14:paraId="2671AC8C" w14:textId="77777777" w:rsidTr="00C66044">
        <w:trPr>
          <w:cantSplit/>
          <w:trHeight w:val="360"/>
        </w:trPr>
        <w:tc>
          <w:tcPr>
            <w:tcW w:w="536" w:type="dxa"/>
            <w:tcMar>
              <w:top w:w="80" w:type="dxa"/>
              <w:left w:w="100" w:type="dxa"/>
              <w:bottom w:w="80" w:type="dxa"/>
              <w:right w:w="100" w:type="dxa"/>
            </w:tcMar>
            <w:vAlign w:val="center"/>
          </w:tcPr>
          <w:p w14:paraId="4FE0920D" w14:textId="0312AD35" w:rsidR="00171241" w:rsidRPr="00535AEF" w:rsidRDefault="00BF7675" w:rsidP="00F16A53">
            <w:pPr>
              <w:spacing w:after="0" w:line="228" w:lineRule="auto"/>
              <w:jc w:val="center"/>
              <w:rPr>
                <w:sz w:val="15"/>
                <w:szCs w:val="15"/>
              </w:rPr>
            </w:pPr>
            <w:r w:rsidRPr="00535AEF">
              <w:rPr>
                <w:sz w:val="15"/>
                <w:szCs w:val="15"/>
              </w:rPr>
              <w:t>3</w:t>
            </w:r>
          </w:p>
        </w:tc>
        <w:tc>
          <w:tcPr>
            <w:tcW w:w="1327" w:type="dxa"/>
            <w:shd w:val="clear" w:color="auto" w:fill="FFFF00"/>
            <w:tcMar>
              <w:top w:w="80" w:type="dxa"/>
              <w:left w:w="100" w:type="dxa"/>
              <w:bottom w:w="80" w:type="dxa"/>
              <w:right w:w="100" w:type="dxa"/>
            </w:tcMar>
            <w:vAlign w:val="center"/>
          </w:tcPr>
          <w:p w14:paraId="754FE29F" w14:textId="4C1C6633" w:rsidR="00171241" w:rsidRPr="00535AEF" w:rsidRDefault="00171241" w:rsidP="00F16A53">
            <w:pPr>
              <w:spacing w:after="0" w:line="228" w:lineRule="auto"/>
              <w:jc w:val="both"/>
              <w:rPr>
                <w:sz w:val="15"/>
                <w:szCs w:val="15"/>
              </w:rPr>
            </w:pPr>
          </w:p>
        </w:tc>
        <w:tc>
          <w:tcPr>
            <w:tcW w:w="1350" w:type="dxa"/>
            <w:shd w:val="clear" w:color="auto" w:fill="FFFF00"/>
            <w:tcMar>
              <w:top w:w="80" w:type="dxa"/>
              <w:left w:w="100" w:type="dxa"/>
              <w:bottom w:w="80" w:type="dxa"/>
              <w:right w:w="100" w:type="dxa"/>
            </w:tcMar>
            <w:vAlign w:val="center"/>
          </w:tcPr>
          <w:p w14:paraId="14B5EF2A" w14:textId="7D1C9210" w:rsidR="00171241" w:rsidRPr="00535AEF" w:rsidRDefault="00171241" w:rsidP="00F16A53">
            <w:pPr>
              <w:spacing w:after="0" w:line="228" w:lineRule="auto"/>
              <w:jc w:val="both"/>
              <w:rPr>
                <w:sz w:val="15"/>
                <w:szCs w:val="15"/>
              </w:rPr>
            </w:pPr>
          </w:p>
        </w:tc>
        <w:tc>
          <w:tcPr>
            <w:tcW w:w="1274" w:type="dxa"/>
            <w:shd w:val="clear" w:color="auto" w:fill="FFFF00"/>
            <w:tcMar>
              <w:top w:w="80" w:type="dxa"/>
              <w:left w:w="100" w:type="dxa"/>
              <w:bottom w:w="80" w:type="dxa"/>
              <w:right w:w="100" w:type="dxa"/>
            </w:tcMar>
            <w:vAlign w:val="center"/>
          </w:tcPr>
          <w:p w14:paraId="22A4EC69" w14:textId="1E74ACF9" w:rsidR="00171241" w:rsidRPr="00535AEF" w:rsidRDefault="00171241" w:rsidP="00F16A53">
            <w:pPr>
              <w:spacing w:after="0" w:line="228" w:lineRule="auto"/>
              <w:jc w:val="both"/>
              <w:rPr>
                <w:sz w:val="15"/>
                <w:szCs w:val="15"/>
              </w:rPr>
            </w:pPr>
          </w:p>
        </w:tc>
        <w:tc>
          <w:tcPr>
            <w:tcW w:w="1320" w:type="dxa"/>
            <w:shd w:val="clear" w:color="auto" w:fill="FFFF00"/>
            <w:vAlign w:val="center"/>
          </w:tcPr>
          <w:p w14:paraId="1769ECD4" w14:textId="7466EC6F" w:rsidR="00A90931" w:rsidRPr="00A90931" w:rsidRDefault="00A90931" w:rsidP="00A90931">
            <w:pPr>
              <w:rPr>
                <w:sz w:val="15"/>
                <w:szCs w:val="15"/>
                <w:highlight w:val="yellow"/>
              </w:rPr>
            </w:pPr>
          </w:p>
        </w:tc>
        <w:tc>
          <w:tcPr>
            <w:tcW w:w="1226" w:type="dxa"/>
            <w:shd w:val="clear" w:color="auto" w:fill="FFFF00"/>
            <w:tcMar>
              <w:top w:w="80" w:type="dxa"/>
              <w:left w:w="100" w:type="dxa"/>
              <w:bottom w:w="80" w:type="dxa"/>
              <w:right w:w="100" w:type="dxa"/>
            </w:tcMar>
            <w:vAlign w:val="center"/>
          </w:tcPr>
          <w:p w14:paraId="2C0E3CEE" w14:textId="79DF8056" w:rsidR="00171241" w:rsidRPr="00535AEF" w:rsidRDefault="00171241" w:rsidP="00F16A53">
            <w:pPr>
              <w:spacing w:after="0" w:line="228" w:lineRule="auto"/>
              <w:jc w:val="both"/>
              <w:rPr>
                <w:sz w:val="15"/>
                <w:szCs w:val="15"/>
              </w:rPr>
            </w:pPr>
          </w:p>
        </w:tc>
        <w:tc>
          <w:tcPr>
            <w:tcW w:w="1415" w:type="dxa"/>
            <w:shd w:val="clear" w:color="auto" w:fill="FFFF00"/>
            <w:tcMar>
              <w:top w:w="80" w:type="dxa"/>
              <w:left w:w="100" w:type="dxa"/>
              <w:bottom w:w="80" w:type="dxa"/>
              <w:right w:w="100" w:type="dxa"/>
            </w:tcMar>
            <w:vAlign w:val="center"/>
          </w:tcPr>
          <w:p w14:paraId="3944468F" w14:textId="5EEE5FD6" w:rsidR="00171241" w:rsidRPr="00535AEF" w:rsidRDefault="00171241" w:rsidP="00F16A53">
            <w:pPr>
              <w:spacing w:after="0" w:line="228" w:lineRule="auto"/>
              <w:jc w:val="both"/>
              <w:rPr>
                <w:sz w:val="15"/>
                <w:szCs w:val="15"/>
              </w:rPr>
            </w:pPr>
          </w:p>
        </w:tc>
        <w:tc>
          <w:tcPr>
            <w:tcW w:w="1556" w:type="dxa"/>
            <w:shd w:val="clear" w:color="auto" w:fill="FFFF00"/>
            <w:tcMar>
              <w:top w:w="80" w:type="dxa"/>
              <w:left w:w="100" w:type="dxa"/>
              <w:bottom w:w="80" w:type="dxa"/>
              <w:right w:w="100" w:type="dxa"/>
            </w:tcMar>
            <w:vAlign w:val="center"/>
          </w:tcPr>
          <w:p w14:paraId="0B53BC76" w14:textId="2051030A" w:rsidR="00171241" w:rsidRPr="00535AEF" w:rsidRDefault="00171241" w:rsidP="00F16A53">
            <w:pPr>
              <w:spacing w:after="0" w:line="228" w:lineRule="auto"/>
              <w:jc w:val="both"/>
              <w:rPr>
                <w:sz w:val="15"/>
                <w:szCs w:val="15"/>
              </w:rPr>
            </w:pPr>
          </w:p>
        </w:tc>
      </w:tr>
      <w:tr w:rsidR="003E6006" w:rsidRPr="00535AEF" w14:paraId="044C999E" w14:textId="77777777" w:rsidTr="00C66044">
        <w:trPr>
          <w:cantSplit/>
          <w:trHeight w:val="360"/>
        </w:trPr>
        <w:tc>
          <w:tcPr>
            <w:tcW w:w="536" w:type="dxa"/>
            <w:tcMar>
              <w:top w:w="80" w:type="dxa"/>
              <w:left w:w="100" w:type="dxa"/>
              <w:bottom w:w="80" w:type="dxa"/>
              <w:right w:w="100" w:type="dxa"/>
            </w:tcMar>
            <w:vAlign w:val="center"/>
          </w:tcPr>
          <w:p w14:paraId="03552017" w14:textId="7E8B88AA" w:rsidR="003E6006" w:rsidRPr="00535AEF" w:rsidRDefault="00BF7675" w:rsidP="00F16A53">
            <w:pPr>
              <w:spacing w:after="0" w:line="228" w:lineRule="auto"/>
              <w:jc w:val="center"/>
              <w:rPr>
                <w:sz w:val="15"/>
                <w:szCs w:val="15"/>
              </w:rPr>
            </w:pPr>
            <w:r w:rsidRPr="00535AEF">
              <w:rPr>
                <w:sz w:val="15"/>
                <w:szCs w:val="15"/>
              </w:rPr>
              <w:t>4</w:t>
            </w:r>
          </w:p>
        </w:tc>
        <w:tc>
          <w:tcPr>
            <w:tcW w:w="1327" w:type="dxa"/>
            <w:shd w:val="clear" w:color="auto" w:fill="FFFF00"/>
            <w:tcMar>
              <w:top w:w="80" w:type="dxa"/>
              <w:left w:w="100" w:type="dxa"/>
              <w:bottom w:w="80" w:type="dxa"/>
              <w:right w:w="100" w:type="dxa"/>
            </w:tcMar>
            <w:vAlign w:val="center"/>
          </w:tcPr>
          <w:p w14:paraId="73BCB6C5" w14:textId="77777777" w:rsidR="003E6006" w:rsidRPr="00535AEF" w:rsidRDefault="003E6006" w:rsidP="00F16A53">
            <w:pPr>
              <w:spacing w:after="0" w:line="228" w:lineRule="auto"/>
              <w:jc w:val="both"/>
              <w:rPr>
                <w:sz w:val="15"/>
                <w:szCs w:val="15"/>
                <w:highlight w:val="yellow"/>
              </w:rPr>
            </w:pPr>
          </w:p>
        </w:tc>
        <w:tc>
          <w:tcPr>
            <w:tcW w:w="1350" w:type="dxa"/>
            <w:shd w:val="clear" w:color="auto" w:fill="FFFF00"/>
            <w:tcMar>
              <w:top w:w="80" w:type="dxa"/>
              <w:left w:w="100" w:type="dxa"/>
              <w:bottom w:w="80" w:type="dxa"/>
              <w:right w:w="100" w:type="dxa"/>
            </w:tcMar>
            <w:vAlign w:val="center"/>
          </w:tcPr>
          <w:p w14:paraId="29BC880D" w14:textId="77777777" w:rsidR="003E6006" w:rsidRPr="00535AEF" w:rsidRDefault="003E6006" w:rsidP="00F16A53">
            <w:pPr>
              <w:spacing w:after="0" w:line="228" w:lineRule="auto"/>
              <w:jc w:val="both"/>
              <w:rPr>
                <w:sz w:val="15"/>
                <w:szCs w:val="15"/>
                <w:highlight w:val="yellow"/>
              </w:rPr>
            </w:pPr>
          </w:p>
        </w:tc>
        <w:tc>
          <w:tcPr>
            <w:tcW w:w="1274" w:type="dxa"/>
            <w:shd w:val="clear" w:color="auto" w:fill="FFFF00"/>
            <w:tcMar>
              <w:top w:w="80" w:type="dxa"/>
              <w:left w:w="100" w:type="dxa"/>
              <w:bottom w:w="80" w:type="dxa"/>
              <w:right w:w="100" w:type="dxa"/>
            </w:tcMar>
            <w:vAlign w:val="center"/>
          </w:tcPr>
          <w:p w14:paraId="40BC1518" w14:textId="77777777" w:rsidR="003E6006" w:rsidRPr="00535AEF" w:rsidRDefault="003E6006" w:rsidP="00F16A53">
            <w:pPr>
              <w:spacing w:after="0" w:line="228" w:lineRule="auto"/>
              <w:jc w:val="both"/>
              <w:rPr>
                <w:sz w:val="15"/>
                <w:szCs w:val="15"/>
                <w:highlight w:val="yellow"/>
              </w:rPr>
            </w:pPr>
          </w:p>
        </w:tc>
        <w:tc>
          <w:tcPr>
            <w:tcW w:w="1320" w:type="dxa"/>
            <w:shd w:val="clear" w:color="auto" w:fill="FFFF00"/>
            <w:vAlign w:val="center"/>
          </w:tcPr>
          <w:p w14:paraId="0A82004E" w14:textId="77777777" w:rsidR="00A90931" w:rsidRPr="00A90931" w:rsidRDefault="00A90931" w:rsidP="00A90931">
            <w:pPr>
              <w:rPr>
                <w:sz w:val="15"/>
                <w:szCs w:val="15"/>
                <w:highlight w:val="yellow"/>
              </w:rPr>
            </w:pPr>
          </w:p>
        </w:tc>
        <w:tc>
          <w:tcPr>
            <w:tcW w:w="1226" w:type="dxa"/>
            <w:shd w:val="clear" w:color="auto" w:fill="FFFF00"/>
            <w:tcMar>
              <w:top w:w="80" w:type="dxa"/>
              <w:left w:w="100" w:type="dxa"/>
              <w:bottom w:w="80" w:type="dxa"/>
              <w:right w:w="100" w:type="dxa"/>
            </w:tcMar>
            <w:vAlign w:val="center"/>
          </w:tcPr>
          <w:p w14:paraId="385267DC" w14:textId="77777777" w:rsidR="003E6006" w:rsidRPr="00535AEF" w:rsidRDefault="003E6006" w:rsidP="00F16A53">
            <w:pPr>
              <w:spacing w:after="0" w:line="228" w:lineRule="auto"/>
              <w:jc w:val="both"/>
              <w:rPr>
                <w:sz w:val="15"/>
                <w:szCs w:val="15"/>
                <w:highlight w:val="yellow"/>
              </w:rPr>
            </w:pPr>
          </w:p>
        </w:tc>
        <w:tc>
          <w:tcPr>
            <w:tcW w:w="1415" w:type="dxa"/>
            <w:shd w:val="clear" w:color="auto" w:fill="FFFF00"/>
            <w:tcMar>
              <w:top w:w="80" w:type="dxa"/>
              <w:left w:w="100" w:type="dxa"/>
              <w:bottom w:w="80" w:type="dxa"/>
              <w:right w:w="100" w:type="dxa"/>
            </w:tcMar>
            <w:vAlign w:val="center"/>
          </w:tcPr>
          <w:p w14:paraId="4C672D40" w14:textId="77777777" w:rsidR="003E6006" w:rsidRPr="00535AEF" w:rsidRDefault="003E6006" w:rsidP="00F16A53">
            <w:pPr>
              <w:spacing w:after="0" w:line="228" w:lineRule="auto"/>
              <w:jc w:val="both"/>
              <w:rPr>
                <w:sz w:val="15"/>
                <w:szCs w:val="15"/>
                <w:highlight w:val="yellow"/>
              </w:rPr>
            </w:pPr>
          </w:p>
        </w:tc>
        <w:tc>
          <w:tcPr>
            <w:tcW w:w="1556" w:type="dxa"/>
            <w:shd w:val="clear" w:color="auto" w:fill="FFFF00"/>
            <w:tcMar>
              <w:top w:w="80" w:type="dxa"/>
              <w:left w:w="100" w:type="dxa"/>
              <w:bottom w:w="80" w:type="dxa"/>
              <w:right w:w="100" w:type="dxa"/>
            </w:tcMar>
            <w:vAlign w:val="center"/>
          </w:tcPr>
          <w:p w14:paraId="2D3FD149" w14:textId="77777777" w:rsidR="003E6006" w:rsidRPr="00535AEF" w:rsidRDefault="003E6006" w:rsidP="00F16A53">
            <w:pPr>
              <w:spacing w:after="0" w:line="228" w:lineRule="auto"/>
              <w:jc w:val="both"/>
              <w:rPr>
                <w:sz w:val="15"/>
                <w:szCs w:val="15"/>
                <w:highlight w:val="yellow"/>
              </w:rPr>
            </w:pPr>
          </w:p>
        </w:tc>
      </w:tr>
    </w:tbl>
    <w:p w14:paraId="1CDF9389" w14:textId="74A47C17" w:rsidR="003E6006" w:rsidRDefault="003E6006" w:rsidP="00F16A53">
      <w:pPr>
        <w:keepNext/>
        <w:spacing w:after="0" w:line="228" w:lineRule="auto"/>
        <w:rPr>
          <w:b/>
          <w:color w:val="17365D"/>
          <w:sz w:val="15"/>
          <w:szCs w:val="15"/>
        </w:rPr>
      </w:pPr>
    </w:p>
    <w:p w14:paraId="6ABAD10D" w14:textId="77777777" w:rsidR="00852569" w:rsidRPr="00535AEF" w:rsidRDefault="00852569" w:rsidP="00F16A53">
      <w:pPr>
        <w:keepNext/>
        <w:spacing w:after="0" w:line="228" w:lineRule="auto"/>
        <w:rPr>
          <w:b/>
          <w:color w:val="17365D"/>
          <w:sz w:val="15"/>
          <w:szCs w:val="15"/>
        </w:rPr>
      </w:pPr>
    </w:p>
    <w:tbl>
      <w:tblPr>
        <w:tblStyle w:val="Tablaconcuadrcula"/>
        <w:tblW w:w="10023" w:type="dxa"/>
        <w:tblLayout w:type="fixed"/>
        <w:tblLook w:val="04A0" w:firstRow="1" w:lastRow="0" w:firstColumn="1" w:lastColumn="0" w:noHBand="0" w:noVBand="1"/>
      </w:tblPr>
      <w:tblGrid>
        <w:gridCol w:w="10023"/>
      </w:tblGrid>
      <w:tr w:rsidR="00541B68" w:rsidRPr="00535AEF" w14:paraId="2C957AD8" w14:textId="77777777" w:rsidTr="00F16A53">
        <w:trPr>
          <w:cantSplit/>
          <w:trHeight w:val="223"/>
        </w:trPr>
        <w:tc>
          <w:tcPr>
            <w:tcW w:w="10023" w:type="dxa"/>
            <w:tcBorders>
              <w:bottom w:val="nil"/>
            </w:tcBorders>
            <w:shd w:val="clear" w:color="auto" w:fill="000000" w:themeFill="text1"/>
            <w:tcMar>
              <w:top w:w="80" w:type="dxa"/>
              <w:left w:w="100" w:type="dxa"/>
              <w:bottom w:w="80" w:type="dxa"/>
              <w:right w:w="100" w:type="dxa"/>
            </w:tcMar>
            <w:vAlign w:val="center"/>
          </w:tcPr>
          <w:p w14:paraId="0B49E2FB" w14:textId="0EF60A36" w:rsidR="00541B68" w:rsidRPr="00535AEF" w:rsidRDefault="00541B68" w:rsidP="00F16A53">
            <w:pPr>
              <w:spacing w:after="0" w:line="228" w:lineRule="auto"/>
              <w:rPr>
                <w:sz w:val="15"/>
                <w:szCs w:val="15"/>
              </w:rPr>
            </w:pPr>
            <w:r w:rsidRPr="00535AEF">
              <w:rPr>
                <w:b/>
                <w:color w:val="FFFFFF"/>
                <w:sz w:val="15"/>
                <w:szCs w:val="15"/>
              </w:rPr>
              <w:t>4. Observaciones</w:t>
            </w:r>
          </w:p>
        </w:tc>
      </w:tr>
      <w:tr w:rsidR="00541B68" w:rsidRPr="00535AEF" w14:paraId="3CBFACA4" w14:textId="77777777" w:rsidTr="00F16A53">
        <w:trPr>
          <w:cantSplit/>
          <w:trHeight w:val="99"/>
        </w:trPr>
        <w:tc>
          <w:tcPr>
            <w:tcW w:w="10023" w:type="dxa"/>
            <w:tcBorders>
              <w:top w:val="nil"/>
              <w:left w:val="nil"/>
              <w:bottom w:val="single" w:sz="4" w:space="0" w:color="auto"/>
              <w:right w:val="nil"/>
            </w:tcBorders>
            <w:tcMar>
              <w:top w:w="80" w:type="dxa"/>
              <w:left w:w="100" w:type="dxa"/>
              <w:bottom w:w="80" w:type="dxa"/>
              <w:right w:w="100" w:type="dxa"/>
            </w:tcMar>
            <w:vAlign w:val="center"/>
          </w:tcPr>
          <w:p w14:paraId="33436D2A" w14:textId="467A593B" w:rsidR="00541B68" w:rsidRPr="00E139E8" w:rsidRDefault="00E139E8" w:rsidP="00C66044">
            <w:pPr>
              <w:spacing w:after="0" w:line="228" w:lineRule="auto"/>
              <w:jc w:val="both"/>
              <w:rPr>
                <w:sz w:val="15"/>
                <w:szCs w:val="15"/>
              </w:rPr>
            </w:pPr>
            <w:r w:rsidRPr="00E139E8">
              <w:rPr>
                <w:sz w:val="15"/>
                <w:szCs w:val="15"/>
              </w:rPr>
              <w:t>Describa la circunstancia que originó la entrega extraordinaria; los hechos conocidos; las fuentes documentales consultadas; las limitaciones encontradas; los elementos no localizados; los faltantes, adeudos o incidencias identificados; y cualquier precisión necesaria para comprender el estado de lo entregado. Cuando la persona imposibilitada sea una PERSONA QUE ENTREGA, identifique el folio del formato de entrega simplificada temporal mediante el cual recibió y describa los antecedentes necesarios para conocer la continuidad de la entrega. La información asentada deberá distinguir entre lo que consta en los registros institucionales, lo que fue localizado físicamente y aquello cuya existencia o estado no pudo determinarse.</w:t>
            </w:r>
            <w:r w:rsidR="00AC6875">
              <w:rPr>
                <w:sz w:val="15"/>
                <w:szCs w:val="15"/>
              </w:rPr>
              <w:t xml:space="preserve"> </w:t>
            </w:r>
            <w:r w:rsidR="00AC6875" w:rsidRPr="00AC6875">
              <w:rPr>
                <w:sz w:val="15"/>
                <w:szCs w:val="15"/>
              </w:rPr>
              <w:t>Asimismo, haga constar que, debido al fallecimiento o incapacidad, no fue posible recabar de la persona imposibilitada las manifestaciones bajo protesta de decir verdad previstas en el artículo 39 del Reglamento.</w:t>
            </w:r>
          </w:p>
        </w:tc>
      </w:tr>
      <w:tr w:rsidR="0063661A" w:rsidRPr="00535AEF" w14:paraId="5C4CA935" w14:textId="77777777" w:rsidTr="002B367C">
        <w:trPr>
          <w:cantSplit/>
          <w:trHeight w:val="443"/>
        </w:trPr>
        <w:tc>
          <w:tcPr>
            <w:tcW w:w="10023" w:type="dxa"/>
            <w:tcBorders>
              <w:top w:val="single" w:sz="4" w:space="0" w:color="auto"/>
            </w:tcBorders>
            <w:tcMar>
              <w:top w:w="80" w:type="dxa"/>
              <w:left w:w="100" w:type="dxa"/>
              <w:bottom w:w="80" w:type="dxa"/>
              <w:right w:w="100" w:type="dxa"/>
            </w:tcMar>
            <w:vAlign w:val="center"/>
          </w:tcPr>
          <w:p w14:paraId="5CEBC761" w14:textId="439DE6BA" w:rsidR="0063661A" w:rsidRPr="00535AEF" w:rsidRDefault="00205632" w:rsidP="00F16A53">
            <w:pPr>
              <w:spacing w:after="0" w:line="228" w:lineRule="auto"/>
              <w:jc w:val="both"/>
              <w:rPr>
                <w:sz w:val="15"/>
                <w:szCs w:val="15"/>
                <w:highlight w:val="yellow"/>
              </w:rPr>
            </w:pPr>
            <w:r w:rsidRPr="00535AEF">
              <w:rPr>
                <w:sz w:val="15"/>
                <w:szCs w:val="15"/>
                <w:highlight w:val="yellow"/>
              </w:rPr>
              <w:t>(32.1</w:t>
            </w:r>
            <w:r w:rsidR="00825752" w:rsidRPr="00535AEF">
              <w:rPr>
                <w:sz w:val="15"/>
                <w:szCs w:val="15"/>
                <w:highlight w:val="yellow"/>
              </w:rPr>
              <w:t>9</w:t>
            </w:r>
            <w:r w:rsidRPr="00535AEF">
              <w:rPr>
                <w:sz w:val="15"/>
                <w:szCs w:val="15"/>
                <w:highlight w:val="yellow"/>
              </w:rPr>
              <w:t xml:space="preserve">) </w:t>
            </w:r>
            <w:r w:rsidR="00E139E8" w:rsidRPr="00E139E8">
              <w:rPr>
                <w:sz w:val="15"/>
                <w:szCs w:val="15"/>
                <w:highlight w:val="yellow"/>
              </w:rPr>
              <w:t>Capturar las circunstancias particulares, observaciones, limitaciones e incidencias identificadas</w:t>
            </w:r>
          </w:p>
        </w:tc>
      </w:tr>
      <w:tr w:rsidR="00682612" w:rsidRPr="00535AEF" w14:paraId="2F991BAF" w14:textId="77777777" w:rsidTr="002B367C">
        <w:trPr>
          <w:cantSplit/>
          <w:trHeight w:val="395"/>
        </w:trPr>
        <w:tc>
          <w:tcPr>
            <w:tcW w:w="10023" w:type="dxa"/>
            <w:shd w:val="clear" w:color="auto" w:fill="FFFF00"/>
            <w:tcMar>
              <w:top w:w="80" w:type="dxa"/>
              <w:left w:w="100" w:type="dxa"/>
              <w:bottom w:w="80" w:type="dxa"/>
              <w:right w:w="100" w:type="dxa"/>
            </w:tcMar>
            <w:vAlign w:val="center"/>
          </w:tcPr>
          <w:p w14:paraId="04042F59" w14:textId="49E832F2" w:rsidR="00682612" w:rsidRPr="00535AEF" w:rsidRDefault="00682612" w:rsidP="00682612">
            <w:pPr>
              <w:spacing w:after="0" w:line="228" w:lineRule="auto"/>
              <w:jc w:val="both"/>
              <w:rPr>
                <w:sz w:val="15"/>
                <w:szCs w:val="15"/>
                <w:highlight w:val="yellow"/>
              </w:rPr>
            </w:pPr>
          </w:p>
        </w:tc>
      </w:tr>
    </w:tbl>
    <w:p w14:paraId="508DFD0E" w14:textId="2D68B81E" w:rsidR="00BA2369" w:rsidRPr="00535AEF" w:rsidRDefault="00BA2369" w:rsidP="00F16A53">
      <w:pPr>
        <w:spacing w:after="0" w:line="228" w:lineRule="auto"/>
        <w:rPr>
          <w:sz w:val="15"/>
          <w:szCs w:val="15"/>
        </w:rPr>
      </w:pPr>
    </w:p>
    <w:tbl>
      <w:tblPr>
        <w:tblStyle w:val="Tablaconcuadrcula"/>
        <w:tblW w:w="10037" w:type="dxa"/>
        <w:tblLayout w:type="fixed"/>
        <w:tblLook w:val="04A0" w:firstRow="1" w:lastRow="0" w:firstColumn="1" w:lastColumn="0" w:noHBand="0" w:noVBand="1"/>
      </w:tblPr>
      <w:tblGrid>
        <w:gridCol w:w="1811"/>
        <w:gridCol w:w="2124"/>
        <w:gridCol w:w="1134"/>
        <w:gridCol w:w="1251"/>
        <w:gridCol w:w="868"/>
        <w:gridCol w:w="2849"/>
      </w:tblGrid>
      <w:tr w:rsidR="00541B68" w:rsidRPr="00535AEF" w14:paraId="18563F9B" w14:textId="77777777" w:rsidTr="003E6006">
        <w:trPr>
          <w:trHeight w:val="181"/>
        </w:trPr>
        <w:tc>
          <w:tcPr>
            <w:tcW w:w="10037" w:type="dxa"/>
            <w:gridSpan w:val="6"/>
            <w:tcBorders>
              <w:bottom w:val="nil"/>
            </w:tcBorders>
            <w:shd w:val="clear" w:color="auto" w:fill="000000" w:themeFill="text1"/>
            <w:tcMar>
              <w:top w:w="80" w:type="dxa"/>
              <w:left w:w="100" w:type="dxa"/>
              <w:bottom w:w="80" w:type="dxa"/>
              <w:right w:w="100" w:type="dxa"/>
            </w:tcMar>
            <w:vAlign w:val="center"/>
          </w:tcPr>
          <w:p w14:paraId="4343BA7E" w14:textId="12D99C84" w:rsidR="00541B68" w:rsidRPr="00535AEF" w:rsidRDefault="00541B68" w:rsidP="00F16A53">
            <w:pPr>
              <w:spacing w:after="0" w:line="228" w:lineRule="auto"/>
              <w:rPr>
                <w:b/>
                <w:color w:val="FFFFFF"/>
                <w:sz w:val="15"/>
                <w:szCs w:val="15"/>
              </w:rPr>
            </w:pPr>
            <w:r w:rsidRPr="00535AEF">
              <w:rPr>
                <w:b/>
                <w:color w:val="FFFFFF"/>
                <w:sz w:val="15"/>
                <w:szCs w:val="15"/>
              </w:rPr>
              <w:t>5. Validación mediante firma autógrafa y sello</w:t>
            </w:r>
          </w:p>
        </w:tc>
      </w:tr>
      <w:tr w:rsidR="00541B68" w:rsidRPr="00535AEF" w14:paraId="7C0A97F6" w14:textId="77777777" w:rsidTr="003E6006">
        <w:trPr>
          <w:trHeight w:val="524"/>
        </w:trPr>
        <w:tc>
          <w:tcPr>
            <w:tcW w:w="10037" w:type="dxa"/>
            <w:gridSpan w:val="6"/>
            <w:tcBorders>
              <w:top w:val="nil"/>
              <w:left w:val="nil"/>
              <w:bottom w:val="single" w:sz="4" w:space="0" w:color="auto"/>
              <w:right w:val="nil"/>
            </w:tcBorders>
            <w:tcMar>
              <w:top w:w="80" w:type="dxa"/>
              <w:left w:w="100" w:type="dxa"/>
              <w:bottom w:w="80" w:type="dxa"/>
              <w:right w:w="100" w:type="dxa"/>
            </w:tcMar>
            <w:vAlign w:val="center"/>
          </w:tcPr>
          <w:p w14:paraId="2198C001" w14:textId="59E5C898" w:rsidR="00541B68" w:rsidRPr="00C66044" w:rsidRDefault="00CC12A5" w:rsidP="00F16A53">
            <w:pPr>
              <w:spacing w:after="0" w:line="228" w:lineRule="auto"/>
              <w:jc w:val="both"/>
              <w:rPr>
                <w:spacing w:val="-2"/>
                <w:sz w:val="15"/>
                <w:szCs w:val="15"/>
              </w:rPr>
            </w:pPr>
            <w:r w:rsidRPr="00CC12A5">
              <w:rPr>
                <w:spacing w:val="-2"/>
                <w:sz w:val="15"/>
                <w:szCs w:val="15"/>
              </w:rPr>
              <w:t>En términos del artículo 40 del Reglamento para los Procesos de Entrega y Recepción del Tribunal Electoral del Estado de México, el contenido del formato será validado inmediatamente, en el ámbito de las atribuciones correspondientes, mediante firma autógrafa y sello oficial. Cuando alguna de las personas servidoras públicas referidas no valide, deberá emitir inmediatamente una respuesta escrita fundada y motivada, la cual se anexará al formato. Si se abstiene de validar, la circunstancia se hará constar en el acta administrativa prevista en los artículos 40 y 44, fracción II, del Reglamento.</w:t>
            </w:r>
          </w:p>
        </w:tc>
      </w:tr>
      <w:tr w:rsidR="0063661A" w:rsidRPr="00535AEF" w14:paraId="2A43327E" w14:textId="77777777" w:rsidTr="003E6006">
        <w:trPr>
          <w:trHeight w:val="181"/>
        </w:trPr>
        <w:tc>
          <w:tcPr>
            <w:tcW w:w="10037"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0B1AFB0D" w14:textId="77777777" w:rsidR="00682612" w:rsidRPr="00535AEF" w:rsidRDefault="00EF0F62" w:rsidP="00F16A53">
            <w:pPr>
              <w:spacing w:after="0" w:line="228" w:lineRule="auto"/>
              <w:rPr>
                <w:b/>
                <w:sz w:val="11"/>
                <w:szCs w:val="11"/>
              </w:rPr>
            </w:pPr>
            <w:r w:rsidRPr="00535AEF">
              <w:rPr>
                <w:b/>
                <w:sz w:val="15"/>
                <w:szCs w:val="15"/>
              </w:rPr>
              <w:t>Dirección de Administración</w:t>
            </w:r>
          </w:p>
          <w:p w14:paraId="352A13B7" w14:textId="2F7DE084" w:rsidR="0063661A" w:rsidRPr="00535AEF" w:rsidRDefault="00541B68" w:rsidP="00F16A53">
            <w:pPr>
              <w:spacing w:after="0" w:line="228" w:lineRule="auto"/>
              <w:rPr>
                <w:sz w:val="15"/>
                <w:szCs w:val="15"/>
              </w:rPr>
            </w:pPr>
            <w:r w:rsidRPr="00535AEF">
              <w:rPr>
                <w:i/>
                <w:sz w:val="11"/>
                <w:szCs w:val="11"/>
              </w:rPr>
              <w:t>(Valida la información que corresponda al ámbito de su competencia, incluida, cuando exista, la relativa a recursos financieros)</w:t>
            </w:r>
          </w:p>
        </w:tc>
      </w:tr>
      <w:tr w:rsidR="00541B68" w:rsidRPr="00535AEF" w14:paraId="52ADFE3E" w14:textId="77777777" w:rsidTr="00205632">
        <w:trPr>
          <w:trHeight w:val="181"/>
        </w:trPr>
        <w:tc>
          <w:tcPr>
            <w:tcW w:w="1811" w:type="dxa"/>
            <w:shd w:val="clear" w:color="auto" w:fill="BFBFBF" w:themeFill="background1" w:themeFillShade="BF"/>
            <w:tcMar>
              <w:top w:w="80" w:type="dxa"/>
              <w:left w:w="100" w:type="dxa"/>
              <w:bottom w:w="80" w:type="dxa"/>
              <w:right w:w="100" w:type="dxa"/>
            </w:tcMar>
            <w:vAlign w:val="center"/>
          </w:tcPr>
          <w:p w14:paraId="6EF4CB89" w14:textId="77777777" w:rsidR="00541B68" w:rsidRPr="00535AEF" w:rsidRDefault="00541B68" w:rsidP="00F16A53">
            <w:pPr>
              <w:spacing w:after="0" w:line="228" w:lineRule="auto"/>
              <w:jc w:val="both"/>
              <w:rPr>
                <w:sz w:val="15"/>
                <w:szCs w:val="15"/>
              </w:rPr>
            </w:pPr>
            <w:r w:rsidRPr="00535AEF">
              <w:rPr>
                <w:b/>
                <w:sz w:val="15"/>
                <w:szCs w:val="15"/>
              </w:rPr>
              <w:t>Resultado</w:t>
            </w:r>
          </w:p>
        </w:tc>
        <w:sdt>
          <w:sdtPr>
            <w:rPr>
              <w:sz w:val="15"/>
              <w:szCs w:val="15"/>
              <w:highlight w:val="yellow"/>
            </w:rPr>
            <w:alias w:val="&lt;&lt;Seleccione (33)&gt;&gt;"/>
            <w:tag w:val="&lt;&lt;Seleccione (33)&gt;&gt;"/>
            <w:id w:val="-1067343783"/>
            <w:placeholder>
              <w:docPart w:val="DefaultPlaceholder_-1854013438"/>
            </w:placeholder>
            <w15:color w:val="FF0000"/>
            <w:dropDownList>
              <w:listItem w:displayText="&lt;&lt;Seleccione (33)&gt;&gt;" w:value="&lt;&lt;Seleccione (33)&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509" w:type="dxa"/>
                <w:gridSpan w:val="3"/>
                <w:tcMar>
                  <w:top w:w="80" w:type="dxa"/>
                  <w:left w:w="100" w:type="dxa"/>
                  <w:bottom w:w="80" w:type="dxa"/>
                  <w:right w:w="100" w:type="dxa"/>
                </w:tcMar>
                <w:vAlign w:val="center"/>
              </w:tcPr>
              <w:p w14:paraId="3B0CCC58" w14:textId="0859A115" w:rsidR="00541B68" w:rsidRPr="00535AEF" w:rsidRDefault="00205632" w:rsidP="00F16A53">
                <w:pPr>
                  <w:spacing w:after="0" w:line="228" w:lineRule="auto"/>
                  <w:jc w:val="both"/>
                  <w:rPr>
                    <w:sz w:val="15"/>
                    <w:szCs w:val="15"/>
                  </w:rPr>
                </w:pPr>
                <w:r w:rsidRPr="00535AEF">
                  <w:rPr>
                    <w:sz w:val="15"/>
                    <w:szCs w:val="15"/>
                    <w:highlight w:val="yellow"/>
                  </w:rPr>
                  <w:t>&lt;&lt;Seleccione (33)&gt;&gt;</w:t>
                </w:r>
              </w:p>
            </w:tc>
          </w:sdtContent>
        </w:sdt>
        <w:tc>
          <w:tcPr>
            <w:tcW w:w="868" w:type="dxa"/>
            <w:shd w:val="clear" w:color="auto" w:fill="BFBFBF" w:themeFill="background1" w:themeFillShade="BF"/>
            <w:vAlign w:val="center"/>
          </w:tcPr>
          <w:p w14:paraId="1B26939C" w14:textId="7DC5F5D3" w:rsidR="00541B68" w:rsidRPr="00535AEF" w:rsidRDefault="00541B68" w:rsidP="00F16A53">
            <w:pPr>
              <w:spacing w:after="0" w:line="228" w:lineRule="auto"/>
              <w:jc w:val="both"/>
              <w:rPr>
                <w:sz w:val="15"/>
                <w:szCs w:val="15"/>
              </w:rPr>
            </w:pPr>
            <w:r w:rsidRPr="00535AEF">
              <w:rPr>
                <w:b/>
                <w:color w:val="1F1F1F"/>
                <w:sz w:val="15"/>
                <w:szCs w:val="15"/>
              </w:rPr>
              <w:t>Fecha</w:t>
            </w:r>
          </w:p>
        </w:tc>
        <w:tc>
          <w:tcPr>
            <w:tcW w:w="2849" w:type="dxa"/>
            <w:tcMar>
              <w:top w:w="80" w:type="dxa"/>
              <w:left w:w="100" w:type="dxa"/>
              <w:bottom w:w="80" w:type="dxa"/>
              <w:right w:w="100" w:type="dxa"/>
            </w:tcMar>
            <w:vAlign w:val="center"/>
          </w:tcPr>
          <w:p w14:paraId="750818D8" w14:textId="2D02689B" w:rsidR="00541B68" w:rsidRPr="00535AEF" w:rsidRDefault="00205632" w:rsidP="00F16A53">
            <w:pPr>
              <w:spacing w:after="0" w:line="228" w:lineRule="auto"/>
              <w:jc w:val="both"/>
              <w:rPr>
                <w:sz w:val="15"/>
                <w:szCs w:val="15"/>
              </w:rPr>
            </w:pPr>
            <w:r w:rsidRPr="00535AEF">
              <w:rPr>
                <w:sz w:val="15"/>
                <w:szCs w:val="15"/>
                <w:highlight w:val="yellow"/>
              </w:rPr>
              <w:t xml:space="preserve">(33.1) </w:t>
            </w:r>
            <w:r w:rsidR="00376A63" w:rsidRPr="00535AEF">
              <w:rPr>
                <w:sz w:val="15"/>
                <w:szCs w:val="15"/>
                <w:highlight w:val="yellow"/>
              </w:rPr>
              <w:t>Capturar</w:t>
            </w:r>
          </w:p>
        </w:tc>
      </w:tr>
      <w:tr w:rsidR="0063661A" w:rsidRPr="00535AEF" w14:paraId="702654BF" w14:textId="77777777" w:rsidTr="003E6006">
        <w:trPr>
          <w:trHeight w:val="201"/>
        </w:trPr>
        <w:tc>
          <w:tcPr>
            <w:tcW w:w="1811" w:type="dxa"/>
            <w:shd w:val="clear" w:color="auto" w:fill="BFBFBF" w:themeFill="background1" w:themeFillShade="BF"/>
            <w:tcMar>
              <w:top w:w="80" w:type="dxa"/>
              <w:left w:w="100" w:type="dxa"/>
              <w:bottom w:w="80" w:type="dxa"/>
              <w:right w:w="100" w:type="dxa"/>
            </w:tcMar>
            <w:vAlign w:val="center"/>
          </w:tcPr>
          <w:p w14:paraId="77FF8063" w14:textId="77777777" w:rsidR="0063661A" w:rsidRPr="00535AEF" w:rsidRDefault="00000000" w:rsidP="00F16A53">
            <w:pPr>
              <w:spacing w:after="0" w:line="228" w:lineRule="auto"/>
              <w:jc w:val="both"/>
              <w:rPr>
                <w:sz w:val="15"/>
                <w:szCs w:val="15"/>
              </w:rPr>
            </w:pPr>
            <w:r w:rsidRPr="00535AEF">
              <w:rPr>
                <w:b/>
                <w:sz w:val="15"/>
                <w:szCs w:val="15"/>
              </w:rPr>
              <w:t>Nombre y cargo</w:t>
            </w:r>
          </w:p>
        </w:tc>
        <w:tc>
          <w:tcPr>
            <w:tcW w:w="8226" w:type="dxa"/>
            <w:gridSpan w:val="5"/>
            <w:tcMar>
              <w:top w:w="80" w:type="dxa"/>
              <w:left w:w="100" w:type="dxa"/>
              <w:bottom w:w="80" w:type="dxa"/>
              <w:right w:w="100" w:type="dxa"/>
            </w:tcMar>
            <w:vAlign w:val="center"/>
          </w:tcPr>
          <w:p w14:paraId="1FED5D70" w14:textId="2E054D3A" w:rsidR="0063661A" w:rsidRPr="00535AEF" w:rsidRDefault="00205632" w:rsidP="00F16A53">
            <w:pPr>
              <w:spacing w:after="0" w:line="228" w:lineRule="auto"/>
              <w:jc w:val="both"/>
              <w:rPr>
                <w:sz w:val="15"/>
                <w:szCs w:val="15"/>
              </w:rPr>
            </w:pPr>
            <w:r w:rsidRPr="00535AEF">
              <w:rPr>
                <w:sz w:val="15"/>
                <w:szCs w:val="15"/>
                <w:highlight w:val="yellow"/>
              </w:rPr>
              <w:t>(33.2) Capturar</w:t>
            </w:r>
          </w:p>
        </w:tc>
      </w:tr>
      <w:tr w:rsidR="00D34664" w:rsidRPr="00535AEF" w14:paraId="149A4F57" w14:textId="25974C8C" w:rsidTr="003E6006">
        <w:trPr>
          <w:trHeight w:val="181"/>
        </w:trPr>
        <w:tc>
          <w:tcPr>
            <w:tcW w:w="3935" w:type="dxa"/>
            <w:gridSpan w:val="2"/>
            <w:tcBorders>
              <w:bottom w:val="single" w:sz="4" w:space="0" w:color="auto"/>
            </w:tcBorders>
            <w:shd w:val="clear" w:color="auto" w:fill="BFBFBF" w:themeFill="background1" w:themeFillShade="BF"/>
            <w:tcMar>
              <w:top w:w="80" w:type="dxa"/>
              <w:left w:w="100" w:type="dxa"/>
              <w:bottom w:w="80" w:type="dxa"/>
              <w:right w:w="100" w:type="dxa"/>
            </w:tcMar>
            <w:vAlign w:val="center"/>
          </w:tcPr>
          <w:p w14:paraId="2A7CE643" w14:textId="6B37F9F1" w:rsidR="00D34664" w:rsidRPr="00535AEF" w:rsidRDefault="00D34664" w:rsidP="00F16A53">
            <w:pPr>
              <w:spacing w:after="0" w:line="228" w:lineRule="auto"/>
              <w:jc w:val="both"/>
              <w:rPr>
                <w:sz w:val="15"/>
                <w:szCs w:val="15"/>
              </w:rPr>
            </w:pPr>
            <w:r w:rsidRPr="00535AEF">
              <w:rPr>
                <w:b/>
                <w:sz w:val="15"/>
                <w:szCs w:val="15"/>
              </w:rPr>
              <w:t>Documento relacionado, si no valida o se abstiene</w:t>
            </w:r>
          </w:p>
        </w:tc>
        <w:tc>
          <w:tcPr>
            <w:tcW w:w="6102" w:type="dxa"/>
            <w:gridSpan w:val="4"/>
            <w:tcBorders>
              <w:bottom w:val="single" w:sz="4" w:space="0" w:color="auto"/>
            </w:tcBorders>
            <w:vAlign w:val="center"/>
          </w:tcPr>
          <w:p w14:paraId="38605D38" w14:textId="2C2CEC21" w:rsidR="00D34664" w:rsidRPr="00535AEF" w:rsidRDefault="00205632" w:rsidP="00F16A53">
            <w:pPr>
              <w:spacing w:after="0" w:line="228" w:lineRule="auto"/>
              <w:jc w:val="both"/>
              <w:rPr>
                <w:sz w:val="15"/>
                <w:szCs w:val="15"/>
              </w:rPr>
            </w:pPr>
            <w:r w:rsidRPr="00535AEF">
              <w:rPr>
                <w:sz w:val="15"/>
                <w:szCs w:val="15"/>
                <w:highlight w:val="yellow"/>
              </w:rPr>
              <w:t>(33.3) Capturar</w:t>
            </w:r>
          </w:p>
        </w:tc>
      </w:tr>
      <w:tr w:rsidR="00D34664" w:rsidRPr="00535AEF" w14:paraId="38F4D5AC" w14:textId="77777777" w:rsidTr="002B367C">
        <w:trPr>
          <w:trHeight w:val="2184"/>
        </w:trPr>
        <w:tc>
          <w:tcPr>
            <w:tcW w:w="5069" w:type="dxa"/>
            <w:gridSpan w:val="3"/>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bottom"/>
          </w:tcPr>
          <w:p w14:paraId="0F9C9056" w14:textId="7AE16BAE" w:rsidR="00D34664" w:rsidRPr="00535AEF" w:rsidRDefault="00D34664" w:rsidP="00D34664">
            <w:pPr>
              <w:spacing w:after="0" w:line="228" w:lineRule="auto"/>
              <w:jc w:val="center"/>
              <w:rPr>
                <w:sz w:val="15"/>
                <w:szCs w:val="15"/>
              </w:rPr>
            </w:pPr>
            <w:r w:rsidRPr="00535AEF">
              <w:rPr>
                <w:color w:val="666666"/>
                <w:sz w:val="15"/>
                <w:szCs w:val="15"/>
              </w:rPr>
              <w:t>Firma autógrafa</w:t>
            </w:r>
          </w:p>
        </w:tc>
        <w:tc>
          <w:tcPr>
            <w:tcW w:w="4968" w:type="dxa"/>
            <w:gridSpan w:val="3"/>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bottom"/>
          </w:tcPr>
          <w:p w14:paraId="2CB1B837" w14:textId="7B8DF27D" w:rsidR="00D34664" w:rsidRPr="00535AEF" w:rsidRDefault="00D34664" w:rsidP="00F16A53">
            <w:pPr>
              <w:spacing w:after="0" w:line="228" w:lineRule="auto"/>
              <w:jc w:val="center"/>
              <w:rPr>
                <w:sz w:val="15"/>
                <w:szCs w:val="15"/>
              </w:rPr>
            </w:pPr>
            <w:r w:rsidRPr="00535AEF">
              <w:rPr>
                <w:color w:val="666666"/>
                <w:sz w:val="15"/>
                <w:szCs w:val="15"/>
              </w:rPr>
              <w:t>Sello del área</w:t>
            </w:r>
          </w:p>
        </w:tc>
      </w:tr>
    </w:tbl>
    <w:p w14:paraId="02FDF21B" w14:textId="73E33C3E" w:rsidR="00D34664" w:rsidRPr="00535AEF" w:rsidRDefault="00D34664"/>
    <w:tbl>
      <w:tblPr>
        <w:tblStyle w:val="Tablaconcuadrcula"/>
        <w:tblW w:w="10008" w:type="dxa"/>
        <w:tblLayout w:type="fixed"/>
        <w:tblLook w:val="04A0" w:firstRow="1" w:lastRow="0" w:firstColumn="1" w:lastColumn="0" w:noHBand="0" w:noVBand="1"/>
      </w:tblPr>
      <w:tblGrid>
        <w:gridCol w:w="1806"/>
        <w:gridCol w:w="2073"/>
        <w:gridCol w:w="1138"/>
        <w:gridCol w:w="1367"/>
        <w:gridCol w:w="804"/>
        <w:gridCol w:w="2820"/>
      </w:tblGrid>
      <w:tr w:rsidR="0063661A" w:rsidRPr="00535AEF" w14:paraId="14E286EB" w14:textId="77777777" w:rsidTr="003E6006">
        <w:trPr>
          <w:cantSplit/>
          <w:trHeight w:val="336"/>
        </w:trPr>
        <w:tc>
          <w:tcPr>
            <w:tcW w:w="10008"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70C8EFB8" w14:textId="77777777" w:rsidR="0021379F" w:rsidRPr="00535AEF" w:rsidRDefault="00EF0F62" w:rsidP="00F16A53">
            <w:pPr>
              <w:spacing w:after="0" w:line="228" w:lineRule="auto"/>
              <w:jc w:val="both"/>
              <w:rPr>
                <w:b/>
                <w:sz w:val="15"/>
                <w:szCs w:val="15"/>
              </w:rPr>
            </w:pPr>
            <w:r w:rsidRPr="00535AEF">
              <w:rPr>
                <w:b/>
                <w:sz w:val="15"/>
                <w:szCs w:val="15"/>
              </w:rPr>
              <w:t>Subdirección de Recursos Materiales y Servicios Generales</w:t>
            </w:r>
            <w:r w:rsidR="0021379F" w:rsidRPr="00535AEF">
              <w:rPr>
                <w:b/>
                <w:sz w:val="15"/>
                <w:szCs w:val="15"/>
              </w:rPr>
              <w:t xml:space="preserve"> de la Dirección de Administración</w:t>
            </w:r>
            <w:r w:rsidR="00541B68" w:rsidRPr="00535AEF">
              <w:rPr>
                <w:b/>
                <w:sz w:val="15"/>
                <w:szCs w:val="15"/>
              </w:rPr>
              <w:t xml:space="preserve"> </w:t>
            </w:r>
          </w:p>
          <w:p w14:paraId="23B5EA19" w14:textId="0E12580F" w:rsidR="0063661A" w:rsidRPr="00535AEF" w:rsidRDefault="00541B68" w:rsidP="00F16A53">
            <w:pPr>
              <w:spacing w:after="0" w:line="228" w:lineRule="auto"/>
              <w:jc w:val="both"/>
              <w:rPr>
                <w:sz w:val="15"/>
                <w:szCs w:val="15"/>
              </w:rPr>
            </w:pPr>
            <w:r w:rsidRPr="00535AEF">
              <w:rPr>
                <w:i/>
                <w:sz w:val="11"/>
                <w:szCs w:val="11"/>
              </w:rPr>
              <w:t>(Valida la información relativa a bienes muebles e inmuebles, equipos de comunicación, vehículos, llaves y demás recursos materiales comprendidos en la entrega)</w:t>
            </w:r>
          </w:p>
        </w:tc>
      </w:tr>
      <w:tr w:rsidR="003D56BE" w:rsidRPr="00535AEF" w14:paraId="52AAE978" w14:textId="77777777" w:rsidTr="00205632">
        <w:trPr>
          <w:cantSplit/>
          <w:trHeight w:val="209"/>
        </w:trPr>
        <w:tc>
          <w:tcPr>
            <w:tcW w:w="1806" w:type="dxa"/>
            <w:shd w:val="clear" w:color="auto" w:fill="BFBFBF" w:themeFill="background1" w:themeFillShade="BF"/>
            <w:tcMar>
              <w:top w:w="80" w:type="dxa"/>
              <w:left w:w="100" w:type="dxa"/>
              <w:bottom w:w="80" w:type="dxa"/>
              <w:right w:w="100" w:type="dxa"/>
            </w:tcMar>
            <w:vAlign w:val="center"/>
          </w:tcPr>
          <w:p w14:paraId="515EA3EF" w14:textId="77777777" w:rsidR="003D56BE" w:rsidRPr="00535AEF" w:rsidRDefault="003D56BE" w:rsidP="00F16A53">
            <w:pPr>
              <w:spacing w:after="0" w:line="228" w:lineRule="auto"/>
              <w:jc w:val="both"/>
              <w:rPr>
                <w:sz w:val="15"/>
                <w:szCs w:val="15"/>
              </w:rPr>
            </w:pPr>
            <w:r w:rsidRPr="00535AEF">
              <w:rPr>
                <w:b/>
                <w:sz w:val="15"/>
                <w:szCs w:val="15"/>
              </w:rPr>
              <w:t>Resultado</w:t>
            </w:r>
          </w:p>
        </w:tc>
        <w:sdt>
          <w:sdtPr>
            <w:rPr>
              <w:sz w:val="15"/>
              <w:szCs w:val="15"/>
              <w:highlight w:val="yellow"/>
            </w:rPr>
            <w:alias w:val="&lt;&lt;Seleccione (34)&gt;&gt;"/>
            <w:tag w:val="&lt;&lt;Seleccione (34)&gt;&gt;"/>
            <w:id w:val="-506597986"/>
            <w:placeholder>
              <w:docPart w:val="CE50B68FD86C4AD5A04B38AB820810F2"/>
            </w:placeholder>
            <w15:color w:val="FF0000"/>
            <w:dropDownList>
              <w:listItem w:displayText="&lt;&lt;Seleccione (34)&gt;&gt;" w:value="&lt;&lt;Seleccione (34)&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578" w:type="dxa"/>
                <w:gridSpan w:val="3"/>
                <w:tcMar>
                  <w:top w:w="80" w:type="dxa"/>
                  <w:left w:w="100" w:type="dxa"/>
                  <w:bottom w:w="80" w:type="dxa"/>
                  <w:right w:w="100" w:type="dxa"/>
                </w:tcMar>
                <w:vAlign w:val="center"/>
              </w:tcPr>
              <w:p w14:paraId="178EFC13" w14:textId="1AEB125F" w:rsidR="003D56BE" w:rsidRPr="00535AEF" w:rsidRDefault="00376A63" w:rsidP="00F16A53">
                <w:pPr>
                  <w:spacing w:after="0" w:line="228" w:lineRule="auto"/>
                  <w:jc w:val="both"/>
                  <w:rPr>
                    <w:sz w:val="15"/>
                    <w:szCs w:val="15"/>
                  </w:rPr>
                </w:pPr>
                <w:r w:rsidRPr="00535AEF">
                  <w:rPr>
                    <w:sz w:val="15"/>
                    <w:szCs w:val="15"/>
                    <w:highlight w:val="yellow"/>
                  </w:rPr>
                  <w:t>&lt;&lt;Seleccione (34)&gt;&gt;</w:t>
                </w:r>
              </w:p>
            </w:tc>
          </w:sdtContent>
        </w:sdt>
        <w:tc>
          <w:tcPr>
            <w:tcW w:w="804" w:type="dxa"/>
            <w:shd w:val="clear" w:color="auto" w:fill="BFBFBF" w:themeFill="background1" w:themeFillShade="BF"/>
            <w:vAlign w:val="center"/>
          </w:tcPr>
          <w:p w14:paraId="3C6FED0F" w14:textId="0DB06355" w:rsidR="003D56BE" w:rsidRPr="00535AEF" w:rsidRDefault="003D56BE" w:rsidP="00F16A53">
            <w:pPr>
              <w:spacing w:after="0" w:line="228" w:lineRule="auto"/>
              <w:jc w:val="both"/>
              <w:rPr>
                <w:sz w:val="15"/>
                <w:szCs w:val="15"/>
              </w:rPr>
            </w:pPr>
            <w:r w:rsidRPr="00535AEF">
              <w:rPr>
                <w:b/>
                <w:sz w:val="15"/>
                <w:szCs w:val="15"/>
              </w:rPr>
              <w:t>Fecha</w:t>
            </w:r>
          </w:p>
        </w:tc>
        <w:tc>
          <w:tcPr>
            <w:tcW w:w="2820" w:type="dxa"/>
            <w:tcMar>
              <w:top w:w="80" w:type="dxa"/>
              <w:left w:w="100" w:type="dxa"/>
              <w:bottom w:w="80" w:type="dxa"/>
              <w:right w:w="100" w:type="dxa"/>
            </w:tcMar>
            <w:vAlign w:val="center"/>
          </w:tcPr>
          <w:p w14:paraId="63691DD9" w14:textId="30B7F90C" w:rsidR="003D56BE" w:rsidRPr="00535AEF" w:rsidRDefault="00205632" w:rsidP="00F16A53">
            <w:pPr>
              <w:spacing w:after="0" w:line="228" w:lineRule="auto"/>
              <w:jc w:val="both"/>
              <w:rPr>
                <w:sz w:val="15"/>
                <w:szCs w:val="15"/>
              </w:rPr>
            </w:pPr>
            <w:r w:rsidRPr="00535AEF">
              <w:rPr>
                <w:sz w:val="15"/>
                <w:szCs w:val="15"/>
                <w:highlight w:val="yellow"/>
              </w:rPr>
              <w:t>(34.1) Capturar</w:t>
            </w:r>
          </w:p>
        </w:tc>
      </w:tr>
      <w:tr w:rsidR="0063661A" w:rsidRPr="00535AEF" w14:paraId="4A6DA6D4" w14:textId="77777777" w:rsidTr="00205632">
        <w:trPr>
          <w:cantSplit/>
          <w:trHeight w:val="188"/>
        </w:trPr>
        <w:tc>
          <w:tcPr>
            <w:tcW w:w="1806" w:type="dxa"/>
            <w:shd w:val="clear" w:color="auto" w:fill="BFBFBF" w:themeFill="background1" w:themeFillShade="BF"/>
            <w:tcMar>
              <w:top w:w="80" w:type="dxa"/>
              <w:left w:w="100" w:type="dxa"/>
              <w:bottom w:w="80" w:type="dxa"/>
              <w:right w:w="100" w:type="dxa"/>
            </w:tcMar>
            <w:vAlign w:val="center"/>
          </w:tcPr>
          <w:p w14:paraId="01CB800E" w14:textId="77777777" w:rsidR="0063661A" w:rsidRPr="00535AEF" w:rsidRDefault="00000000" w:rsidP="00F16A53">
            <w:pPr>
              <w:spacing w:after="0" w:line="228" w:lineRule="auto"/>
              <w:jc w:val="both"/>
              <w:rPr>
                <w:sz w:val="15"/>
                <w:szCs w:val="15"/>
              </w:rPr>
            </w:pPr>
            <w:r w:rsidRPr="00535AEF">
              <w:rPr>
                <w:b/>
                <w:sz w:val="15"/>
                <w:szCs w:val="15"/>
              </w:rPr>
              <w:t>Nombre y cargo</w:t>
            </w:r>
          </w:p>
        </w:tc>
        <w:tc>
          <w:tcPr>
            <w:tcW w:w="8202" w:type="dxa"/>
            <w:gridSpan w:val="5"/>
            <w:tcMar>
              <w:top w:w="80" w:type="dxa"/>
              <w:left w:w="100" w:type="dxa"/>
              <w:bottom w:w="80" w:type="dxa"/>
              <w:right w:w="100" w:type="dxa"/>
            </w:tcMar>
            <w:vAlign w:val="center"/>
          </w:tcPr>
          <w:p w14:paraId="76FC5C4B" w14:textId="4BC40F03" w:rsidR="0063661A" w:rsidRPr="00535AEF" w:rsidRDefault="00205632" w:rsidP="00F16A53">
            <w:pPr>
              <w:spacing w:after="0" w:line="228" w:lineRule="auto"/>
              <w:jc w:val="both"/>
              <w:rPr>
                <w:sz w:val="15"/>
                <w:szCs w:val="15"/>
              </w:rPr>
            </w:pPr>
            <w:r w:rsidRPr="00535AEF">
              <w:rPr>
                <w:sz w:val="15"/>
                <w:szCs w:val="15"/>
                <w:highlight w:val="yellow"/>
              </w:rPr>
              <w:t>(34.2) Capturar</w:t>
            </w:r>
          </w:p>
        </w:tc>
      </w:tr>
      <w:tr w:rsidR="00D34664" w:rsidRPr="00535AEF" w14:paraId="3DC4D239" w14:textId="432E763B" w:rsidTr="00205632">
        <w:trPr>
          <w:cantSplit/>
          <w:trHeight w:val="209"/>
        </w:trPr>
        <w:tc>
          <w:tcPr>
            <w:tcW w:w="3879" w:type="dxa"/>
            <w:gridSpan w:val="2"/>
            <w:tcBorders>
              <w:bottom w:val="single" w:sz="4" w:space="0" w:color="auto"/>
            </w:tcBorders>
            <w:shd w:val="clear" w:color="auto" w:fill="BFBFBF" w:themeFill="background1" w:themeFillShade="BF"/>
            <w:tcMar>
              <w:top w:w="80" w:type="dxa"/>
              <w:left w:w="100" w:type="dxa"/>
              <w:bottom w:w="80" w:type="dxa"/>
              <w:right w:w="100" w:type="dxa"/>
            </w:tcMar>
            <w:vAlign w:val="center"/>
          </w:tcPr>
          <w:p w14:paraId="57AA5D29" w14:textId="2773F9E2" w:rsidR="00D34664" w:rsidRPr="00535AEF" w:rsidRDefault="00D34664" w:rsidP="00F16A53">
            <w:pPr>
              <w:spacing w:after="0" w:line="228" w:lineRule="auto"/>
              <w:jc w:val="both"/>
              <w:rPr>
                <w:sz w:val="15"/>
                <w:szCs w:val="15"/>
              </w:rPr>
            </w:pPr>
            <w:r w:rsidRPr="00535AEF">
              <w:rPr>
                <w:b/>
                <w:sz w:val="15"/>
                <w:szCs w:val="15"/>
              </w:rPr>
              <w:t>Documento relacionado, si no valida o se abstiene</w:t>
            </w:r>
          </w:p>
        </w:tc>
        <w:tc>
          <w:tcPr>
            <w:tcW w:w="6129" w:type="dxa"/>
            <w:gridSpan w:val="4"/>
            <w:tcBorders>
              <w:bottom w:val="single" w:sz="4" w:space="0" w:color="auto"/>
              <w:right w:val="single" w:sz="4" w:space="0" w:color="auto"/>
            </w:tcBorders>
            <w:vAlign w:val="center"/>
          </w:tcPr>
          <w:p w14:paraId="687A9E42" w14:textId="40677E32" w:rsidR="00D34664" w:rsidRPr="00535AEF" w:rsidRDefault="00205632" w:rsidP="00F16A53">
            <w:pPr>
              <w:spacing w:after="0" w:line="228" w:lineRule="auto"/>
              <w:jc w:val="both"/>
              <w:rPr>
                <w:sz w:val="15"/>
                <w:szCs w:val="15"/>
              </w:rPr>
            </w:pPr>
            <w:r w:rsidRPr="00535AEF">
              <w:rPr>
                <w:sz w:val="15"/>
                <w:szCs w:val="15"/>
                <w:highlight w:val="yellow"/>
              </w:rPr>
              <w:t>(34.3) Capturar</w:t>
            </w:r>
          </w:p>
        </w:tc>
      </w:tr>
      <w:tr w:rsidR="00D34664" w:rsidRPr="00535AEF" w14:paraId="4FCDCAD7" w14:textId="2DC3450D" w:rsidTr="00205632">
        <w:trPr>
          <w:cantSplit/>
          <w:trHeight w:val="2730"/>
        </w:trPr>
        <w:tc>
          <w:tcPr>
            <w:tcW w:w="5017" w:type="dxa"/>
            <w:gridSpan w:val="3"/>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vAlign w:val="bottom"/>
          </w:tcPr>
          <w:p w14:paraId="04BFDEAA" w14:textId="59076B8E" w:rsidR="00D34664" w:rsidRPr="00535AEF" w:rsidRDefault="00D34664" w:rsidP="00D34664">
            <w:pPr>
              <w:spacing w:after="0" w:line="228" w:lineRule="auto"/>
              <w:jc w:val="center"/>
              <w:rPr>
                <w:sz w:val="15"/>
                <w:szCs w:val="15"/>
              </w:rPr>
            </w:pPr>
            <w:r w:rsidRPr="00535AEF">
              <w:rPr>
                <w:color w:val="666666"/>
                <w:sz w:val="15"/>
                <w:szCs w:val="15"/>
              </w:rPr>
              <w:t>Firma autógrafa</w:t>
            </w:r>
          </w:p>
        </w:tc>
        <w:tc>
          <w:tcPr>
            <w:tcW w:w="4991" w:type="dxa"/>
            <w:gridSpan w:val="3"/>
            <w:tcBorders>
              <w:top w:val="single" w:sz="4" w:space="0" w:color="auto"/>
              <w:left w:val="single" w:sz="4" w:space="0" w:color="auto"/>
              <w:bottom w:val="single" w:sz="4" w:space="0" w:color="auto"/>
              <w:right w:val="single" w:sz="4" w:space="0" w:color="auto"/>
            </w:tcBorders>
            <w:vAlign w:val="bottom"/>
          </w:tcPr>
          <w:p w14:paraId="373CDD56" w14:textId="77777777" w:rsidR="00D34664" w:rsidRPr="00535AEF" w:rsidRDefault="00D34664" w:rsidP="00F16A53">
            <w:pPr>
              <w:spacing w:after="0" w:line="228" w:lineRule="auto"/>
              <w:jc w:val="center"/>
              <w:rPr>
                <w:sz w:val="15"/>
                <w:szCs w:val="15"/>
              </w:rPr>
            </w:pPr>
            <w:r w:rsidRPr="00535AEF">
              <w:rPr>
                <w:color w:val="666666"/>
                <w:sz w:val="15"/>
                <w:szCs w:val="15"/>
              </w:rPr>
              <w:t>Sello del área</w:t>
            </w:r>
          </w:p>
        </w:tc>
      </w:tr>
    </w:tbl>
    <w:p w14:paraId="2A7A6CF5" w14:textId="378E60FA" w:rsidR="003E6006" w:rsidRPr="00535AEF" w:rsidRDefault="003E6006"/>
    <w:p w14:paraId="4D55F354" w14:textId="77777777" w:rsidR="00B05CDC" w:rsidRPr="00535AEF" w:rsidRDefault="00B05CDC"/>
    <w:tbl>
      <w:tblPr>
        <w:tblStyle w:val="Tablaconcuadrcula"/>
        <w:tblW w:w="10052" w:type="dxa"/>
        <w:tblLayout w:type="fixed"/>
        <w:tblLook w:val="04A0" w:firstRow="1" w:lastRow="0" w:firstColumn="1" w:lastColumn="0" w:noHBand="0" w:noVBand="1"/>
      </w:tblPr>
      <w:tblGrid>
        <w:gridCol w:w="1825"/>
        <w:gridCol w:w="2005"/>
        <w:gridCol w:w="1157"/>
        <w:gridCol w:w="1475"/>
        <w:gridCol w:w="1109"/>
        <w:gridCol w:w="2481"/>
      </w:tblGrid>
      <w:tr w:rsidR="0063661A" w:rsidRPr="00535AEF" w14:paraId="7A585F3A" w14:textId="77777777" w:rsidTr="00BF7675">
        <w:trPr>
          <w:cantSplit/>
          <w:trHeight w:val="183"/>
        </w:trPr>
        <w:tc>
          <w:tcPr>
            <w:tcW w:w="10052"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31738F6E" w14:textId="77777777" w:rsidR="0021379F" w:rsidRPr="00535AEF" w:rsidRDefault="00EF0F62" w:rsidP="00F16A53">
            <w:pPr>
              <w:spacing w:after="0" w:line="228" w:lineRule="auto"/>
              <w:rPr>
                <w:b/>
                <w:sz w:val="15"/>
                <w:szCs w:val="15"/>
              </w:rPr>
            </w:pPr>
            <w:r w:rsidRPr="00535AEF">
              <w:rPr>
                <w:b/>
                <w:sz w:val="15"/>
                <w:szCs w:val="15"/>
              </w:rPr>
              <w:t>Subdirección de Informática</w:t>
            </w:r>
            <w:r w:rsidR="0021379F" w:rsidRPr="00535AEF">
              <w:rPr>
                <w:b/>
                <w:sz w:val="15"/>
                <w:szCs w:val="15"/>
              </w:rPr>
              <w:t xml:space="preserve"> de la Dirección de Administración</w:t>
            </w:r>
          </w:p>
          <w:p w14:paraId="24EB84F5" w14:textId="7A2325F1" w:rsidR="0063661A" w:rsidRPr="00535AEF" w:rsidRDefault="003D56BE" w:rsidP="00F16A53">
            <w:pPr>
              <w:spacing w:after="0" w:line="228" w:lineRule="auto"/>
              <w:rPr>
                <w:sz w:val="15"/>
                <w:szCs w:val="15"/>
              </w:rPr>
            </w:pPr>
            <w:r w:rsidRPr="00535AEF">
              <w:rPr>
                <w:bCs/>
                <w:i/>
                <w:iCs/>
                <w:sz w:val="11"/>
                <w:szCs w:val="11"/>
              </w:rPr>
              <w:t>(Valida la información relativa a bienes informáticos, programas de cómputo, contenido y respaldos existentes en medios institucionales)</w:t>
            </w:r>
          </w:p>
        </w:tc>
      </w:tr>
      <w:tr w:rsidR="00205632" w:rsidRPr="00535AEF" w14:paraId="4D265DF1" w14:textId="77777777" w:rsidTr="00BF7675">
        <w:trPr>
          <w:cantSplit/>
          <w:trHeight w:val="205"/>
        </w:trPr>
        <w:tc>
          <w:tcPr>
            <w:tcW w:w="1825" w:type="dxa"/>
            <w:shd w:val="clear" w:color="auto" w:fill="BFBFBF" w:themeFill="background1" w:themeFillShade="BF"/>
            <w:tcMar>
              <w:top w:w="80" w:type="dxa"/>
              <w:left w:w="100" w:type="dxa"/>
              <w:bottom w:w="80" w:type="dxa"/>
              <w:right w:w="100" w:type="dxa"/>
            </w:tcMar>
            <w:vAlign w:val="center"/>
          </w:tcPr>
          <w:p w14:paraId="2B4A2510" w14:textId="77777777" w:rsidR="00205632" w:rsidRPr="00535AEF" w:rsidRDefault="00205632" w:rsidP="00205632">
            <w:pPr>
              <w:spacing w:after="0" w:line="228" w:lineRule="auto"/>
              <w:rPr>
                <w:sz w:val="15"/>
                <w:szCs w:val="15"/>
              </w:rPr>
            </w:pPr>
            <w:r w:rsidRPr="00535AEF">
              <w:rPr>
                <w:b/>
                <w:color w:val="1F1F1F"/>
                <w:sz w:val="15"/>
                <w:szCs w:val="15"/>
              </w:rPr>
              <w:t>Resultado</w:t>
            </w:r>
          </w:p>
        </w:tc>
        <w:sdt>
          <w:sdtPr>
            <w:rPr>
              <w:sz w:val="15"/>
              <w:szCs w:val="15"/>
              <w:highlight w:val="yellow"/>
            </w:rPr>
            <w:alias w:val="&lt;&lt;Seleccione (35)&gt;&gt;"/>
            <w:tag w:val="&lt;&lt;Seleccione (35)&gt;&gt;"/>
            <w:id w:val="1232894965"/>
            <w:placeholder>
              <w:docPart w:val="6F33A355B0BB43518827D11914FA6FD8"/>
            </w:placeholder>
            <w15:color w:val="FF0000"/>
            <w:dropDownList>
              <w:listItem w:displayText="&lt;&lt;Seleccione (35)&gt;&gt;" w:value="&lt;&lt;Seleccione (35)&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637" w:type="dxa"/>
                <w:gridSpan w:val="3"/>
                <w:tcMar>
                  <w:top w:w="80" w:type="dxa"/>
                  <w:left w:w="100" w:type="dxa"/>
                  <w:bottom w:w="80" w:type="dxa"/>
                  <w:right w:w="100" w:type="dxa"/>
                </w:tcMar>
                <w:vAlign w:val="center"/>
              </w:tcPr>
              <w:p w14:paraId="08134E09" w14:textId="0F7EDA07" w:rsidR="00205632" w:rsidRPr="00535AEF" w:rsidRDefault="00205632" w:rsidP="00205632">
                <w:pPr>
                  <w:spacing w:after="0" w:line="228" w:lineRule="auto"/>
                  <w:jc w:val="both"/>
                  <w:rPr>
                    <w:sz w:val="15"/>
                    <w:szCs w:val="15"/>
                  </w:rPr>
                </w:pPr>
                <w:r w:rsidRPr="00535AEF">
                  <w:rPr>
                    <w:sz w:val="15"/>
                    <w:szCs w:val="15"/>
                    <w:highlight w:val="yellow"/>
                  </w:rPr>
                  <w:t>&lt;&lt;Seleccione (35)&gt;&gt;</w:t>
                </w:r>
              </w:p>
            </w:tc>
          </w:sdtContent>
        </w:sdt>
        <w:tc>
          <w:tcPr>
            <w:tcW w:w="1109" w:type="dxa"/>
            <w:shd w:val="clear" w:color="auto" w:fill="BFBFBF" w:themeFill="background1" w:themeFillShade="BF"/>
            <w:vAlign w:val="center"/>
          </w:tcPr>
          <w:p w14:paraId="393CF6D0" w14:textId="569486A5" w:rsidR="00205632" w:rsidRPr="00535AEF" w:rsidRDefault="00205632" w:rsidP="00205632">
            <w:pPr>
              <w:spacing w:after="0" w:line="228" w:lineRule="auto"/>
              <w:rPr>
                <w:sz w:val="15"/>
                <w:szCs w:val="15"/>
              </w:rPr>
            </w:pPr>
            <w:r w:rsidRPr="00535AEF">
              <w:rPr>
                <w:b/>
                <w:color w:val="1F1F1F"/>
                <w:sz w:val="15"/>
                <w:szCs w:val="15"/>
              </w:rPr>
              <w:t>Fecha</w:t>
            </w:r>
          </w:p>
        </w:tc>
        <w:tc>
          <w:tcPr>
            <w:tcW w:w="2481" w:type="dxa"/>
            <w:tcMar>
              <w:top w:w="80" w:type="dxa"/>
              <w:left w:w="100" w:type="dxa"/>
              <w:bottom w:w="80" w:type="dxa"/>
              <w:right w:w="100" w:type="dxa"/>
            </w:tcMar>
            <w:vAlign w:val="center"/>
          </w:tcPr>
          <w:p w14:paraId="67A557CE" w14:textId="6B585624" w:rsidR="00205632" w:rsidRPr="00535AEF" w:rsidRDefault="00205632" w:rsidP="00205632">
            <w:pPr>
              <w:spacing w:after="0" w:line="228" w:lineRule="auto"/>
              <w:jc w:val="both"/>
              <w:rPr>
                <w:sz w:val="15"/>
                <w:szCs w:val="15"/>
              </w:rPr>
            </w:pPr>
            <w:r w:rsidRPr="00535AEF">
              <w:rPr>
                <w:sz w:val="15"/>
                <w:szCs w:val="15"/>
                <w:highlight w:val="yellow"/>
              </w:rPr>
              <w:t>(35.1) Capturar</w:t>
            </w:r>
          </w:p>
        </w:tc>
      </w:tr>
      <w:tr w:rsidR="00205632" w:rsidRPr="00535AEF" w14:paraId="20B9F1C3" w14:textId="77777777" w:rsidTr="00BF7675">
        <w:trPr>
          <w:cantSplit/>
          <w:trHeight w:val="183"/>
        </w:trPr>
        <w:tc>
          <w:tcPr>
            <w:tcW w:w="1825" w:type="dxa"/>
            <w:shd w:val="clear" w:color="auto" w:fill="BFBFBF" w:themeFill="background1" w:themeFillShade="BF"/>
            <w:tcMar>
              <w:top w:w="80" w:type="dxa"/>
              <w:left w:w="100" w:type="dxa"/>
              <w:bottom w:w="80" w:type="dxa"/>
              <w:right w:w="100" w:type="dxa"/>
            </w:tcMar>
            <w:vAlign w:val="center"/>
          </w:tcPr>
          <w:p w14:paraId="53EEB3CD" w14:textId="77777777" w:rsidR="00205632" w:rsidRPr="00535AEF" w:rsidRDefault="00205632" w:rsidP="00205632">
            <w:pPr>
              <w:spacing w:after="0" w:line="228" w:lineRule="auto"/>
              <w:rPr>
                <w:sz w:val="15"/>
                <w:szCs w:val="15"/>
              </w:rPr>
            </w:pPr>
            <w:r w:rsidRPr="00535AEF">
              <w:rPr>
                <w:b/>
                <w:color w:val="1F1F1F"/>
                <w:sz w:val="15"/>
                <w:szCs w:val="15"/>
              </w:rPr>
              <w:t>Nombre y cargo</w:t>
            </w:r>
          </w:p>
        </w:tc>
        <w:tc>
          <w:tcPr>
            <w:tcW w:w="8227" w:type="dxa"/>
            <w:gridSpan w:val="5"/>
            <w:tcMar>
              <w:top w:w="80" w:type="dxa"/>
              <w:left w:w="100" w:type="dxa"/>
              <w:bottom w:w="80" w:type="dxa"/>
              <w:right w:w="100" w:type="dxa"/>
            </w:tcMar>
            <w:vAlign w:val="center"/>
          </w:tcPr>
          <w:p w14:paraId="0774A3BB" w14:textId="4640B3D3" w:rsidR="00205632" w:rsidRPr="00535AEF" w:rsidRDefault="00205632" w:rsidP="00205632">
            <w:pPr>
              <w:spacing w:after="0" w:line="228" w:lineRule="auto"/>
              <w:jc w:val="both"/>
              <w:rPr>
                <w:sz w:val="15"/>
                <w:szCs w:val="15"/>
              </w:rPr>
            </w:pPr>
            <w:r w:rsidRPr="00535AEF">
              <w:rPr>
                <w:sz w:val="15"/>
                <w:szCs w:val="15"/>
                <w:highlight w:val="yellow"/>
              </w:rPr>
              <w:t>(35.2) Capturar</w:t>
            </w:r>
          </w:p>
        </w:tc>
      </w:tr>
      <w:tr w:rsidR="00205632" w:rsidRPr="00535AEF" w14:paraId="0B89994E" w14:textId="5D0FD536" w:rsidTr="00BF7675">
        <w:trPr>
          <w:cantSplit/>
          <w:trHeight w:val="205"/>
        </w:trPr>
        <w:tc>
          <w:tcPr>
            <w:tcW w:w="3830" w:type="dxa"/>
            <w:gridSpan w:val="2"/>
            <w:shd w:val="clear" w:color="auto" w:fill="BFBFBF" w:themeFill="background1" w:themeFillShade="BF"/>
            <w:tcMar>
              <w:top w:w="80" w:type="dxa"/>
              <w:left w:w="100" w:type="dxa"/>
              <w:bottom w:w="80" w:type="dxa"/>
              <w:right w:w="100" w:type="dxa"/>
            </w:tcMar>
            <w:vAlign w:val="center"/>
          </w:tcPr>
          <w:p w14:paraId="7A9A4658" w14:textId="7D86CDDE" w:rsidR="00205632" w:rsidRPr="00535AEF" w:rsidRDefault="00205632" w:rsidP="00205632">
            <w:pPr>
              <w:spacing w:after="0" w:line="228" w:lineRule="auto"/>
              <w:rPr>
                <w:sz w:val="15"/>
                <w:szCs w:val="15"/>
              </w:rPr>
            </w:pPr>
            <w:r w:rsidRPr="00535AEF">
              <w:rPr>
                <w:b/>
                <w:color w:val="1F1F1F"/>
                <w:sz w:val="15"/>
                <w:szCs w:val="15"/>
              </w:rPr>
              <w:t>Documento relacionado, si no valida o se abstiene</w:t>
            </w:r>
          </w:p>
        </w:tc>
        <w:tc>
          <w:tcPr>
            <w:tcW w:w="6222" w:type="dxa"/>
            <w:gridSpan w:val="4"/>
            <w:tcBorders>
              <w:right w:val="single" w:sz="4" w:space="0" w:color="auto"/>
            </w:tcBorders>
            <w:vAlign w:val="center"/>
          </w:tcPr>
          <w:p w14:paraId="437353F4" w14:textId="53D47034" w:rsidR="00205632" w:rsidRPr="00535AEF" w:rsidRDefault="00205632" w:rsidP="00205632">
            <w:pPr>
              <w:spacing w:after="0" w:line="228" w:lineRule="auto"/>
              <w:jc w:val="both"/>
              <w:rPr>
                <w:sz w:val="15"/>
                <w:szCs w:val="15"/>
              </w:rPr>
            </w:pPr>
            <w:r w:rsidRPr="00535AEF">
              <w:rPr>
                <w:sz w:val="15"/>
                <w:szCs w:val="15"/>
                <w:highlight w:val="yellow"/>
              </w:rPr>
              <w:t>(35.</w:t>
            </w:r>
            <w:r w:rsidR="00B05CDC" w:rsidRPr="00535AEF">
              <w:rPr>
                <w:sz w:val="15"/>
                <w:szCs w:val="15"/>
                <w:highlight w:val="yellow"/>
              </w:rPr>
              <w:t>3</w:t>
            </w:r>
            <w:r w:rsidRPr="00535AEF">
              <w:rPr>
                <w:sz w:val="15"/>
                <w:szCs w:val="15"/>
                <w:highlight w:val="yellow"/>
              </w:rPr>
              <w:t>) Capturar</w:t>
            </w:r>
          </w:p>
        </w:tc>
      </w:tr>
      <w:tr w:rsidR="00205632" w:rsidRPr="00535AEF" w14:paraId="3D94160A" w14:textId="192CD957" w:rsidTr="00BF7675">
        <w:trPr>
          <w:cantSplit/>
          <w:trHeight w:val="2401"/>
        </w:trPr>
        <w:tc>
          <w:tcPr>
            <w:tcW w:w="4987" w:type="dxa"/>
            <w:gridSpan w:val="3"/>
            <w:tcBorders>
              <w:bottom w:val="single" w:sz="4" w:space="0" w:color="auto"/>
              <w:right w:val="single" w:sz="4" w:space="0" w:color="auto"/>
            </w:tcBorders>
            <w:tcMar>
              <w:top w:w="80" w:type="dxa"/>
              <w:left w:w="100" w:type="dxa"/>
              <w:bottom w:w="80" w:type="dxa"/>
              <w:right w:w="100" w:type="dxa"/>
            </w:tcMar>
            <w:vAlign w:val="bottom"/>
          </w:tcPr>
          <w:p w14:paraId="07E02911" w14:textId="60CA5EFE" w:rsidR="00205632" w:rsidRPr="00535AEF" w:rsidRDefault="00205632" w:rsidP="00205632">
            <w:pPr>
              <w:spacing w:after="0" w:line="228" w:lineRule="auto"/>
              <w:jc w:val="center"/>
              <w:rPr>
                <w:sz w:val="15"/>
                <w:szCs w:val="15"/>
              </w:rPr>
            </w:pPr>
            <w:r w:rsidRPr="00535AEF">
              <w:rPr>
                <w:color w:val="666666"/>
                <w:sz w:val="15"/>
                <w:szCs w:val="15"/>
              </w:rPr>
              <w:t>Firma autógrafa</w:t>
            </w:r>
          </w:p>
        </w:tc>
        <w:tc>
          <w:tcPr>
            <w:tcW w:w="5065" w:type="dxa"/>
            <w:gridSpan w:val="3"/>
            <w:tcBorders>
              <w:bottom w:val="single" w:sz="4" w:space="0" w:color="auto"/>
              <w:right w:val="single" w:sz="4" w:space="0" w:color="auto"/>
            </w:tcBorders>
            <w:vAlign w:val="bottom"/>
          </w:tcPr>
          <w:p w14:paraId="689AA855" w14:textId="77777777" w:rsidR="00205632" w:rsidRPr="00535AEF" w:rsidRDefault="00205632" w:rsidP="00205632">
            <w:pPr>
              <w:spacing w:after="0" w:line="228" w:lineRule="auto"/>
              <w:jc w:val="center"/>
              <w:rPr>
                <w:sz w:val="15"/>
                <w:szCs w:val="15"/>
              </w:rPr>
            </w:pPr>
            <w:r w:rsidRPr="00535AEF">
              <w:rPr>
                <w:color w:val="666666"/>
                <w:sz w:val="15"/>
                <w:szCs w:val="15"/>
              </w:rPr>
              <w:t>Sello del área</w:t>
            </w:r>
          </w:p>
        </w:tc>
      </w:tr>
    </w:tbl>
    <w:p w14:paraId="773A7C58" w14:textId="19C12E50" w:rsidR="003E6006" w:rsidRPr="00535AEF" w:rsidRDefault="003E6006"/>
    <w:tbl>
      <w:tblPr>
        <w:tblStyle w:val="Tablaconcuadrcula"/>
        <w:tblW w:w="10037" w:type="dxa"/>
        <w:tblLayout w:type="fixed"/>
        <w:tblLook w:val="04A0" w:firstRow="1" w:lastRow="0" w:firstColumn="1" w:lastColumn="0" w:noHBand="0" w:noVBand="1"/>
      </w:tblPr>
      <w:tblGrid>
        <w:gridCol w:w="1823"/>
        <w:gridCol w:w="2047"/>
        <w:gridCol w:w="1095"/>
        <w:gridCol w:w="1606"/>
        <w:gridCol w:w="998"/>
        <w:gridCol w:w="2468"/>
      </w:tblGrid>
      <w:tr w:rsidR="0063661A" w:rsidRPr="00535AEF" w14:paraId="2A2AF651" w14:textId="77777777" w:rsidTr="003E6006">
        <w:trPr>
          <w:cantSplit/>
          <w:trHeight w:val="336"/>
        </w:trPr>
        <w:tc>
          <w:tcPr>
            <w:tcW w:w="10037" w:type="dxa"/>
            <w:gridSpan w:val="6"/>
            <w:tcBorders>
              <w:top w:val="single" w:sz="4" w:space="0" w:color="auto"/>
            </w:tcBorders>
            <w:shd w:val="clear" w:color="auto" w:fill="BFBFBF" w:themeFill="background1" w:themeFillShade="BF"/>
            <w:tcMar>
              <w:top w:w="80" w:type="dxa"/>
              <w:left w:w="100" w:type="dxa"/>
              <w:bottom w:w="80" w:type="dxa"/>
              <w:right w:w="100" w:type="dxa"/>
            </w:tcMar>
            <w:vAlign w:val="center"/>
          </w:tcPr>
          <w:p w14:paraId="67B79F31" w14:textId="77777777" w:rsidR="0021379F" w:rsidRPr="00535AEF" w:rsidRDefault="00EF0F62" w:rsidP="00F16A53">
            <w:pPr>
              <w:spacing w:after="0" w:line="228" w:lineRule="auto"/>
              <w:jc w:val="both"/>
              <w:rPr>
                <w:b/>
                <w:sz w:val="15"/>
                <w:szCs w:val="15"/>
              </w:rPr>
            </w:pPr>
            <w:r w:rsidRPr="00535AEF">
              <w:rPr>
                <w:b/>
                <w:sz w:val="15"/>
                <w:szCs w:val="15"/>
              </w:rPr>
              <w:t>Área de Actos de Entrega y Recepción de la Contraloría General</w:t>
            </w:r>
          </w:p>
          <w:p w14:paraId="751E658E" w14:textId="216CD86D" w:rsidR="0063661A" w:rsidRPr="00535AEF" w:rsidRDefault="003D56BE" w:rsidP="00F16A53">
            <w:pPr>
              <w:spacing w:after="0" w:line="228" w:lineRule="auto"/>
              <w:jc w:val="both"/>
              <w:rPr>
                <w:sz w:val="15"/>
                <w:szCs w:val="15"/>
              </w:rPr>
            </w:pPr>
            <w:r w:rsidRPr="00535AEF">
              <w:rPr>
                <w:bCs/>
                <w:sz w:val="11"/>
                <w:szCs w:val="11"/>
              </w:rPr>
              <w:t>(</w:t>
            </w:r>
            <w:r w:rsidRPr="00535AEF">
              <w:rPr>
                <w:bCs/>
                <w:i/>
                <w:sz w:val="11"/>
                <w:szCs w:val="11"/>
              </w:rPr>
              <w:t>Valida la información que corresponda al ámbito de sus atribuciones dentro del proceso de entrega y recepción simplificada.</w:t>
            </w:r>
            <w:r w:rsidRPr="00535AEF">
              <w:rPr>
                <w:bCs/>
                <w:sz w:val="11"/>
                <w:szCs w:val="11"/>
              </w:rPr>
              <w:t>)</w:t>
            </w:r>
          </w:p>
        </w:tc>
      </w:tr>
      <w:tr w:rsidR="003D56BE" w:rsidRPr="00535AEF" w14:paraId="1137AED7" w14:textId="77777777" w:rsidTr="003E6006">
        <w:trPr>
          <w:cantSplit/>
          <w:trHeight w:val="188"/>
        </w:trPr>
        <w:tc>
          <w:tcPr>
            <w:tcW w:w="1823" w:type="dxa"/>
            <w:shd w:val="clear" w:color="auto" w:fill="BFBFBF" w:themeFill="background1" w:themeFillShade="BF"/>
            <w:tcMar>
              <w:top w:w="80" w:type="dxa"/>
              <w:left w:w="100" w:type="dxa"/>
              <w:bottom w:w="80" w:type="dxa"/>
              <w:right w:w="100" w:type="dxa"/>
            </w:tcMar>
            <w:vAlign w:val="center"/>
          </w:tcPr>
          <w:p w14:paraId="4D385379" w14:textId="77777777" w:rsidR="003D56BE" w:rsidRPr="00535AEF" w:rsidRDefault="003D56BE" w:rsidP="00F16A53">
            <w:pPr>
              <w:spacing w:after="0" w:line="228" w:lineRule="auto"/>
              <w:rPr>
                <w:sz w:val="15"/>
                <w:szCs w:val="15"/>
              </w:rPr>
            </w:pPr>
            <w:r w:rsidRPr="00535AEF">
              <w:rPr>
                <w:b/>
                <w:color w:val="1F1F1F"/>
                <w:sz w:val="15"/>
                <w:szCs w:val="15"/>
              </w:rPr>
              <w:t>Resultado</w:t>
            </w:r>
          </w:p>
        </w:tc>
        <w:sdt>
          <w:sdtPr>
            <w:rPr>
              <w:sz w:val="15"/>
              <w:szCs w:val="15"/>
              <w:highlight w:val="yellow"/>
            </w:rPr>
            <w:alias w:val="&lt;&lt;Seleccione (36)&gt;&gt;"/>
            <w:tag w:val="&lt;&lt;Seleccione (36)&gt;&gt;"/>
            <w:id w:val="-1413625418"/>
            <w:placeholder>
              <w:docPart w:val="6C0A5AB9422648F88D1523E1251B1187"/>
            </w:placeholder>
            <w15:color w:val="FF0000"/>
            <w:dropDownList>
              <w:listItem w:displayText="&lt;&lt;Seleccione (36)&gt;&gt;" w:value="&lt;&lt;Seleccione (36)&gt;&gt;"/>
              <w:listItem w:displayText="Valida mediante firma autógrafa y sello" w:value="Valida mediante firma autógrafa y sello"/>
              <w:listItem w:displayText="No valida y anexa respuesta escrita fundada y motivada" w:value="No valida y anexa respuesta escrita fundada y motivada"/>
              <w:listItem w:displayText="Se abstiene de validar; se instrumenta acta administrativa" w:value="Se abstiene de validar; se instrumenta acta administrativa"/>
            </w:dropDownList>
          </w:sdtPr>
          <w:sdtContent>
            <w:tc>
              <w:tcPr>
                <w:tcW w:w="4748" w:type="dxa"/>
                <w:gridSpan w:val="3"/>
                <w:tcMar>
                  <w:top w:w="80" w:type="dxa"/>
                  <w:left w:w="100" w:type="dxa"/>
                  <w:bottom w:w="80" w:type="dxa"/>
                  <w:right w:w="100" w:type="dxa"/>
                </w:tcMar>
                <w:vAlign w:val="center"/>
              </w:tcPr>
              <w:p w14:paraId="319664A3" w14:textId="48887D00" w:rsidR="003D56BE" w:rsidRPr="00535AEF" w:rsidRDefault="00376A63" w:rsidP="00F16A53">
                <w:pPr>
                  <w:spacing w:after="0" w:line="228" w:lineRule="auto"/>
                  <w:rPr>
                    <w:sz w:val="15"/>
                    <w:szCs w:val="15"/>
                  </w:rPr>
                </w:pPr>
                <w:r w:rsidRPr="00535AEF">
                  <w:rPr>
                    <w:sz w:val="15"/>
                    <w:szCs w:val="15"/>
                    <w:highlight w:val="yellow"/>
                  </w:rPr>
                  <w:t>&lt;&lt;Seleccione (36)&gt;&gt;</w:t>
                </w:r>
              </w:p>
            </w:tc>
          </w:sdtContent>
        </w:sdt>
        <w:tc>
          <w:tcPr>
            <w:tcW w:w="998" w:type="dxa"/>
            <w:shd w:val="clear" w:color="auto" w:fill="BFBFBF" w:themeFill="background1" w:themeFillShade="BF"/>
            <w:vAlign w:val="center"/>
          </w:tcPr>
          <w:p w14:paraId="0B60A5CA" w14:textId="22FEF643" w:rsidR="003D56BE" w:rsidRPr="00535AEF" w:rsidRDefault="003D56BE" w:rsidP="00F16A53">
            <w:pPr>
              <w:spacing w:after="0" w:line="228" w:lineRule="auto"/>
              <w:rPr>
                <w:sz w:val="15"/>
                <w:szCs w:val="15"/>
              </w:rPr>
            </w:pPr>
            <w:r w:rsidRPr="00535AEF">
              <w:rPr>
                <w:b/>
                <w:color w:val="1F1F1F"/>
                <w:sz w:val="15"/>
                <w:szCs w:val="15"/>
              </w:rPr>
              <w:t>Fecha</w:t>
            </w:r>
          </w:p>
        </w:tc>
        <w:tc>
          <w:tcPr>
            <w:tcW w:w="2468" w:type="dxa"/>
            <w:tcMar>
              <w:top w:w="80" w:type="dxa"/>
              <w:left w:w="100" w:type="dxa"/>
              <w:bottom w:w="80" w:type="dxa"/>
              <w:right w:w="100" w:type="dxa"/>
            </w:tcMar>
            <w:vAlign w:val="center"/>
          </w:tcPr>
          <w:p w14:paraId="719F8ED6" w14:textId="577B3D68" w:rsidR="003D56BE" w:rsidRPr="00535AEF" w:rsidRDefault="00205632" w:rsidP="00F16A53">
            <w:pPr>
              <w:spacing w:after="0" w:line="228" w:lineRule="auto"/>
              <w:rPr>
                <w:sz w:val="15"/>
                <w:szCs w:val="15"/>
              </w:rPr>
            </w:pPr>
            <w:r w:rsidRPr="00535AEF">
              <w:rPr>
                <w:sz w:val="15"/>
                <w:szCs w:val="15"/>
                <w:highlight w:val="yellow"/>
              </w:rPr>
              <w:t>(36.1) Capturar</w:t>
            </w:r>
          </w:p>
        </w:tc>
      </w:tr>
      <w:tr w:rsidR="0063661A" w:rsidRPr="00535AEF" w14:paraId="09A1CFE0" w14:textId="77777777" w:rsidTr="003E6006">
        <w:trPr>
          <w:cantSplit/>
          <w:trHeight w:val="209"/>
        </w:trPr>
        <w:tc>
          <w:tcPr>
            <w:tcW w:w="1823" w:type="dxa"/>
            <w:shd w:val="clear" w:color="auto" w:fill="BFBFBF" w:themeFill="background1" w:themeFillShade="BF"/>
            <w:tcMar>
              <w:top w:w="80" w:type="dxa"/>
              <w:left w:w="100" w:type="dxa"/>
              <w:bottom w:w="80" w:type="dxa"/>
              <w:right w:w="100" w:type="dxa"/>
            </w:tcMar>
            <w:vAlign w:val="center"/>
          </w:tcPr>
          <w:p w14:paraId="203B34C4" w14:textId="77777777" w:rsidR="0063661A" w:rsidRPr="00535AEF" w:rsidRDefault="00000000" w:rsidP="00F16A53">
            <w:pPr>
              <w:spacing w:after="0" w:line="228" w:lineRule="auto"/>
              <w:rPr>
                <w:sz w:val="15"/>
                <w:szCs w:val="15"/>
              </w:rPr>
            </w:pPr>
            <w:r w:rsidRPr="00535AEF">
              <w:rPr>
                <w:b/>
                <w:color w:val="1F1F1F"/>
                <w:sz w:val="15"/>
                <w:szCs w:val="15"/>
              </w:rPr>
              <w:t>Nombre y cargo</w:t>
            </w:r>
          </w:p>
        </w:tc>
        <w:tc>
          <w:tcPr>
            <w:tcW w:w="8214" w:type="dxa"/>
            <w:gridSpan w:val="5"/>
            <w:tcMar>
              <w:top w:w="80" w:type="dxa"/>
              <w:left w:w="100" w:type="dxa"/>
              <w:bottom w:w="80" w:type="dxa"/>
              <w:right w:w="100" w:type="dxa"/>
            </w:tcMar>
            <w:vAlign w:val="center"/>
          </w:tcPr>
          <w:p w14:paraId="1A6401B2" w14:textId="7FDAFA7E" w:rsidR="0063661A" w:rsidRPr="00535AEF" w:rsidRDefault="00205632" w:rsidP="00F16A53">
            <w:pPr>
              <w:spacing w:after="0" w:line="228" w:lineRule="auto"/>
              <w:rPr>
                <w:sz w:val="15"/>
                <w:szCs w:val="15"/>
              </w:rPr>
            </w:pPr>
            <w:r w:rsidRPr="00535AEF">
              <w:rPr>
                <w:sz w:val="15"/>
                <w:szCs w:val="15"/>
                <w:highlight w:val="yellow"/>
              </w:rPr>
              <w:t>(36.2) Capturar</w:t>
            </w:r>
          </w:p>
        </w:tc>
      </w:tr>
      <w:tr w:rsidR="00D34664" w:rsidRPr="00535AEF" w14:paraId="2F4C5FFF" w14:textId="0F435601" w:rsidTr="003E6006">
        <w:trPr>
          <w:cantSplit/>
          <w:trHeight w:val="188"/>
        </w:trPr>
        <w:tc>
          <w:tcPr>
            <w:tcW w:w="3870" w:type="dxa"/>
            <w:gridSpan w:val="2"/>
            <w:shd w:val="clear" w:color="auto" w:fill="BFBFBF" w:themeFill="background1" w:themeFillShade="BF"/>
            <w:tcMar>
              <w:top w:w="80" w:type="dxa"/>
              <w:left w:w="100" w:type="dxa"/>
              <w:bottom w:w="80" w:type="dxa"/>
              <w:right w:w="100" w:type="dxa"/>
            </w:tcMar>
            <w:vAlign w:val="center"/>
          </w:tcPr>
          <w:p w14:paraId="51150ACE" w14:textId="7F0B87F1" w:rsidR="00D34664" w:rsidRPr="00535AEF" w:rsidRDefault="00D34664" w:rsidP="00F16A53">
            <w:pPr>
              <w:spacing w:after="0" w:line="228" w:lineRule="auto"/>
              <w:rPr>
                <w:sz w:val="15"/>
                <w:szCs w:val="15"/>
              </w:rPr>
            </w:pPr>
            <w:r w:rsidRPr="00535AEF">
              <w:rPr>
                <w:b/>
                <w:color w:val="1F1F1F"/>
                <w:sz w:val="15"/>
                <w:szCs w:val="15"/>
              </w:rPr>
              <w:t>Documento relacionado, si no valida o se abstiene</w:t>
            </w:r>
          </w:p>
        </w:tc>
        <w:tc>
          <w:tcPr>
            <w:tcW w:w="6167" w:type="dxa"/>
            <w:gridSpan w:val="4"/>
            <w:vAlign w:val="center"/>
          </w:tcPr>
          <w:p w14:paraId="254728ED" w14:textId="086753A1" w:rsidR="00D34664" w:rsidRPr="00535AEF" w:rsidRDefault="00205632" w:rsidP="00F16A53">
            <w:pPr>
              <w:spacing w:after="0" w:line="228" w:lineRule="auto"/>
              <w:rPr>
                <w:sz w:val="15"/>
                <w:szCs w:val="15"/>
              </w:rPr>
            </w:pPr>
            <w:r w:rsidRPr="00535AEF">
              <w:rPr>
                <w:sz w:val="15"/>
                <w:szCs w:val="15"/>
                <w:highlight w:val="yellow"/>
              </w:rPr>
              <w:t>(36.3) Capturar</w:t>
            </w:r>
          </w:p>
        </w:tc>
      </w:tr>
      <w:tr w:rsidR="00D34664" w:rsidRPr="00535AEF" w14:paraId="30E1AC36" w14:textId="49523A13" w:rsidTr="003E6006">
        <w:trPr>
          <w:cantSplit/>
          <w:trHeight w:val="2489"/>
        </w:trPr>
        <w:tc>
          <w:tcPr>
            <w:tcW w:w="4965" w:type="dxa"/>
            <w:gridSpan w:val="3"/>
            <w:tcMar>
              <w:top w:w="80" w:type="dxa"/>
              <w:left w:w="100" w:type="dxa"/>
              <w:bottom w:w="80" w:type="dxa"/>
              <w:right w:w="100" w:type="dxa"/>
            </w:tcMar>
            <w:vAlign w:val="bottom"/>
          </w:tcPr>
          <w:p w14:paraId="2C436761" w14:textId="0B4C721D" w:rsidR="00D34664" w:rsidRPr="00535AEF" w:rsidRDefault="00D34664" w:rsidP="00D34664">
            <w:pPr>
              <w:spacing w:after="0" w:line="228" w:lineRule="auto"/>
              <w:jc w:val="center"/>
              <w:rPr>
                <w:sz w:val="15"/>
                <w:szCs w:val="15"/>
              </w:rPr>
            </w:pPr>
            <w:r w:rsidRPr="00535AEF">
              <w:rPr>
                <w:color w:val="666666"/>
                <w:sz w:val="15"/>
                <w:szCs w:val="15"/>
              </w:rPr>
              <w:t>Firma autógrafa</w:t>
            </w:r>
          </w:p>
        </w:tc>
        <w:tc>
          <w:tcPr>
            <w:tcW w:w="5072" w:type="dxa"/>
            <w:gridSpan w:val="3"/>
            <w:vAlign w:val="bottom"/>
          </w:tcPr>
          <w:p w14:paraId="728AC3EA" w14:textId="77777777" w:rsidR="00D34664" w:rsidRPr="00535AEF" w:rsidRDefault="00D34664" w:rsidP="00F16A53">
            <w:pPr>
              <w:spacing w:after="0" w:line="228" w:lineRule="auto"/>
              <w:jc w:val="center"/>
              <w:rPr>
                <w:sz w:val="15"/>
                <w:szCs w:val="15"/>
              </w:rPr>
            </w:pPr>
            <w:r w:rsidRPr="00535AEF">
              <w:rPr>
                <w:color w:val="666666"/>
                <w:sz w:val="15"/>
                <w:szCs w:val="15"/>
              </w:rPr>
              <w:t>Sello del área</w:t>
            </w:r>
          </w:p>
        </w:tc>
      </w:tr>
    </w:tbl>
    <w:p w14:paraId="12715794" w14:textId="77777777" w:rsidR="003D56BE" w:rsidRPr="00535AEF" w:rsidRDefault="003D56BE" w:rsidP="00F16A53">
      <w:pPr>
        <w:spacing w:after="0" w:line="228" w:lineRule="auto"/>
      </w:pPr>
    </w:p>
    <w:tbl>
      <w:tblPr>
        <w:tblStyle w:val="Tablaconcuadrcula"/>
        <w:tblW w:w="10044" w:type="dxa"/>
        <w:tblLayout w:type="fixed"/>
        <w:tblLook w:val="04A0" w:firstRow="1" w:lastRow="0" w:firstColumn="1" w:lastColumn="0" w:noHBand="0" w:noVBand="1"/>
      </w:tblPr>
      <w:tblGrid>
        <w:gridCol w:w="951"/>
        <w:gridCol w:w="3987"/>
        <w:gridCol w:w="691"/>
        <w:gridCol w:w="1134"/>
        <w:gridCol w:w="3281"/>
      </w:tblGrid>
      <w:tr w:rsidR="002C3B35" w:rsidRPr="00535AEF" w14:paraId="2A1A742D" w14:textId="11A07E78" w:rsidTr="00BF7675">
        <w:trPr>
          <w:cantSplit/>
          <w:trHeight w:val="190"/>
        </w:trPr>
        <w:tc>
          <w:tcPr>
            <w:tcW w:w="5629" w:type="dxa"/>
            <w:gridSpan w:val="3"/>
            <w:tcBorders>
              <w:bottom w:val="single" w:sz="4" w:space="0" w:color="auto"/>
              <w:right w:val="single" w:sz="4" w:space="0" w:color="FFFFFF" w:themeColor="background1"/>
            </w:tcBorders>
            <w:shd w:val="clear" w:color="auto" w:fill="000000" w:themeFill="text1"/>
            <w:tcMar>
              <w:top w:w="80" w:type="dxa"/>
              <w:left w:w="100" w:type="dxa"/>
              <w:bottom w:w="80" w:type="dxa"/>
              <w:right w:w="100" w:type="dxa"/>
            </w:tcMar>
            <w:vAlign w:val="center"/>
          </w:tcPr>
          <w:p w14:paraId="53B6E275" w14:textId="32E64E8B" w:rsidR="002C3B35" w:rsidRPr="00535AEF" w:rsidRDefault="002C3B35" w:rsidP="00F16A53">
            <w:pPr>
              <w:spacing w:after="0" w:line="228" w:lineRule="auto"/>
              <w:rPr>
                <w:b/>
                <w:bCs/>
                <w:sz w:val="15"/>
                <w:szCs w:val="15"/>
              </w:rPr>
            </w:pPr>
            <w:r w:rsidRPr="00535AEF">
              <w:rPr>
                <w:b/>
                <w:bCs/>
                <w:sz w:val="15"/>
                <w:szCs w:val="15"/>
              </w:rPr>
              <w:t>6. Autorización del contenido</w:t>
            </w:r>
          </w:p>
        </w:tc>
        <w:tc>
          <w:tcPr>
            <w:tcW w:w="1134" w:type="dxa"/>
            <w:tcBorders>
              <w:left w:val="single" w:sz="4" w:space="0" w:color="FFFFFF" w:themeColor="background1"/>
              <w:bottom w:val="single" w:sz="4" w:space="0" w:color="auto"/>
            </w:tcBorders>
            <w:shd w:val="clear" w:color="auto" w:fill="000000" w:themeFill="text1"/>
            <w:vAlign w:val="center"/>
          </w:tcPr>
          <w:p w14:paraId="35FC3B4E" w14:textId="0C4D0B4D" w:rsidR="002C3B35" w:rsidRPr="00535AEF" w:rsidRDefault="002C3B35" w:rsidP="00F16A53">
            <w:pPr>
              <w:spacing w:after="0" w:line="228" w:lineRule="auto"/>
              <w:jc w:val="center"/>
              <w:rPr>
                <w:bCs/>
                <w:color w:val="FFFFFF" w:themeColor="background1"/>
                <w:sz w:val="15"/>
                <w:szCs w:val="15"/>
              </w:rPr>
            </w:pPr>
            <w:r w:rsidRPr="00535AEF">
              <w:rPr>
                <w:bCs/>
                <w:color w:val="FFFFFF" w:themeColor="background1"/>
                <w:sz w:val="15"/>
                <w:szCs w:val="15"/>
              </w:rPr>
              <w:t>Fecha</w:t>
            </w:r>
          </w:p>
        </w:tc>
        <w:tc>
          <w:tcPr>
            <w:tcW w:w="3281" w:type="dxa"/>
            <w:tcBorders>
              <w:bottom w:val="single" w:sz="4" w:space="0" w:color="auto"/>
            </w:tcBorders>
            <w:vAlign w:val="center"/>
          </w:tcPr>
          <w:p w14:paraId="55207418" w14:textId="2E3FBDA7" w:rsidR="002C3B35" w:rsidRPr="00535AEF" w:rsidRDefault="00205632" w:rsidP="00F16A53">
            <w:pPr>
              <w:spacing w:after="0" w:line="228" w:lineRule="auto"/>
              <w:rPr>
                <w:b/>
                <w:bCs/>
                <w:sz w:val="15"/>
                <w:szCs w:val="15"/>
              </w:rPr>
            </w:pPr>
            <w:r w:rsidRPr="00535AEF">
              <w:rPr>
                <w:sz w:val="15"/>
                <w:szCs w:val="15"/>
                <w:highlight w:val="yellow"/>
              </w:rPr>
              <w:t xml:space="preserve">(37) </w:t>
            </w:r>
            <w:r w:rsidR="00376A63" w:rsidRPr="00535AEF">
              <w:rPr>
                <w:sz w:val="15"/>
                <w:szCs w:val="15"/>
                <w:highlight w:val="yellow"/>
              </w:rPr>
              <w:t>Capturar</w:t>
            </w:r>
          </w:p>
        </w:tc>
      </w:tr>
      <w:tr w:rsidR="002C3B35" w:rsidRPr="00535AEF" w14:paraId="3A0B282F" w14:textId="3ACD64AB" w:rsidTr="00B05CDC">
        <w:trPr>
          <w:cantSplit/>
          <w:trHeight w:val="233"/>
        </w:trPr>
        <w:tc>
          <w:tcPr>
            <w:tcW w:w="10044" w:type="dxa"/>
            <w:gridSpan w:val="5"/>
            <w:tcBorders>
              <w:top w:val="nil"/>
              <w:left w:val="nil"/>
              <w:bottom w:val="single" w:sz="4" w:space="0" w:color="auto"/>
              <w:right w:val="nil"/>
            </w:tcBorders>
            <w:tcMar>
              <w:top w:w="80" w:type="dxa"/>
              <w:left w:w="100" w:type="dxa"/>
              <w:bottom w:w="80" w:type="dxa"/>
              <w:right w:w="100" w:type="dxa"/>
            </w:tcMar>
            <w:vAlign w:val="center"/>
          </w:tcPr>
          <w:p w14:paraId="749BC21E" w14:textId="22CA8CE0" w:rsidR="002C3B35" w:rsidRPr="00535AEF" w:rsidRDefault="00B05CDC" w:rsidP="00F16A53">
            <w:pPr>
              <w:spacing w:after="0" w:line="228" w:lineRule="auto"/>
              <w:jc w:val="both"/>
              <w:rPr>
                <w:sz w:val="15"/>
                <w:szCs w:val="15"/>
              </w:rPr>
            </w:pPr>
            <w:r w:rsidRPr="00535AEF">
              <w:rPr>
                <w:color w:val="1F1F1F"/>
                <w:sz w:val="15"/>
                <w:szCs w:val="15"/>
              </w:rPr>
              <w:t>La persona titular de la unidad de adscripción autoriza el contenido del presente formato mediante firma autógrafa y sello oficial, en términos del artículo 40 del Reglamento</w:t>
            </w:r>
          </w:p>
        </w:tc>
      </w:tr>
      <w:tr w:rsidR="003E6006" w:rsidRPr="00535AEF" w14:paraId="19112263" w14:textId="4D4F3F1C" w:rsidTr="00BF7675">
        <w:trPr>
          <w:cantSplit/>
          <w:trHeight w:val="205"/>
        </w:trPr>
        <w:tc>
          <w:tcPr>
            <w:tcW w:w="951" w:type="dxa"/>
            <w:tcBorders>
              <w:top w:val="single" w:sz="4" w:space="0" w:color="auto"/>
            </w:tcBorders>
            <w:shd w:val="clear" w:color="auto" w:fill="BFBFBF" w:themeFill="background1" w:themeFillShade="BF"/>
            <w:tcMar>
              <w:top w:w="80" w:type="dxa"/>
              <w:left w:w="100" w:type="dxa"/>
              <w:bottom w:w="80" w:type="dxa"/>
              <w:right w:w="100" w:type="dxa"/>
            </w:tcMar>
            <w:vAlign w:val="center"/>
          </w:tcPr>
          <w:p w14:paraId="5B1B563D" w14:textId="77777777" w:rsidR="003E6006" w:rsidRPr="00535AEF" w:rsidRDefault="003E6006" w:rsidP="00F16A53">
            <w:pPr>
              <w:spacing w:after="0" w:line="228" w:lineRule="auto"/>
              <w:jc w:val="center"/>
              <w:rPr>
                <w:sz w:val="15"/>
                <w:szCs w:val="15"/>
              </w:rPr>
            </w:pPr>
            <w:r w:rsidRPr="00535AEF">
              <w:rPr>
                <w:b/>
                <w:color w:val="1F1F1F"/>
                <w:sz w:val="15"/>
                <w:szCs w:val="15"/>
              </w:rPr>
              <w:t>Nombre</w:t>
            </w:r>
          </w:p>
        </w:tc>
        <w:tc>
          <w:tcPr>
            <w:tcW w:w="4678" w:type="dxa"/>
            <w:gridSpan w:val="2"/>
            <w:tcBorders>
              <w:top w:val="single" w:sz="4" w:space="0" w:color="auto"/>
              <w:right w:val="single" w:sz="4" w:space="0" w:color="auto"/>
            </w:tcBorders>
            <w:tcMar>
              <w:top w:w="80" w:type="dxa"/>
              <w:left w:w="100" w:type="dxa"/>
              <w:bottom w:w="80" w:type="dxa"/>
              <w:right w:w="100" w:type="dxa"/>
            </w:tcMar>
            <w:vAlign w:val="center"/>
          </w:tcPr>
          <w:p w14:paraId="1CDC8B3A" w14:textId="466ACBEA" w:rsidR="003E6006" w:rsidRPr="00535AEF" w:rsidRDefault="00205632" w:rsidP="00F16A53">
            <w:pPr>
              <w:spacing w:after="0" w:line="228" w:lineRule="auto"/>
              <w:rPr>
                <w:sz w:val="15"/>
                <w:szCs w:val="15"/>
              </w:rPr>
            </w:pPr>
            <w:r w:rsidRPr="00535AEF">
              <w:rPr>
                <w:sz w:val="15"/>
                <w:szCs w:val="15"/>
                <w:highlight w:val="yellow"/>
              </w:rPr>
              <w:t xml:space="preserve">(38) </w:t>
            </w:r>
            <w:r w:rsidR="003E6006" w:rsidRPr="00535AEF">
              <w:rPr>
                <w:sz w:val="15"/>
                <w:szCs w:val="15"/>
                <w:highlight w:val="yellow"/>
              </w:rPr>
              <w:t>Capturar</w:t>
            </w:r>
          </w:p>
        </w:tc>
        <w:tc>
          <w:tcPr>
            <w:tcW w:w="1134" w:type="dxa"/>
            <w:vMerge w:val="restart"/>
            <w:tcBorders>
              <w:top w:val="single" w:sz="4" w:space="0" w:color="auto"/>
              <w:right w:val="single" w:sz="4" w:space="0" w:color="auto"/>
            </w:tcBorders>
            <w:shd w:val="clear" w:color="auto" w:fill="BFBFBF" w:themeFill="background1" w:themeFillShade="BF"/>
            <w:vAlign w:val="center"/>
          </w:tcPr>
          <w:p w14:paraId="326EF8A3" w14:textId="3CC94D57" w:rsidR="003E6006" w:rsidRPr="00535AEF" w:rsidRDefault="003E6006" w:rsidP="00F16A53">
            <w:pPr>
              <w:spacing w:after="0" w:line="228" w:lineRule="auto"/>
              <w:jc w:val="center"/>
              <w:rPr>
                <w:sz w:val="15"/>
                <w:szCs w:val="15"/>
              </w:rPr>
            </w:pPr>
            <w:r w:rsidRPr="00535AEF">
              <w:rPr>
                <w:b/>
                <w:bCs/>
                <w:sz w:val="15"/>
                <w:szCs w:val="15"/>
              </w:rPr>
              <w:t>Unidad de adscripción</w:t>
            </w:r>
          </w:p>
        </w:tc>
        <w:tc>
          <w:tcPr>
            <w:tcW w:w="3281" w:type="dxa"/>
            <w:vMerge w:val="restart"/>
            <w:tcBorders>
              <w:top w:val="single" w:sz="4" w:space="0" w:color="auto"/>
              <w:right w:val="single" w:sz="4" w:space="0" w:color="auto"/>
            </w:tcBorders>
            <w:vAlign w:val="center"/>
          </w:tcPr>
          <w:p w14:paraId="7434FE98" w14:textId="0E0B86BB" w:rsidR="003E6006" w:rsidRPr="00535AEF" w:rsidRDefault="00205632" w:rsidP="00F16A53">
            <w:pPr>
              <w:spacing w:after="0" w:line="228" w:lineRule="auto"/>
              <w:rPr>
                <w:sz w:val="15"/>
                <w:szCs w:val="15"/>
              </w:rPr>
            </w:pPr>
            <w:r w:rsidRPr="00535AEF">
              <w:rPr>
                <w:sz w:val="15"/>
                <w:szCs w:val="15"/>
                <w:highlight w:val="yellow"/>
              </w:rPr>
              <w:t xml:space="preserve">(40) </w:t>
            </w:r>
            <w:r w:rsidR="003E6006" w:rsidRPr="00535AEF">
              <w:rPr>
                <w:sz w:val="15"/>
                <w:szCs w:val="15"/>
                <w:highlight w:val="yellow"/>
              </w:rPr>
              <w:t>Capturar</w:t>
            </w:r>
          </w:p>
        </w:tc>
      </w:tr>
      <w:tr w:rsidR="003E6006" w:rsidRPr="00535AEF" w14:paraId="2C82CD8F" w14:textId="58B8423A" w:rsidTr="00BF7675">
        <w:trPr>
          <w:cantSplit/>
          <w:trHeight w:val="211"/>
        </w:trPr>
        <w:tc>
          <w:tcPr>
            <w:tcW w:w="951" w:type="dxa"/>
            <w:tcBorders>
              <w:top w:val="nil"/>
            </w:tcBorders>
            <w:shd w:val="clear" w:color="auto" w:fill="BFBFBF" w:themeFill="background1" w:themeFillShade="BF"/>
            <w:tcMar>
              <w:top w:w="80" w:type="dxa"/>
              <w:left w:w="100" w:type="dxa"/>
              <w:bottom w:w="80" w:type="dxa"/>
              <w:right w:w="100" w:type="dxa"/>
            </w:tcMar>
            <w:vAlign w:val="center"/>
          </w:tcPr>
          <w:p w14:paraId="4160EFCE" w14:textId="77777777" w:rsidR="003E6006" w:rsidRPr="00535AEF" w:rsidRDefault="003E6006" w:rsidP="00F16A53">
            <w:pPr>
              <w:spacing w:after="0" w:line="228" w:lineRule="auto"/>
              <w:jc w:val="center"/>
              <w:rPr>
                <w:sz w:val="15"/>
                <w:szCs w:val="15"/>
              </w:rPr>
            </w:pPr>
            <w:r w:rsidRPr="00535AEF">
              <w:rPr>
                <w:b/>
                <w:color w:val="1F1F1F"/>
                <w:sz w:val="15"/>
                <w:szCs w:val="15"/>
              </w:rPr>
              <w:t>Cargo</w:t>
            </w:r>
          </w:p>
        </w:tc>
        <w:tc>
          <w:tcPr>
            <w:tcW w:w="4678" w:type="dxa"/>
            <w:gridSpan w:val="2"/>
            <w:tcBorders>
              <w:top w:val="nil"/>
            </w:tcBorders>
            <w:tcMar>
              <w:top w:w="80" w:type="dxa"/>
              <w:left w:w="100" w:type="dxa"/>
              <w:bottom w:w="80" w:type="dxa"/>
              <w:right w:w="100" w:type="dxa"/>
            </w:tcMar>
            <w:vAlign w:val="center"/>
          </w:tcPr>
          <w:p w14:paraId="3EDC8262" w14:textId="68C73428" w:rsidR="003E6006" w:rsidRPr="00535AEF" w:rsidRDefault="00205632" w:rsidP="00F16A53">
            <w:pPr>
              <w:spacing w:after="0" w:line="228" w:lineRule="auto"/>
              <w:rPr>
                <w:sz w:val="15"/>
                <w:szCs w:val="15"/>
              </w:rPr>
            </w:pPr>
            <w:r w:rsidRPr="00535AEF">
              <w:rPr>
                <w:sz w:val="15"/>
                <w:szCs w:val="15"/>
                <w:highlight w:val="yellow"/>
              </w:rPr>
              <w:t xml:space="preserve">(39) </w:t>
            </w:r>
            <w:r w:rsidR="003E6006" w:rsidRPr="00535AEF">
              <w:rPr>
                <w:sz w:val="15"/>
                <w:szCs w:val="15"/>
                <w:highlight w:val="yellow"/>
              </w:rPr>
              <w:t>Capturar</w:t>
            </w:r>
          </w:p>
        </w:tc>
        <w:tc>
          <w:tcPr>
            <w:tcW w:w="1134" w:type="dxa"/>
            <w:vMerge/>
            <w:tcBorders>
              <w:right w:val="single" w:sz="4" w:space="0" w:color="auto"/>
            </w:tcBorders>
            <w:shd w:val="clear" w:color="auto" w:fill="BFBFBF" w:themeFill="background1" w:themeFillShade="BF"/>
            <w:vAlign w:val="center"/>
          </w:tcPr>
          <w:p w14:paraId="380F2A58" w14:textId="308CC011" w:rsidR="003E6006" w:rsidRPr="00535AEF" w:rsidRDefault="003E6006" w:rsidP="00F16A53">
            <w:pPr>
              <w:spacing w:after="0" w:line="228" w:lineRule="auto"/>
              <w:jc w:val="center"/>
              <w:rPr>
                <w:b/>
                <w:bCs/>
                <w:sz w:val="15"/>
                <w:szCs w:val="15"/>
              </w:rPr>
            </w:pPr>
          </w:p>
        </w:tc>
        <w:tc>
          <w:tcPr>
            <w:tcW w:w="3281" w:type="dxa"/>
            <w:vMerge/>
            <w:tcBorders>
              <w:left w:val="single" w:sz="4" w:space="0" w:color="auto"/>
              <w:right w:val="single" w:sz="4" w:space="0" w:color="auto"/>
            </w:tcBorders>
            <w:vAlign w:val="center"/>
          </w:tcPr>
          <w:p w14:paraId="2FD19133" w14:textId="77777777" w:rsidR="003E6006" w:rsidRPr="00535AEF" w:rsidRDefault="003E6006" w:rsidP="00F16A53">
            <w:pPr>
              <w:spacing w:after="0" w:line="228" w:lineRule="auto"/>
              <w:rPr>
                <w:sz w:val="15"/>
                <w:szCs w:val="15"/>
              </w:rPr>
            </w:pPr>
          </w:p>
        </w:tc>
      </w:tr>
      <w:tr w:rsidR="002C3B35" w:rsidRPr="00535AEF" w14:paraId="43322A4D" w14:textId="37DB8FD9" w:rsidTr="00BF7675">
        <w:trPr>
          <w:cantSplit/>
          <w:trHeight w:val="2428"/>
        </w:trPr>
        <w:tc>
          <w:tcPr>
            <w:tcW w:w="4938" w:type="dxa"/>
            <w:gridSpan w:val="2"/>
            <w:tcMar>
              <w:top w:w="80" w:type="dxa"/>
              <w:left w:w="100" w:type="dxa"/>
              <w:bottom w:w="80" w:type="dxa"/>
              <w:right w:w="100" w:type="dxa"/>
            </w:tcMar>
            <w:vAlign w:val="bottom"/>
          </w:tcPr>
          <w:p w14:paraId="4FAD375F" w14:textId="0E4F2C9A" w:rsidR="002C3B35" w:rsidRPr="00535AEF" w:rsidRDefault="002C3B35" w:rsidP="00F16A53">
            <w:pPr>
              <w:spacing w:after="0" w:line="228" w:lineRule="auto"/>
              <w:jc w:val="center"/>
              <w:rPr>
                <w:sz w:val="15"/>
                <w:szCs w:val="15"/>
              </w:rPr>
            </w:pPr>
            <w:r w:rsidRPr="00535AEF">
              <w:rPr>
                <w:color w:val="666666"/>
                <w:sz w:val="15"/>
                <w:szCs w:val="15"/>
              </w:rPr>
              <w:lastRenderedPageBreak/>
              <w:t>Firma autógrafa</w:t>
            </w:r>
          </w:p>
        </w:tc>
        <w:tc>
          <w:tcPr>
            <w:tcW w:w="5106" w:type="dxa"/>
            <w:gridSpan w:val="3"/>
            <w:vAlign w:val="bottom"/>
          </w:tcPr>
          <w:p w14:paraId="7D2A5783" w14:textId="66BD881D" w:rsidR="002C3B35" w:rsidRPr="00535AEF" w:rsidRDefault="002C3B35" w:rsidP="00F16A53">
            <w:pPr>
              <w:spacing w:after="0" w:line="228" w:lineRule="auto"/>
              <w:jc w:val="center"/>
              <w:rPr>
                <w:sz w:val="15"/>
                <w:szCs w:val="15"/>
              </w:rPr>
            </w:pPr>
            <w:r w:rsidRPr="00535AEF">
              <w:rPr>
                <w:color w:val="666666"/>
                <w:sz w:val="15"/>
                <w:szCs w:val="15"/>
              </w:rPr>
              <w:t>Sello</w:t>
            </w:r>
          </w:p>
        </w:tc>
      </w:tr>
    </w:tbl>
    <w:p w14:paraId="5FCA456E" w14:textId="77777777" w:rsidR="00EF0F62" w:rsidRDefault="00EF0F62" w:rsidP="00F16A53">
      <w:pPr>
        <w:spacing w:after="0" w:line="228" w:lineRule="auto"/>
        <w:rPr>
          <w:sz w:val="15"/>
          <w:szCs w:val="15"/>
        </w:rPr>
      </w:pPr>
    </w:p>
    <w:tbl>
      <w:tblPr>
        <w:tblStyle w:val="Tablaconcuadrcula"/>
        <w:tblW w:w="10051" w:type="dxa"/>
        <w:tblLayout w:type="fixed"/>
        <w:tblLook w:val="04A0" w:firstRow="1" w:lastRow="0" w:firstColumn="1" w:lastColumn="0" w:noHBand="0" w:noVBand="1"/>
      </w:tblPr>
      <w:tblGrid>
        <w:gridCol w:w="4365"/>
        <w:gridCol w:w="3126"/>
        <w:gridCol w:w="2560"/>
      </w:tblGrid>
      <w:tr w:rsidR="00D34664" w:rsidRPr="00535AEF" w14:paraId="7DE1F6EF" w14:textId="77777777" w:rsidTr="003E6006">
        <w:trPr>
          <w:cantSplit/>
          <w:trHeight w:val="86"/>
          <w:tblHeader/>
        </w:trPr>
        <w:tc>
          <w:tcPr>
            <w:tcW w:w="10051" w:type="dxa"/>
            <w:gridSpan w:val="3"/>
            <w:shd w:val="clear" w:color="auto" w:fill="000000" w:themeFill="text1"/>
            <w:tcMar>
              <w:top w:w="80" w:type="dxa"/>
              <w:left w:w="100" w:type="dxa"/>
              <w:bottom w:w="80" w:type="dxa"/>
              <w:right w:w="100" w:type="dxa"/>
            </w:tcMar>
            <w:vAlign w:val="center"/>
          </w:tcPr>
          <w:p w14:paraId="165CB6EA" w14:textId="7D445639" w:rsidR="00D34664" w:rsidRPr="00535AEF" w:rsidRDefault="00D34664" w:rsidP="00D34664">
            <w:pPr>
              <w:spacing w:after="0" w:line="228" w:lineRule="auto"/>
              <w:jc w:val="both"/>
              <w:rPr>
                <w:b/>
                <w:sz w:val="15"/>
                <w:szCs w:val="15"/>
              </w:rPr>
            </w:pPr>
            <w:r w:rsidRPr="00535AEF">
              <w:rPr>
                <w:b/>
                <w:sz w:val="15"/>
                <w:szCs w:val="15"/>
              </w:rPr>
              <w:t>7. Documentación que se integra</w:t>
            </w:r>
          </w:p>
        </w:tc>
      </w:tr>
      <w:tr w:rsidR="00D34664" w:rsidRPr="00535AEF" w14:paraId="481CE5C0" w14:textId="77777777" w:rsidTr="00B0368D">
        <w:trPr>
          <w:cantSplit/>
          <w:trHeight w:val="166"/>
          <w:tblHeader/>
        </w:trPr>
        <w:tc>
          <w:tcPr>
            <w:tcW w:w="4365" w:type="dxa"/>
            <w:shd w:val="clear" w:color="auto" w:fill="BFBFBF" w:themeFill="background1" w:themeFillShade="BF"/>
            <w:tcMar>
              <w:top w:w="80" w:type="dxa"/>
              <w:left w:w="100" w:type="dxa"/>
              <w:bottom w:w="80" w:type="dxa"/>
              <w:right w:w="100" w:type="dxa"/>
            </w:tcMar>
            <w:vAlign w:val="center"/>
          </w:tcPr>
          <w:p w14:paraId="3CD9C2F4" w14:textId="77777777" w:rsidR="00D34664" w:rsidRPr="00535AEF" w:rsidRDefault="00D34664" w:rsidP="008700ED">
            <w:pPr>
              <w:spacing w:after="0" w:line="228" w:lineRule="auto"/>
              <w:jc w:val="center"/>
              <w:rPr>
                <w:sz w:val="15"/>
                <w:szCs w:val="15"/>
              </w:rPr>
            </w:pPr>
            <w:r w:rsidRPr="00535AEF">
              <w:rPr>
                <w:b/>
                <w:sz w:val="15"/>
                <w:szCs w:val="15"/>
              </w:rPr>
              <w:t>Documento</w:t>
            </w:r>
          </w:p>
        </w:tc>
        <w:tc>
          <w:tcPr>
            <w:tcW w:w="3126" w:type="dxa"/>
            <w:shd w:val="clear" w:color="auto" w:fill="BFBFBF" w:themeFill="background1" w:themeFillShade="BF"/>
            <w:tcMar>
              <w:top w:w="80" w:type="dxa"/>
              <w:left w:w="100" w:type="dxa"/>
              <w:bottom w:w="80" w:type="dxa"/>
              <w:right w:w="100" w:type="dxa"/>
            </w:tcMar>
            <w:vAlign w:val="center"/>
          </w:tcPr>
          <w:p w14:paraId="0918D067" w14:textId="76FA3ED6" w:rsidR="00D34664" w:rsidRPr="00535AEF" w:rsidRDefault="00D34664" w:rsidP="008700ED">
            <w:pPr>
              <w:spacing w:after="0" w:line="228" w:lineRule="auto"/>
              <w:jc w:val="center"/>
              <w:rPr>
                <w:sz w:val="15"/>
                <w:szCs w:val="15"/>
              </w:rPr>
            </w:pPr>
            <w:r w:rsidRPr="00535AEF">
              <w:rPr>
                <w:b/>
                <w:sz w:val="15"/>
                <w:szCs w:val="15"/>
              </w:rPr>
              <w:t xml:space="preserve">Persona </w:t>
            </w:r>
            <w:r w:rsidR="00CC12A5">
              <w:rPr>
                <w:b/>
                <w:sz w:val="15"/>
                <w:szCs w:val="15"/>
              </w:rPr>
              <w:t>titular de la unidad de adscripción</w:t>
            </w:r>
          </w:p>
        </w:tc>
        <w:tc>
          <w:tcPr>
            <w:tcW w:w="2560" w:type="dxa"/>
            <w:shd w:val="clear" w:color="auto" w:fill="BFBFBF" w:themeFill="background1" w:themeFillShade="BF"/>
            <w:tcMar>
              <w:top w:w="80" w:type="dxa"/>
              <w:left w:w="100" w:type="dxa"/>
              <w:bottom w:w="80" w:type="dxa"/>
              <w:right w:w="100" w:type="dxa"/>
            </w:tcMar>
            <w:vAlign w:val="center"/>
          </w:tcPr>
          <w:p w14:paraId="17FFB704" w14:textId="45F9484F" w:rsidR="00D34664" w:rsidRPr="00535AEF" w:rsidRDefault="00000000" w:rsidP="008700ED">
            <w:pPr>
              <w:spacing w:after="0" w:line="228" w:lineRule="auto"/>
              <w:jc w:val="center"/>
              <w:rPr>
                <w:sz w:val="15"/>
                <w:szCs w:val="15"/>
              </w:rPr>
            </w:pPr>
            <w:sdt>
              <w:sdtPr>
                <w:rPr>
                  <w:rFonts w:cs="Arial"/>
                  <w:b/>
                  <w:bCs/>
                  <w:spacing w:val="-1"/>
                  <w:sz w:val="15"/>
                  <w:szCs w:val="15"/>
                  <w:highlight w:val="yellow"/>
                </w:rPr>
                <w:alias w:val="&lt;&lt;Seleccione (40.1)&gt;&gt;"/>
                <w:tag w:val="&lt;&lt;Seleccione (40.1)&gt;&gt;"/>
                <w:id w:val="1756932282"/>
                <w:placeholder>
                  <w:docPart w:val="735E60D24BE54582BC744403454C583E"/>
                </w:placeholder>
                <w15:color w:val="FF0000"/>
                <w:dropDownList>
                  <w:listItem w:displayText="&lt;&lt;Seleccione (40.1)&gt;&gt;" w:value="&lt;&lt;Seleccione (40.1)&gt;&gt;"/>
                  <w:listItem w:displayText="Persona entrante" w:value="Persona entrante"/>
                  <w:listItem w:displayText="Persona que recibe" w:value="Persona que recibe"/>
                </w:dropDownList>
              </w:sdtPr>
              <w:sdtContent>
                <w:r w:rsidR="00CC12A5">
                  <w:rPr>
                    <w:rFonts w:cs="Arial"/>
                    <w:b/>
                    <w:bCs/>
                    <w:spacing w:val="-1"/>
                    <w:sz w:val="15"/>
                    <w:szCs w:val="15"/>
                    <w:highlight w:val="yellow"/>
                  </w:rPr>
                  <w:t>&lt;&lt;Seleccione (40.1)&gt;&gt;</w:t>
                </w:r>
              </w:sdtContent>
            </w:sdt>
          </w:p>
        </w:tc>
      </w:tr>
      <w:tr w:rsidR="00D34664" w:rsidRPr="00535AEF" w14:paraId="27131F04" w14:textId="77777777" w:rsidTr="00B0368D">
        <w:trPr>
          <w:cantSplit/>
          <w:trHeight w:val="227"/>
        </w:trPr>
        <w:tc>
          <w:tcPr>
            <w:tcW w:w="4365" w:type="dxa"/>
            <w:tcMar>
              <w:top w:w="80" w:type="dxa"/>
              <w:left w:w="100" w:type="dxa"/>
              <w:bottom w:w="80" w:type="dxa"/>
              <w:right w:w="100" w:type="dxa"/>
            </w:tcMar>
            <w:vAlign w:val="center"/>
          </w:tcPr>
          <w:p w14:paraId="17A6D3AA" w14:textId="77777777" w:rsidR="00D34664" w:rsidRPr="00535AEF" w:rsidRDefault="00D34664" w:rsidP="008700ED">
            <w:pPr>
              <w:spacing w:after="0" w:line="228" w:lineRule="auto"/>
              <w:jc w:val="both"/>
              <w:rPr>
                <w:sz w:val="15"/>
                <w:szCs w:val="15"/>
              </w:rPr>
            </w:pPr>
            <w:r w:rsidRPr="00535AEF">
              <w:rPr>
                <w:color w:val="1F1F1F"/>
                <w:sz w:val="15"/>
                <w:szCs w:val="15"/>
              </w:rPr>
              <w:t>Identificación oficial vigente</w:t>
            </w:r>
          </w:p>
        </w:tc>
        <w:sdt>
          <w:sdtPr>
            <w:rPr>
              <w:sz w:val="15"/>
              <w:szCs w:val="15"/>
              <w:highlight w:val="yellow"/>
            </w:rPr>
            <w:alias w:val="&lt;&lt;Seleccione (41)&gt;&gt;"/>
            <w:tag w:val="&lt;&lt;Seleccione (41)&gt;&gt;"/>
            <w:id w:val="1335187821"/>
            <w:placeholder>
              <w:docPart w:val="9107E74B94AE4B38A9DC076D86581A91"/>
            </w:placeholder>
            <w15:color w:val="FF0000"/>
            <w:dropDownList>
              <w:listItem w:displayText="&lt;&lt;Seleccione (41)&gt;&gt;" w:value="&lt;&lt;Seleccione (41)&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3126" w:type="dxa"/>
                <w:tcMar>
                  <w:top w:w="80" w:type="dxa"/>
                  <w:left w:w="100" w:type="dxa"/>
                  <w:bottom w:w="80" w:type="dxa"/>
                  <w:right w:w="100" w:type="dxa"/>
                </w:tcMar>
                <w:vAlign w:val="center"/>
              </w:tcPr>
              <w:p w14:paraId="7612DD39" w14:textId="1162D5B1" w:rsidR="00D34664" w:rsidRPr="00535AEF" w:rsidRDefault="00205632" w:rsidP="008700ED">
                <w:pPr>
                  <w:spacing w:after="0" w:line="228" w:lineRule="auto"/>
                  <w:jc w:val="center"/>
                  <w:rPr>
                    <w:sz w:val="15"/>
                    <w:szCs w:val="15"/>
                    <w:highlight w:val="yellow"/>
                  </w:rPr>
                </w:pPr>
                <w:r w:rsidRPr="00535AEF">
                  <w:rPr>
                    <w:sz w:val="15"/>
                    <w:szCs w:val="15"/>
                    <w:highlight w:val="yellow"/>
                  </w:rPr>
                  <w:t>&lt;&lt;Seleccione (41)&gt;&gt;</w:t>
                </w:r>
              </w:p>
            </w:tc>
          </w:sdtContent>
        </w:sdt>
        <w:sdt>
          <w:sdtPr>
            <w:rPr>
              <w:sz w:val="15"/>
              <w:szCs w:val="15"/>
              <w:highlight w:val="yellow"/>
            </w:rPr>
            <w:alias w:val="&lt;&lt;Seleccione (49)&gt;&gt;"/>
            <w:tag w:val="&lt;&lt;Seleccione (49)&gt;&gt;"/>
            <w:id w:val="-720825146"/>
            <w:placeholder>
              <w:docPart w:val="37B335614234469799466AC8CB30EC3F"/>
            </w:placeholder>
            <w15:color w:val="FF0000"/>
            <w:dropDownList>
              <w:listItem w:displayText="&lt;&lt;Seleccione (49)&gt;&gt;" w:value="&lt;&lt;Seleccione (49)&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2560" w:type="dxa"/>
                <w:tcMar>
                  <w:top w:w="80" w:type="dxa"/>
                  <w:left w:w="100" w:type="dxa"/>
                  <w:bottom w:w="80" w:type="dxa"/>
                  <w:right w:w="100" w:type="dxa"/>
                </w:tcMar>
                <w:vAlign w:val="center"/>
              </w:tcPr>
              <w:p w14:paraId="4CBDC3F3" w14:textId="0BC3D350" w:rsidR="00D34664" w:rsidRPr="00535AEF" w:rsidRDefault="00AA65D9" w:rsidP="008700ED">
                <w:pPr>
                  <w:spacing w:after="0" w:line="228" w:lineRule="auto"/>
                  <w:jc w:val="center"/>
                  <w:rPr>
                    <w:sz w:val="15"/>
                    <w:szCs w:val="15"/>
                    <w:highlight w:val="yellow"/>
                  </w:rPr>
                </w:pPr>
                <w:r w:rsidRPr="00535AEF">
                  <w:rPr>
                    <w:sz w:val="15"/>
                    <w:szCs w:val="15"/>
                    <w:highlight w:val="yellow"/>
                  </w:rPr>
                  <w:t>&lt;&lt;Seleccione (49)&gt;&gt;</w:t>
                </w:r>
              </w:p>
            </w:tc>
          </w:sdtContent>
        </w:sdt>
      </w:tr>
      <w:tr w:rsidR="00D34664" w:rsidRPr="00535AEF" w14:paraId="52424361" w14:textId="77777777" w:rsidTr="00CC12A5">
        <w:trPr>
          <w:cantSplit/>
          <w:trHeight w:val="525"/>
        </w:trPr>
        <w:tc>
          <w:tcPr>
            <w:tcW w:w="4365" w:type="dxa"/>
            <w:tcMar>
              <w:top w:w="80" w:type="dxa"/>
              <w:left w:w="100" w:type="dxa"/>
              <w:bottom w:w="80" w:type="dxa"/>
              <w:right w:w="100" w:type="dxa"/>
            </w:tcMar>
            <w:vAlign w:val="center"/>
          </w:tcPr>
          <w:p w14:paraId="239998D9" w14:textId="7723A998" w:rsidR="00D34664" w:rsidRPr="00C66044" w:rsidRDefault="00CC12A5" w:rsidP="008700ED">
            <w:pPr>
              <w:spacing w:after="0" w:line="228" w:lineRule="auto"/>
              <w:jc w:val="both"/>
              <w:rPr>
                <w:color w:val="1F1F1F"/>
                <w:sz w:val="15"/>
                <w:szCs w:val="15"/>
              </w:rPr>
            </w:pPr>
            <w:r w:rsidRPr="00CC12A5">
              <w:rPr>
                <w:color w:val="1F1F1F"/>
                <w:sz w:val="15"/>
                <w:szCs w:val="15"/>
              </w:rPr>
              <w:t>Documento que acredita la titularidad de la unidad de adscripción</w:t>
            </w:r>
          </w:p>
        </w:tc>
        <w:sdt>
          <w:sdtPr>
            <w:rPr>
              <w:sz w:val="15"/>
              <w:szCs w:val="15"/>
              <w:highlight w:val="yellow"/>
            </w:rPr>
            <w:alias w:val="&lt;&lt;Seleccione (42)&gt;&gt;"/>
            <w:tag w:val="&lt;&lt;Seleccione (42)&gt;&gt;"/>
            <w:id w:val="596844328"/>
            <w:placeholder>
              <w:docPart w:val="0707EBADAFCB4D5E9E75A2446C5FE9B4"/>
            </w:placeholder>
            <w15:color w:val="FF0000"/>
            <w:dropDownList>
              <w:listItem w:displayText="&lt;&lt;Seleccione (42)&gt;&gt;" w:value="&lt;&lt;Seleccione (42)&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3126" w:type="dxa"/>
                <w:tcMar>
                  <w:top w:w="80" w:type="dxa"/>
                  <w:left w:w="100" w:type="dxa"/>
                  <w:bottom w:w="80" w:type="dxa"/>
                  <w:right w:w="100" w:type="dxa"/>
                </w:tcMar>
                <w:vAlign w:val="center"/>
              </w:tcPr>
              <w:p w14:paraId="56897FBE" w14:textId="5B6FAEEC" w:rsidR="00D34664" w:rsidRPr="00535AEF" w:rsidRDefault="00205632" w:rsidP="008700ED">
                <w:pPr>
                  <w:spacing w:after="0" w:line="228" w:lineRule="auto"/>
                  <w:jc w:val="center"/>
                  <w:rPr>
                    <w:sz w:val="15"/>
                    <w:szCs w:val="15"/>
                    <w:highlight w:val="yellow"/>
                  </w:rPr>
                </w:pPr>
                <w:r w:rsidRPr="00535AEF">
                  <w:rPr>
                    <w:sz w:val="15"/>
                    <w:szCs w:val="15"/>
                    <w:highlight w:val="yellow"/>
                  </w:rPr>
                  <w:t>&lt;&lt;Seleccione (42)&gt;&gt;</w:t>
                </w:r>
              </w:p>
            </w:tc>
          </w:sdtContent>
        </w:sdt>
        <w:tc>
          <w:tcPr>
            <w:tcW w:w="2560" w:type="dxa"/>
            <w:tcBorders>
              <w:tr2bl w:val="single" w:sz="4" w:space="0" w:color="FFFFFF"/>
            </w:tcBorders>
            <w:shd w:val="clear" w:color="auto" w:fill="000000" w:themeFill="text1"/>
            <w:tcMar>
              <w:top w:w="80" w:type="dxa"/>
              <w:left w:w="100" w:type="dxa"/>
              <w:bottom w:w="80" w:type="dxa"/>
              <w:right w:w="100" w:type="dxa"/>
            </w:tcMar>
            <w:vAlign w:val="center"/>
          </w:tcPr>
          <w:p w14:paraId="73F67DBA" w14:textId="70B34CE5" w:rsidR="00D34664" w:rsidRPr="00535AEF" w:rsidRDefault="00D34664" w:rsidP="008700ED">
            <w:pPr>
              <w:spacing w:after="0" w:line="228" w:lineRule="auto"/>
              <w:jc w:val="center"/>
              <w:rPr>
                <w:sz w:val="15"/>
                <w:szCs w:val="15"/>
              </w:rPr>
            </w:pPr>
          </w:p>
        </w:tc>
      </w:tr>
      <w:tr w:rsidR="00CC12A5" w:rsidRPr="00535AEF" w14:paraId="176E61A8" w14:textId="77777777" w:rsidTr="00CC12A5">
        <w:trPr>
          <w:cantSplit/>
          <w:trHeight w:val="525"/>
        </w:trPr>
        <w:tc>
          <w:tcPr>
            <w:tcW w:w="4365" w:type="dxa"/>
            <w:tcMar>
              <w:top w:w="80" w:type="dxa"/>
              <w:left w:w="100" w:type="dxa"/>
              <w:bottom w:w="80" w:type="dxa"/>
              <w:right w:w="100" w:type="dxa"/>
            </w:tcMar>
            <w:vAlign w:val="center"/>
          </w:tcPr>
          <w:p w14:paraId="6C9EDE86" w14:textId="507CB368" w:rsidR="00CC12A5" w:rsidRPr="00CC12A5" w:rsidRDefault="00CC12A5" w:rsidP="008700ED">
            <w:pPr>
              <w:spacing w:after="0" w:line="228" w:lineRule="auto"/>
              <w:jc w:val="both"/>
              <w:rPr>
                <w:color w:val="1F1F1F"/>
                <w:sz w:val="15"/>
                <w:szCs w:val="15"/>
              </w:rPr>
            </w:pPr>
            <w:r>
              <w:rPr>
                <w:color w:val="1F1F1F"/>
                <w:sz w:val="15"/>
                <w:szCs w:val="15"/>
              </w:rPr>
              <w:t>D</w:t>
            </w:r>
            <w:r w:rsidRPr="00CC12A5">
              <w:rPr>
                <w:color w:val="1F1F1F"/>
                <w:sz w:val="15"/>
                <w:szCs w:val="15"/>
              </w:rPr>
              <w:t>ocumento que acredita el nombramiento o la determinación de quien recibe</w:t>
            </w:r>
          </w:p>
        </w:tc>
        <w:tc>
          <w:tcPr>
            <w:tcW w:w="3126" w:type="dxa"/>
            <w:tcBorders>
              <w:tr2bl w:val="single" w:sz="4" w:space="0" w:color="FFFFFF"/>
            </w:tcBorders>
            <w:shd w:val="clear" w:color="auto" w:fill="000000" w:themeFill="text1"/>
            <w:tcMar>
              <w:top w:w="80" w:type="dxa"/>
              <w:left w:w="100" w:type="dxa"/>
              <w:bottom w:w="80" w:type="dxa"/>
              <w:right w:w="100" w:type="dxa"/>
            </w:tcMar>
            <w:vAlign w:val="center"/>
          </w:tcPr>
          <w:p w14:paraId="25CBAD8C" w14:textId="77777777" w:rsidR="00CC12A5" w:rsidRDefault="00CC12A5" w:rsidP="008700ED">
            <w:pPr>
              <w:spacing w:after="0" w:line="228" w:lineRule="auto"/>
              <w:jc w:val="center"/>
              <w:rPr>
                <w:sz w:val="15"/>
                <w:szCs w:val="15"/>
                <w:highlight w:val="yellow"/>
              </w:rPr>
            </w:pPr>
          </w:p>
        </w:tc>
        <w:sdt>
          <w:sdtPr>
            <w:rPr>
              <w:sz w:val="15"/>
              <w:szCs w:val="15"/>
              <w:highlight w:val="yellow"/>
            </w:rPr>
            <w:alias w:val="&lt;&lt;Seleccione (50)&gt;&gt;"/>
            <w:tag w:val="&lt;&lt;Seleccione (50)&gt;&gt;"/>
            <w:id w:val="1448284035"/>
            <w:placeholder>
              <w:docPart w:val="0C1FC2A1D1A0472FB9C09F2E65E93BA0"/>
            </w:placeholder>
            <w15:color w:val="FF0000"/>
            <w:dropDownList>
              <w:listItem w:displayText="&lt;&lt;Seleccione (50)&gt;&gt;" w:value="&lt;&lt;Seleccione (50)&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2560" w:type="dxa"/>
                <w:tcMar>
                  <w:top w:w="80" w:type="dxa"/>
                  <w:left w:w="100" w:type="dxa"/>
                  <w:bottom w:w="80" w:type="dxa"/>
                  <w:right w:w="100" w:type="dxa"/>
                </w:tcMar>
                <w:vAlign w:val="center"/>
              </w:tcPr>
              <w:p w14:paraId="11CD98DF" w14:textId="7A6BFCAE" w:rsidR="00CC12A5" w:rsidRDefault="00CC12A5" w:rsidP="008700ED">
                <w:pPr>
                  <w:spacing w:after="0" w:line="228" w:lineRule="auto"/>
                  <w:jc w:val="center"/>
                  <w:rPr>
                    <w:sz w:val="15"/>
                    <w:szCs w:val="15"/>
                    <w:highlight w:val="yellow"/>
                  </w:rPr>
                </w:pPr>
                <w:r>
                  <w:rPr>
                    <w:sz w:val="15"/>
                    <w:szCs w:val="15"/>
                    <w:highlight w:val="yellow"/>
                  </w:rPr>
                  <w:t>&lt;&lt;Seleccione (50)&gt;&gt;</w:t>
                </w:r>
              </w:p>
            </w:tc>
          </w:sdtContent>
        </w:sdt>
      </w:tr>
      <w:tr w:rsidR="00D34664" w:rsidRPr="00535AEF" w14:paraId="25891FFC" w14:textId="77777777" w:rsidTr="00B0368D">
        <w:trPr>
          <w:cantSplit/>
          <w:trHeight w:val="292"/>
        </w:trPr>
        <w:tc>
          <w:tcPr>
            <w:tcW w:w="4365" w:type="dxa"/>
            <w:tcMar>
              <w:top w:w="80" w:type="dxa"/>
              <w:left w:w="100" w:type="dxa"/>
              <w:bottom w:w="80" w:type="dxa"/>
              <w:right w:w="100" w:type="dxa"/>
            </w:tcMar>
            <w:vAlign w:val="center"/>
          </w:tcPr>
          <w:p w14:paraId="531FAEFD" w14:textId="697584FC" w:rsidR="00D34664" w:rsidRPr="00535AEF" w:rsidRDefault="00CC12A5" w:rsidP="008700ED">
            <w:pPr>
              <w:spacing w:after="0" w:line="228" w:lineRule="auto"/>
              <w:jc w:val="both"/>
              <w:rPr>
                <w:sz w:val="15"/>
                <w:szCs w:val="15"/>
              </w:rPr>
            </w:pPr>
            <w:r w:rsidRPr="00CC12A5">
              <w:rPr>
                <w:color w:val="1F1F1F"/>
                <w:sz w:val="15"/>
                <w:szCs w:val="15"/>
              </w:rPr>
              <w:t>Documento que acredita</w:t>
            </w:r>
            <w:r>
              <w:rPr>
                <w:color w:val="1F1F1F"/>
                <w:sz w:val="15"/>
                <w:szCs w:val="15"/>
              </w:rPr>
              <w:t xml:space="preserve"> </w:t>
            </w:r>
            <w:r w:rsidRPr="00CC12A5">
              <w:rPr>
                <w:color w:val="1F1F1F"/>
                <w:sz w:val="15"/>
                <w:szCs w:val="15"/>
              </w:rPr>
              <w:t>el fallecimiento o la incapacidad</w:t>
            </w:r>
          </w:p>
        </w:tc>
        <w:sdt>
          <w:sdtPr>
            <w:rPr>
              <w:sz w:val="15"/>
              <w:szCs w:val="15"/>
              <w:highlight w:val="yellow"/>
            </w:rPr>
            <w:alias w:val="&lt;&lt;Seleccione (43)&gt;&gt;"/>
            <w:tag w:val="&lt;&lt;Seleccione (43)&gt;&gt;"/>
            <w:id w:val="-947303942"/>
            <w:placeholder>
              <w:docPart w:val="C52C77A843EC4A89B2994D3DF932D9C3"/>
            </w:placeholder>
            <w15:color w:val="FF0000"/>
            <w:dropDownList>
              <w:listItem w:displayText="&lt;&lt;Seleccione (43)&gt;&gt;" w:value="&lt;&lt;Seleccione (43)&gt;&gt;"/>
              <w:listItem w:displayText="Se integra el documento que acredita la separación, el fallecimiento o la incapacidad" w:value="Se integra el documento que acredita la separación, el fallecimiento o la incapacidad"/>
              <w:listItem w:displayText="Se integra copia simple del documento disponible y se identifica el original en observaciones" w:value="Se integra copia simple del documento disponible y se identifica el original en observaciones"/>
              <w:listItem w:displayText="No se cuenta con documento distinto del acta circunstanciada de hechos; se explica la circunstancia en observaciones" w:value="No se cuenta con documento distinto del acta circunstanciada de hechos; se explica la circunstancia en observaciones"/>
            </w:dropDownList>
          </w:sdtPr>
          <w:sdtContent>
            <w:tc>
              <w:tcPr>
                <w:tcW w:w="3126" w:type="dxa"/>
                <w:tcMar>
                  <w:top w:w="80" w:type="dxa"/>
                  <w:left w:w="100" w:type="dxa"/>
                  <w:bottom w:w="80" w:type="dxa"/>
                  <w:right w:w="100" w:type="dxa"/>
                </w:tcMar>
                <w:vAlign w:val="center"/>
              </w:tcPr>
              <w:p w14:paraId="0188F615" w14:textId="6856CBCD" w:rsidR="00D34664" w:rsidRPr="00535AEF" w:rsidRDefault="00205632" w:rsidP="008700ED">
                <w:pPr>
                  <w:spacing w:after="0" w:line="228" w:lineRule="auto"/>
                  <w:jc w:val="center"/>
                  <w:rPr>
                    <w:sz w:val="15"/>
                    <w:szCs w:val="15"/>
                    <w:highlight w:val="yellow"/>
                  </w:rPr>
                </w:pPr>
                <w:r w:rsidRPr="00535AEF">
                  <w:rPr>
                    <w:sz w:val="15"/>
                    <w:szCs w:val="15"/>
                    <w:highlight w:val="yellow"/>
                  </w:rPr>
                  <w:t>&lt;&lt;Seleccione (43)&gt;&gt;</w:t>
                </w:r>
              </w:p>
            </w:tc>
          </w:sdtContent>
        </w:sdt>
        <w:tc>
          <w:tcPr>
            <w:tcW w:w="2560" w:type="dxa"/>
            <w:tcBorders>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7E5532C1" w14:textId="77777777" w:rsidR="00D34664" w:rsidRPr="00535AEF" w:rsidRDefault="00D34664" w:rsidP="008700ED">
            <w:pPr>
              <w:spacing w:after="0" w:line="228" w:lineRule="auto"/>
              <w:jc w:val="center"/>
              <w:rPr>
                <w:sz w:val="15"/>
                <w:szCs w:val="15"/>
              </w:rPr>
            </w:pPr>
          </w:p>
        </w:tc>
      </w:tr>
      <w:tr w:rsidR="00B0368D" w:rsidRPr="00535AEF" w14:paraId="1EC789AE" w14:textId="77777777" w:rsidTr="00B0368D">
        <w:trPr>
          <w:cantSplit/>
          <w:trHeight w:val="292"/>
        </w:trPr>
        <w:tc>
          <w:tcPr>
            <w:tcW w:w="4365" w:type="dxa"/>
            <w:tcMar>
              <w:top w:w="80" w:type="dxa"/>
              <w:left w:w="100" w:type="dxa"/>
              <w:bottom w:w="80" w:type="dxa"/>
              <w:right w:w="100" w:type="dxa"/>
            </w:tcMar>
            <w:vAlign w:val="center"/>
          </w:tcPr>
          <w:p w14:paraId="43747E3A" w14:textId="4812FA5B" w:rsidR="00B0368D" w:rsidRPr="00C66044" w:rsidRDefault="00CC12A5" w:rsidP="008700ED">
            <w:pPr>
              <w:spacing w:after="0" w:line="228" w:lineRule="auto"/>
              <w:jc w:val="both"/>
              <w:rPr>
                <w:color w:val="1F1F1F"/>
                <w:sz w:val="15"/>
                <w:szCs w:val="15"/>
              </w:rPr>
            </w:pPr>
            <w:r w:rsidRPr="00CC12A5">
              <w:rPr>
                <w:color w:val="1F1F1F"/>
                <w:sz w:val="15"/>
                <w:szCs w:val="15"/>
              </w:rPr>
              <w:t>Acta circunstanciada de hechos instrumentada con motivo de la entrega extraordinaria</w:t>
            </w:r>
          </w:p>
        </w:tc>
        <w:tc>
          <w:tcPr>
            <w:tcW w:w="3126" w:type="dxa"/>
            <w:tcMar>
              <w:top w:w="80" w:type="dxa"/>
              <w:left w:w="100" w:type="dxa"/>
              <w:bottom w:w="80" w:type="dxa"/>
              <w:right w:w="100" w:type="dxa"/>
            </w:tcMar>
            <w:vAlign w:val="center"/>
          </w:tcPr>
          <w:sdt>
            <w:sdtPr>
              <w:rPr>
                <w:sz w:val="15"/>
                <w:szCs w:val="15"/>
                <w:highlight w:val="yellow"/>
              </w:rPr>
              <w:alias w:val="&lt;&lt;Seleccione (43.1)&gt;&gt;"/>
              <w:tag w:val="&lt;&lt;Seleccione (43.1)&gt;&gt;"/>
              <w:id w:val="1228881015"/>
              <w:placeholder>
                <w:docPart w:val="DefaultPlaceholder_-1854013438"/>
              </w:placeholder>
              <w15:color w:val="FF0000"/>
              <w:dropDownList>
                <w:listItem w:displayText="&lt;&lt;Seleccione (43.1)&gt;&gt;" w:value="&lt;&lt;Seleccione (43.1)&gt;&gt;"/>
                <w:listItem w:displayText="Se integra el acta circunstanciada de hechos en la forma prevista en el artículo 42 del Reglamento" w:value="Se integra el acta circunstanciada de hechos en la forma prevista en el artículo 42 del Reglamento"/>
                <w:listItem w:displayText="No se integra el acta circunstanciada de hechos; se explica la causa en observaciones" w:value="No se integra el acta circunstanciada de hechos; se explica la causa en observaciones"/>
              </w:dropDownList>
            </w:sdtPr>
            <w:sdtContent>
              <w:p w14:paraId="671B546E" w14:textId="533B4A56" w:rsidR="00B0368D" w:rsidRPr="00535AEF" w:rsidRDefault="00B0368D" w:rsidP="008700ED">
                <w:pPr>
                  <w:spacing w:after="0" w:line="228" w:lineRule="auto"/>
                  <w:jc w:val="center"/>
                  <w:rPr>
                    <w:sz w:val="15"/>
                    <w:szCs w:val="15"/>
                    <w:highlight w:val="yellow"/>
                  </w:rPr>
                </w:pPr>
                <w:r w:rsidRPr="009672E8">
                  <w:rPr>
                    <w:sz w:val="15"/>
                    <w:szCs w:val="15"/>
                    <w:highlight w:val="yellow"/>
                  </w:rPr>
                  <w:t>&lt;&lt;Seleccione (43.1)&gt;&gt;</w:t>
                </w:r>
              </w:p>
            </w:sdtContent>
          </w:sdt>
        </w:tc>
        <w:tc>
          <w:tcPr>
            <w:tcW w:w="2560" w:type="dxa"/>
            <w:tcBorders>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1E82E63E" w14:textId="77777777" w:rsidR="00B0368D" w:rsidRPr="00535AEF" w:rsidRDefault="00B0368D" w:rsidP="008700ED">
            <w:pPr>
              <w:spacing w:after="0" w:line="228" w:lineRule="auto"/>
              <w:jc w:val="center"/>
              <w:rPr>
                <w:sz w:val="15"/>
                <w:szCs w:val="15"/>
              </w:rPr>
            </w:pPr>
          </w:p>
        </w:tc>
      </w:tr>
      <w:tr w:rsidR="00CC12A5" w:rsidRPr="00535AEF" w14:paraId="258CF147" w14:textId="77777777" w:rsidTr="00B0368D">
        <w:trPr>
          <w:cantSplit/>
          <w:trHeight w:val="292"/>
        </w:trPr>
        <w:tc>
          <w:tcPr>
            <w:tcW w:w="4365" w:type="dxa"/>
            <w:tcMar>
              <w:top w:w="80" w:type="dxa"/>
              <w:left w:w="100" w:type="dxa"/>
              <w:bottom w:w="80" w:type="dxa"/>
              <w:right w:w="100" w:type="dxa"/>
            </w:tcMar>
            <w:vAlign w:val="center"/>
          </w:tcPr>
          <w:p w14:paraId="02F84375" w14:textId="4AB4A730" w:rsidR="00CC12A5" w:rsidRPr="00CC12A5" w:rsidRDefault="00CC12A5" w:rsidP="008700ED">
            <w:pPr>
              <w:spacing w:after="0" w:line="228" w:lineRule="auto"/>
              <w:jc w:val="both"/>
              <w:rPr>
                <w:color w:val="1F1F1F"/>
                <w:sz w:val="15"/>
                <w:szCs w:val="15"/>
              </w:rPr>
            </w:pPr>
            <w:r w:rsidRPr="00CC12A5">
              <w:rPr>
                <w:color w:val="1F1F1F"/>
                <w:sz w:val="15"/>
                <w:szCs w:val="15"/>
              </w:rPr>
              <w:t>Formato de entrega simplificada temporal antecedente, exclusivamente cuando la persona imposibilitada sea una PERSONA QUE ENTREGA</w:t>
            </w:r>
          </w:p>
        </w:tc>
        <w:sdt>
          <w:sdtPr>
            <w:rPr>
              <w:sz w:val="15"/>
              <w:szCs w:val="15"/>
              <w:highlight w:val="yellow"/>
            </w:rPr>
            <w:alias w:val="&lt;&lt;Seleccione (44)&gt;&gt;"/>
            <w:tag w:val="&lt;&lt;Seleccione (44)&gt;&gt;"/>
            <w:id w:val="-67198154"/>
            <w:placeholder>
              <w:docPart w:val="1D8047BA824544E6BCAD8DA8BA057080"/>
            </w:placeholder>
            <w15:color w:val="FF0000"/>
            <w:dropDownList>
              <w:listItem w:displayText="&lt;&lt;Seleccione (44)&gt;&gt;" w:value="&lt;&lt;Seleccione (44)&gt;&gt;"/>
              <w:listItem w:displayText="No aplica, porque la persona imposibilitada era una PERSONA SALIENTE" w:value="No aplica, porque la persona imposibilitada era una PERSONA SALIENTE"/>
              <w:listItem w:displayText="Se integra copia del formato de entrega simplificada temporal antecedente" w:value="Se integra copia del formato de entrega simplificada temporal antecedente"/>
              <w:listItem w:displayText="No se integra copia, pero se identifica su folio y ubicación institucional en observaciones" w:value="No se integra copia, pero se identifica su folio y ubicación institucional en observaciones"/>
              <w:listItem w:displayText="No se localizó el formato de entrega simplificada temporal antecedente; se explica la circunstancia en observaciones" w:value="No se localizó el formato de entrega simplificada temporal antecedente; se explica la circunstancia en observaciones"/>
            </w:dropDownList>
          </w:sdtPr>
          <w:sdtContent>
            <w:tc>
              <w:tcPr>
                <w:tcW w:w="3126" w:type="dxa"/>
                <w:tcMar>
                  <w:top w:w="80" w:type="dxa"/>
                  <w:left w:w="100" w:type="dxa"/>
                  <w:bottom w:w="80" w:type="dxa"/>
                  <w:right w:w="100" w:type="dxa"/>
                </w:tcMar>
                <w:vAlign w:val="center"/>
              </w:tcPr>
              <w:p w14:paraId="09408040" w14:textId="0A967F7A" w:rsidR="00CC12A5" w:rsidRDefault="00CC12A5" w:rsidP="008700ED">
                <w:pPr>
                  <w:spacing w:after="0" w:line="228" w:lineRule="auto"/>
                  <w:jc w:val="center"/>
                  <w:rPr>
                    <w:sz w:val="15"/>
                    <w:szCs w:val="15"/>
                    <w:highlight w:val="yellow"/>
                  </w:rPr>
                </w:pPr>
                <w:r>
                  <w:rPr>
                    <w:sz w:val="15"/>
                    <w:szCs w:val="15"/>
                    <w:highlight w:val="yellow"/>
                  </w:rPr>
                  <w:t>&lt;&lt;Seleccione (44)&gt;&gt;</w:t>
                </w:r>
              </w:p>
            </w:tc>
          </w:sdtContent>
        </w:sdt>
        <w:tc>
          <w:tcPr>
            <w:tcW w:w="2560" w:type="dxa"/>
            <w:tcBorders>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0A84D931" w14:textId="77777777" w:rsidR="00CC12A5" w:rsidRPr="00535AEF" w:rsidRDefault="00CC12A5" w:rsidP="008700ED">
            <w:pPr>
              <w:spacing w:after="0" w:line="228" w:lineRule="auto"/>
              <w:jc w:val="center"/>
              <w:rPr>
                <w:sz w:val="15"/>
                <w:szCs w:val="15"/>
              </w:rPr>
            </w:pPr>
          </w:p>
        </w:tc>
      </w:tr>
      <w:tr w:rsidR="00D34664" w:rsidRPr="00535AEF" w14:paraId="4ACEE3A7" w14:textId="77777777" w:rsidTr="00CC12A5">
        <w:trPr>
          <w:cantSplit/>
          <w:trHeight w:val="292"/>
        </w:trPr>
        <w:tc>
          <w:tcPr>
            <w:tcW w:w="4365" w:type="dxa"/>
            <w:tcMar>
              <w:top w:w="80" w:type="dxa"/>
              <w:left w:w="100" w:type="dxa"/>
              <w:bottom w:w="80" w:type="dxa"/>
              <w:right w:w="100" w:type="dxa"/>
            </w:tcMar>
            <w:vAlign w:val="center"/>
          </w:tcPr>
          <w:p w14:paraId="189CCDF5" w14:textId="77777777" w:rsidR="00D34664" w:rsidRPr="00535AEF" w:rsidRDefault="00D34664" w:rsidP="008700ED">
            <w:pPr>
              <w:spacing w:after="0" w:line="228" w:lineRule="auto"/>
              <w:jc w:val="both"/>
              <w:rPr>
                <w:sz w:val="15"/>
                <w:szCs w:val="15"/>
              </w:rPr>
            </w:pPr>
            <w:r w:rsidRPr="00535AEF">
              <w:rPr>
                <w:color w:val="1F1F1F"/>
                <w:sz w:val="15"/>
                <w:szCs w:val="15"/>
              </w:rPr>
              <w:t>Comprobante de domicilio actual, distinto del laboral y con antigüedad no mayor a dos meses</w:t>
            </w:r>
          </w:p>
        </w:tc>
        <w:tc>
          <w:tcPr>
            <w:tcW w:w="3126" w:type="dxa"/>
            <w:tcBorders>
              <w:tr2bl w:val="single" w:sz="4" w:space="0" w:color="FFFFFF"/>
            </w:tcBorders>
            <w:shd w:val="clear" w:color="auto" w:fill="000000" w:themeFill="text1"/>
            <w:tcMar>
              <w:top w:w="80" w:type="dxa"/>
              <w:left w:w="100" w:type="dxa"/>
              <w:bottom w:w="80" w:type="dxa"/>
              <w:right w:w="100" w:type="dxa"/>
            </w:tcMar>
            <w:vAlign w:val="center"/>
          </w:tcPr>
          <w:p w14:paraId="5295E773" w14:textId="100A4386" w:rsidR="00D34664" w:rsidRPr="00535AEF" w:rsidRDefault="00D34664" w:rsidP="008700ED">
            <w:pPr>
              <w:spacing w:after="0" w:line="228" w:lineRule="auto"/>
              <w:jc w:val="center"/>
              <w:rPr>
                <w:sz w:val="15"/>
                <w:szCs w:val="15"/>
                <w:highlight w:val="yellow"/>
              </w:rPr>
            </w:pPr>
          </w:p>
        </w:tc>
        <w:sdt>
          <w:sdtPr>
            <w:rPr>
              <w:sz w:val="15"/>
              <w:szCs w:val="15"/>
              <w:highlight w:val="yellow"/>
            </w:rPr>
            <w:alias w:val="&lt;&lt;Seleccione (51)&gt;&gt;"/>
            <w:tag w:val="&lt;&lt;Seleccione (51)&gt;&gt;"/>
            <w:id w:val="1578937922"/>
            <w:placeholder>
              <w:docPart w:val="71D9A6A93B8E4A1FBFDABA027A3F73A9"/>
            </w:placeholder>
            <w15:color w:val="FF0000"/>
            <w:dropDownList>
              <w:listItem w:displayText="&lt;&lt;Seleccione (51)&gt;&gt;" w:value="&lt;&lt;Seleccione (51)&gt;&gt;"/>
              <w:listItem w:displayText="Sí se exhibe original y agrega copia simple" w:value="Sí se exhibe original y agrega copia simple"/>
              <w:listItem w:displayText="No exhibe original, pero agrega copia simple" w:value="No exhibe original, pero agrega copia simple"/>
              <w:listItem w:displayText="Exhibe original, pero no entrega copia simple" w:value="Exhibe original, pero no entrega copia simple"/>
              <w:listItem w:displayText="No exhibe original ni entrega copia simple" w:value="No exhibe original ni entrega copia simple"/>
            </w:dropDownList>
          </w:sdtPr>
          <w:sdtContent>
            <w:tc>
              <w:tcPr>
                <w:tcW w:w="2560" w:type="dxa"/>
                <w:tcBorders>
                  <w:top w:val="single" w:sz="4" w:space="0" w:color="FFFFFF" w:themeColor="background1"/>
                </w:tcBorders>
                <w:tcMar>
                  <w:top w:w="80" w:type="dxa"/>
                  <w:left w:w="100" w:type="dxa"/>
                  <w:bottom w:w="80" w:type="dxa"/>
                  <w:right w:w="100" w:type="dxa"/>
                </w:tcMar>
                <w:vAlign w:val="center"/>
              </w:tcPr>
              <w:p w14:paraId="5BDD1080" w14:textId="29292DC4" w:rsidR="00D34664" w:rsidRPr="00535AEF" w:rsidRDefault="00AA65D9" w:rsidP="008700ED">
                <w:pPr>
                  <w:spacing w:after="0" w:line="228" w:lineRule="auto"/>
                  <w:jc w:val="center"/>
                  <w:rPr>
                    <w:sz w:val="15"/>
                    <w:szCs w:val="15"/>
                  </w:rPr>
                </w:pPr>
                <w:r w:rsidRPr="00535AEF">
                  <w:rPr>
                    <w:sz w:val="15"/>
                    <w:szCs w:val="15"/>
                    <w:highlight w:val="yellow"/>
                  </w:rPr>
                  <w:t>&lt;&lt;Seleccione (51)&gt;&gt;</w:t>
                </w:r>
              </w:p>
            </w:tc>
          </w:sdtContent>
        </w:sdt>
      </w:tr>
      <w:tr w:rsidR="00D34664" w:rsidRPr="00535AEF" w14:paraId="337CF785" w14:textId="77777777" w:rsidTr="00B0368D">
        <w:trPr>
          <w:cantSplit/>
          <w:trHeight w:val="510"/>
        </w:trPr>
        <w:tc>
          <w:tcPr>
            <w:tcW w:w="4365" w:type="dxa"/>
            <w:tcMar>
              <w:top w:w="80" w:type="dxa"/>
              <w:left w:w="100" w:type="dxa"/>
              <w:bottom w:w="80" w:type="dxa"/>
              <w:right w:w="100" w:type="dxa"/>
            </w:tcMar>
            <w:vAlign w:val="center"/>
          </w:tcPr>
          <w:p w14:paraId="7E005FBF" w14:textId="2CAEA1A4" w:rsidR="00D34664" w:rsidRPr="00535AEF" w:rsidRDefault="00CC12A5" w:rsidP="008700ED">
            <w:pPr>
              <w:spacing w:after="0" w:line="228" w:lineRule="auto"/>
              <w:jc w:val="both"/>
              <w:rPr>
                <w:sz w:val="15"/>
                <w:szCs w:val="15"/>
              </w:rPr>
            </w:pPr>
            <w:r w:rsidRPr="00CC12A5">
              <w:rPr>
                <w:color w:val="1F1F1F"/>
                <w:sz w:val="15"/>
                <w:szCs w:val="15"/>
              </w:rPr>
              <w:t>Constancia de no adeudo patrimonial o acuse de solicitud correspondiente a la persona imposibilitada</w:t>
            </w:r>
          </w:p>
        </w:tc>
        <w:sdt>
          <w:sdtPr>
            <w:rPr>
              <w:sz w:val="15"/>
              <w:szCs w:val="15"/>
              <w:highlight w:val="yellow"/>
            </w:rPr>
            <w:alias w:val="&lt;&lt;Seleccione (45)&gt;&gt;"/>
            <w:tag w:val="&lt;&lt;Seleccione (45)&gt;&gt;"/>
            <w:id w:val="-1297838380"/>
            <w:placeholder>
              <w:docPart w:val="406C24BA7C664AE198BBFAD1B883BFD4"/>
            </w:placeholder>
            <w15:color w:val="FF0000"/>
            <w:dropDownList>
              <w:listItem w:displayText="&lt;&lt;Seleccione (45)&gt;&gt;" w:value="&lt;&lt;Seleccione (45)&gt;&gt;"/>
              <w:listItem w:displayText="Se integra constancia de no adeudo patrimonial" w:value="Se integra constancia de no adeudo patrimonial"/>
              <w:listItem w:displayText="La constancia se encuentra en trámite y se integra el acuse de solicitud" w:value="La constancia se encuentra en trámite y se integra el acuse de solicitud"/>
              <w:listItem w:displayText="Se identificó un adeudo patrimonial y se integra el soporte correspondiente" w:value="Se identificó un adeudo patrimonial y se integra el soporte correspondiente"/>
              <w:listItem w:displayText="No se cuenta con constancia, acuse ni información suficiente; se explica la circunstancia en observaciones" w:value="No se cuenta con constancia, acuse ni información suficiente; se explica la circunstancia en observaciones"/>
            </w:dropDownList>
          </w:sdtPr>
          <w:sdtContent>
            <w:tc>
              <w:tcPr>
                <w:tcW w:w="3126" w:type="dxa"/>
                <w:tcMar>
                  <w:top w:w="80" w:type="dxa"/>
                  <w:left w:w="100" w:type="dxa"/>
                  <w:bottom w:w="80" w:type="dxa"/>
                  <w:right w:w="100" w:type="dxa"/>
                </w:tcMar>
                <w:vAlign w:val="center"/>
              </w:tcPr>
              <w:p w14:paraId="6F6619AC" w14:textId="0078F7CB" w:rsidR="00D34664" w:rsidRPr="00535AEF" w:rsidRDefault="00205632" w:rsidP="008700ED">
                <w:pPr>
                  <w:spacing w:after="0" w:line="228" w:lineRule="auto"/>
                  <w:jc w:val="center"/>
                  <w:rPr>
                    <w:sz w:val="15"/>
                    <w:szCs w:val="15"/>
                    <w:highlight w:val="yellow"/>
                  </w:rPr>
                </w:pPr>
                <w:r w:rsidRPr="00535AEF">
                  <w:rPr>
                    <w:sz w:val="15"/>
                    <w:szCs w:val="15"/>
                    <w:highlight w:val="yellow"/>
                  </w:rPr>
                  <w:t>&lt;&lt;Seleccione (45)&gt;&gt;</w:t>
                </w:r>
              </w:p>
            </w:tc>
          </w:sdtContent>
        </w:sdt>
        <w:tc>
          <w:tcPr>
            <w:tcW w:w="2560" w:type="dxa"/>
            <w:tcBorders>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3AF3BBEB" w14:textId="77777777" w:rsidR="00D34664" w:rsidRPr="00535AEF" w:rsidRDefault="00D34664" w:rsidP="008700ED">
            <w:pPr>
              <w:spacing w:after="0" w:line="228" w:lineRule="auto"/>
              <w:jc w:val="center"/>
              <w:rPr>
                <w:sz w:val="15"/>
                <w:szCs w:val="15"/>
              </w:rPr>
            </w:pPr>
          </w:p>
        </w:tc>
      </w:tr>
      <w:tr w:rsidR="00D34664" w:rsidRPr="00535AEF" w14:paraId="25559DFB" w14:textId="77777777" w:rsidTr="00B0368D">
        <w:trPr>
          <w:cantSplit/>
          <w:trHeight w:val="493"/>
        </w:trPr>
        <w:tc>
          <w:tcPr>
            <w:tcW w:w="4365" w:type="dxa"/>
            <w:tcMar>
              <w:top w:w="80" w:type="dxa"/>
              <w:left w:w="100" w:type="dxa"/>
              <w:bottom w:w="80" w:type="dxa"/>
              <w:right w:w="100" w:type="dxa"/>
            </w:tcMar>
            <w:vAlign w:val="center"/>
          </w:tcPr>
          <w:p w14:paraId="5C30784A" w14:textId="1054343A" w:rsidR="00D34664" w:rsidRPr="00535AEF" w:rsidRDefault="00CC12A5" w:rsidP="008700ED">
            <w:pPr>
              <w:spacing w:after="0" w:line="228" w:lineRule="auto"/>
              <w:jc w:val="both"/>
              <w:rPr>
                <w:sz w:val="15"/>
                <w:szCs w:val="15"/>
              </w:rPr>
            </w:pPr>
            <w:r w:rsidRPr="00CC12A5">
              <w:rPr>
                <w:color w:val="1F1F1F"/>
                <w:sz w:val="15"/>
                <w:szCs w:val="15"/>
              </w:rPr>
              <w:t>Constancia de no adeudo documental o acuse de solicitud correspondiente a la persona imposibilitada</w:t>
            </w:r>
          </w:p>
        </w:tc>
        <w:sdt>
          <w:sdtPr>
            <w:rPr>
              <w:sz w:val="15"/>
              <w:szCs w:val="15"/>
              <w:highlight w:val="yellow"/>
            </w:rPr>
            <w:alias w:val="&lt;&lt;Seleccione (46)&gt;&gt;"/>
            <w:tag w:val="&lt;&lt;Seleccione (46)&gt;&gt;"/>
            <w:id w:val="-454100101"/>
            <w:placeholder>
              <w:docPart w:val="73B88BF3FC7240BF80FEDB39E7AACAA1"/>
            </w:placeholder>
            <w15:color w:val="FF0000"/>
            <w:dropDownList>
              <w:listItem w:displayText="&lt;&lt;Seleccione (46)&gt;&gt;" w:value="&lt;&lt;Seleccione (46)&gt;&gt;"/>
              <w:listItem w:displayText="Se integra constancia de no adeudo documental" w:value="Se integra constancia de no adeudo documental"/>
              <w:listItem w:displayText="La constancia se encuentra en trámite y se integra el acuse de solicitud" w:value="La constancia se encuentra en trámite y se integra el acuse de solicitud"/>
              <w:listItem w:displayText="Se identificó un adeudo documental y se integra el soporte correspondiente" w:value="Se identificó un adeudo documental y se integra el soporte correspondiente"/>
              <w:listItem w:displayText="No se cuenta con constancia, acuse ni información suficiente; se explica la circunstancia en observaciones" w:value="No se cuenta con constancia, acuse ni información suficiente; se explica la circunstancia en observaciones"/>
            </w:dropDownList>
          </w:sdtPr>
          <w:sdtContent>
            <w:tc>
              <w:tcPr>
                <w:tcW w:w="3126" w:type="dxa"/>
                <w:tcMar>
                  <w:top w:w="80" w:type="dxa"/>
                  <w:left w:w="100" w:type="dxa"/>
                  <w:bottom w:w="80" w:type="dxa"/>
                  <w:right w:w="100" w:type="dxa"/>
                </w:tcMar>
                <w:vAlign w:val="center"/>
              </w:tcPr>
              <w:p w14:paraId="4A8399F4" w14:textId="7B0981AE" w:rsidR="00D34664" w:rsidRPr="00535AEF" w:rsidRDefault="00665736" w:rsidP="008700ED">
                <w:pPr>
                  <w:spacing w:after="0" w:line="228" w:lineRule="auto"/>
                  <w:jc w:val="center"/>
                  <w:rPr>
                    <w:sz w:val="15"/>
                    <w:szCs w:val="15"/>
                    <w:highlight w:val="yellow"/>
                  </w:rPr>
                </w:pPr>
                <w:r>
                  <w:rPr>
                    <w:sz w:val="15"/>
                    <w:szCs w:val="15"/>
                    <w:highlight w:val="yellow"/>
                  </w:rPr>
                  <w:t>&lt;&lt;Seleccione (46)&gt;&gt;</w:t>
                </w:r>
              </w:p>
            </w:tc>
          </w:sdtContent>
        </w:sdt>
        <w:tc>
          <w:tcPr>
            <w:tcW w:w="2560" w:type="dxa"/>
            <w:tcBorders>
              <w:top w:val="single" w:sz="4" w:space="0" w:color="FFFFFF" w:themeColor="background1"/>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35B61523" w14:textId="77777777" w:rsidR="00D34664" w:rsidRPr="00535AEF" w:rsidRDefault="00D34664" w:rsidP="008700ED">
            <w:pPr>
              <w:spacing w:after="0" w:line="228" w:lineRule="auto"/>
              <w:jc w:val="center"/>
              <w:rPr>
                <w:sz w:val="15"/>
                <w:szCs w:val="15"/>
              </w:rPr>
            </w:pPr>
          </w:p>
        </w:tc>
      </w:tr>
      <w:tr w:rsidR="00D34664" w:rsidRPr="00535AEF" w14:paraId="5A8355D6" w14:textId="77777777" w:rsidTr="00B0368D">
        <w:trPr>
          <w:cantSplit/>
          <w:trHeight w:val="510"/>
        </w:trPr>
        <w:tc>
          <w:tcPr>
            <w:tcW w:w="4365" w:type="dxa"/>
            <w:tcMar>
              <w:top w:w="80" w:type="dxa"/>
              <w:left w:w="100" w:type="dxa"/>
              <w:bottom w:w="80" w:type="dxa"/>
              <w:right w:w="100" w:type="dxa"/>
            </w:tcMar>
            <w:vAlign w:val="center"/>
          </w:tcPr>
          <w:p w14:paraId="609A7DD9" w14:textId="47A96AEC" w:rsidR="00D34664" w:rsidRPr="00535AEF" w:rsidRDefault="00CC12A5" w:rsidP="008700ED">
            <w:pPr>
              <w:spacing w:after="0" w:line="228" w:lineRule="auto"/>
              <w:jc w:val="both"/>
              <w:rPr>
                <w:color w:val="1F1F1F"/>
                <w:sz w:val="15"/>
                <w:szCs w:val="15"/>
              </w:rPr>
            </w:pPr>
            <w:r w:rsidRPr="00CC12A5">
              <w:rPr>
                <w:color w:val="1F1F1F"/>
                <w:sz w:val="15"/>
                <w:szCs w:val="15"/>
              </w:rPr>
              <w:t>Resguardos y soportes de los recursos y bienes correspondientes al empleo, cargo o comisión</w:t>
            </w:r>
          </w:p>
        </w:tc>
        <w:sdt>
          <w:sdtPr>
            <w:rPr>
              <w:sz w:val="15"/>
              <w:szCs w:val="15"/>
              <w:highlight w:val="yellow"/>
            </w:rPr>
            <w:alias w:val="&lt;&lt;Seleccione (47)&gt;&gt;"/>
            <w:tag w:val="&lt;&lt;Seleccione (47)&gt;&gt;"/>
            <w:id w:val="331339519"/>
            <w:placeholder>
              <w:docPart w:val="D49FD030C501411EA195D10F800443F9"/>
            </w:placeholder>
            <w15:color w:val="FF0000"/>
            <w:dropDownList>
              <w:listItem w:displayText="&lt;&lt;Seleccione (47)&gt;&gt;" w:value="&lt;&lt;Seleccione (47)&gt;&gt;"/>
              <w:listItem w:displayText="Se integran los resguardos y soportes localizados" w:value="Se integran los resguardos y soportes localizados"/>
              <w:listItem w:displayText="Se integran parcialmente los resguardos o soportes; se identifican los faltantes en observaciones" w:value="Se integran parcialmente los resguardos o soportes; se identifican los faltantes en observaciones"/>
              <w:listItem w:displayText="No se localizaron resguardos ni soportes; se explica la circunstancia en observaciones" w:value="No se localizaron resguardos ni soportes; se explica la circunstancia en observaciones"/>
              <w:listItem w:displayText="No se identificaron recursos ni bienes correspondientes al empleo, cargo o comisión" w:value="No se identificaron recursos ni bienes correspondientes al empleo, cargo o comisión"/>
            </w:dropDownList>
          </w:sdtPr>
          <w:sdtContent>
            <w:tc>
              <w:tcPr>
                <w:tcW w:w="3126" w:type="dxa"/>
                <w:tcMar>
                  <w:top w:w="80" w:type="dxa"/>
                  <w:left w:w="100" w:type="dxa"/>
                  <w:bottom w:w="80" w:type="dxa"/>
                  <w:right w:w="100" w:type="dxa"/>
                </w:tcMar>
                <w:vAlign w:val="center"/>
              </w:tcPr>
              <w:p w14:paraId="21DADB9B" w14:textId="5D7C61CF" w:rsidR="00D34664" w:rsidRPr="00535AEF" w:rsidRDefault="00205632" w:rsidP="008700ED">
                <w:pPr>
                  <w:spacing w:after="0" w:line="228" w:lineRule="auto"/>
                  <w:jc w:val="center"/>
                  <w:rPr>
                    <w:sz w:val="15"/>
                    <w:szCs w:val="15"/>
                    <w:highlight w:val="yellow"/>
                  </w:rPr>
                </w:pPr>
                <w:r w:rsidRPr="00535AEF">
                  <w:rPr>
                    <w:sz w:val="15"/>
                    <w:szCs w:val="15"/>
                    <w:highlight w:val="yellow"/>
                  </w:rPr>
                  <w:t>&lt;&lt;Seleccione (47)&gt;&gt;</w:t>
                </w:r>
              </w:p>
            </w:tc>
          </w:sdtContent>
        </w:sdt>
        <w:tc>
          <w:tcPr>
            <w:tcW w:w="2560" w:type="dxa"/>
            <w:tcBorders>
              <w:top w:val="single" w:sz="4" w:space="0" w:color="FFFFFF" w:themeColor="background1"/>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642780C1" w14:textId="77777777" w:rsidR="00D34664" w:rsidRPr="00535AEF" w:rsidRDefault="00D34664" w:rsidP="008700ED">
            <w:pPr>
              <w:spacing w:after="0" w:line="228" w:lineRule="auto"/>
              <w:jc w:val="center"/>
              <w:rPr>
                <w:sz w:val="15"/>
                <w:szCs w:val="15"/>
                <w:highlight w:val="yellow"/>
              </w:rPr>
            </w:pPr>
          </w:p>
        </w:tc>
      </w:tr>
      <w:tr w:rsidR="00D34664" w:rsidRPr="00535AEF" w14:paraId="6C5AD0FF" w14:textId="77777777" w:rsidTr="00B0368D">
        <w:trPr>
          <w:cantSplit/>
          <w:trHeight w:val="333"/>
        </w:trPr>
        <w:tc>
          <w:tcPr>
            <w:tcW w:w="4365" w:type="dxa"/>
            <w:tcMar>
              <w:top w:w="80" w:type="dxa"/>
              <w:left w:w="100" w:type="dxa"/>
              <w:bottom w:w="80" w:type="dxa"/>
              <w:right w:w="100" w:type="dxa"/>
            </w:tcMar>
            <w:vAlign w:val="center"/>
          </w:tcPr>
          <w:p w14:paraId="7B80D7E4" w14:textId="67DBE98A" w:rsidR="00D34664" w:rsidRPr="00535AEF" w:rsidRDefault="00CC12A5" w:rsidP="008700ED">
            <w:pPr>
              <w:spacing w:after="0" w:line="228" w:lineRule="auto"/>
              <w:jc w:val="both"/>
              <w:rPr>
                <w:sz w:val="15"/>
                <w:szCs w:val="15"/>
              </w:rPr>
            </w:pPr>
            <w:r w:rsidRPr="00CC12A5">
              <w:rPr>
                <w:color w:val="1F1F1F"/>
                <w:sz w:val="15"/>
                <w:szCs w:val="15"/>
              </w:rPr>
              <w:t>Acuse o documento relacionado con la identificación laboral de la persona imposibilitada</w:t>
            </w:r>
          </w:p>
        </w:tc>
        <w:sdt>
          <w:sdtPr>
            <w:rPr>
              <w:sz w:val="15"/>
              <w:szCs w:val="15"/>
              <w:highlight w:val="yellow"/>
            </w:rPr>
            <w:alias w:val="&lt;&lt;Seleccione (48)&gt;&gt;"/>
            <w:tag w:val="&lt;&lt;Seleccione (48)&gt;&gt;"/>
            <w:id w:val="767807300"/>
            <w:placeholder>
              <w:docPart w:val="C23B841FEE244942930118E8EB53D5F2"/>
            </w:placeholder>
            <w15:color w:val="FF0000"/>
            <w:dropDownList>
              <w:listItem w:displayText="&lt;&lt;Seleccione (48)&gt;&gt;" w:value="&lt;&lt;Seleccione (48)&gt;&gt;"/>
              <w:listItem w:displayText="Se integra el acuse que acredita la entrega de la identificación laboral de la persona imposibilitada" w:value="Se integra el acuse que acredita la entrega de la identificación laboral de la persona imposibilitada"/>
              <w:listItem w:displayText="La identificación laboral fue localizada y entregada a la Subdirección de Recursos Humanos u homóloga; se integra el acuse correspondiente" w:value="La identificación laboral fue localizada y entregada a la Subdirección de Recursos Humanos u homóloga; se integra el acuse correspondiente"/>
              <w:listItem w:displayText="No fue expedida identificación laboral a la persona imposibilitada" w:value="No fue expedida identificación laboral a la persona imposibilitada"/>
              <w:listItem w:displayText="No se localizó la identificación laboral ni el acuse de entrega; se explica la circunstancia en observaciones" w:value="No se localizó la identificación laboral ni el acuse de entrega; se explica la circunstancia en observaciones"/>
              <w:listItem w:displayText="No se cuenta con información suficiente para determinar su situación; se explica la circunstancia en observaciones" w:value="No se cuenta con información suficiente para determinar su situación; se explica la circunstancia en observaciones"/>
            </w:dropDownList>
          </w:sdtPr>
          <w:sdtContent>
            <w:tc>
              <w:tcPr>
                <w:tcW w:w="3126" w:type="dxa"/>
                <w:tcMar>
                  <w:top w:w="80" w:type="dxa"/>
                  <w:left w:w="100" w:type="dxa"/>
                  <w:bottom w:w="80" w:type="dxa"/>
                  <w:right w:w="100" w:type="dxa"/>
                </w:tcMar>
                <w:vAlign w:val="center"/>
              </w:tcPr>
              <w:p w14:paraId="18E74E46" w14:textId="2D296402" w:rsidR="00D34664" w:rsidRPr="00535AEF" w:rsidRDefault="00205632" w:rsidP="008700ED">
                <w:pPr>
                  <w:spacing w:after="0" w:line="228" w:lineRule="auto"/>
                  <w:jc w:val="center"/>
                  <w:rPr>
                    <w:sz w:val="15"/>
                    <w:szCs w:val="15"/>
                    <w:highlight w:val="yellow"/>
                  </w:rPr>
                </w:pPr>
                <w:r w:rsidRPr="00535AEF">
                  <w:rPr>
                    <w:sz w:val="15"/>
                    <w:szCs w:val="15"/>
                    <w:highlight w:val="yellow"/>
                  </w:rPr>
                  <w:t>&lt;&lt;Seleccione (48)&gt;&gt;</w:t>
                </w:r>
              </w:p>
            </w:tc>
          </w:sdtContent>
        </w:sdt>
        <w:tc>
          <w:tcPr>
            <w:tcW w:w="2560" w:type="dxa"/>
            <w:tcBorders>
              <w:top w:val="single" w:sz="4" w:space="0" w:color="FFFFFF" w:themeColor="background1"/>
              <w:bottom w:val="single" w:sz="4" w:space="0" w:color="FFFFFF" w:themeColor="background1"/>
              <w:tr2bl w:val="single" w:sz="4" w:space="0" w:color="FFFFFF" w:themeColor="background1"/>
            </w:tcBorders>
            <w:shd w:val="clear" w:color="auto" w:fill="000000" w:themeFill="text1"/>
            <w:tcMar>
              <w:top w:w="80" w:type="dxa"/>
              <w:left w:w="100" w:type="dxa"/>
              <w:bottom w:w="80" w:type="dxa"/>
              <w:right w:w="100" w:type="dxa"/>
            </w:tcMar>
            <w:vAlign w:val="center"/>
          </w:tcPr>
          <w:p w14:paraId="7CB2A46C" w14:textId="77777777" w:rsidR="00D34664" w:rsidRPr="00535AEF" w:rsidRDefault="00D34664" w:rsidP="008700ED">
            <w:pPr>
              <w:spacing w:after="0" w:line="228" w:lineRule="auto"/>
              <w:jc w:val="center"/>
              <w:rPr>
                <w:sz w:val="15"/>
                <w:szCs w:val="15"/>
              </w:rPr>
            </w:pPr>
          </w:p>
        </w:tc>
      </w:tr>
    </w:tbl>
    <w:p w14:paraId="346EB30F" w14:textId="77777777" w:rsidR="00D34664" w:rsidRPr="00535AEF" w:rsidRDefault="00D34664" w:rsidP="00F16A53">
      <w:pPr>
        <w:spacing w:after="0" w:line="228" w:lineRule="auto"/>
        <w:rPr>
          <w:sz w:val="15"/>
          <w:szCs w:val="15"/>
        </w:rPr>
      </w:pPr>
    </w:p>
    <w:tbl>
      <w:tblPr>
        <w:tblStyle w:val="Tablaconcuadrcula"/>
        <w:tblW w:w="10078" w:type="dxa"/>
        <w:tblLayout w:type="fixed"/>
        <w:tblLook w:val="04A0" w:firstRow="1" w:lastRow="0" w:firstColumn="1" w:lastColumn="0" w:noHBand="0" w:noVBand="1"/>
      </w:tblPr>
      <w:tblGrid>
        <w:gridCol w:w="2510"/>
        <w:gridCol w:w="2528"/>
        <w:gridCol w:w="449"/>
        <w:gridCol w:w="1984"/>
        <w:gridCol w:w="2607"/>
      </w:tblGrid>
      <w:tr w:rsidR="0063661A" w:rsidRPr="00535AEF" w14:paraId="46286DE0" w14:textId="77777777" w:rsidTr="003E6006">
        <w:trPr>
          <w:cantSplit/>
          <w:trHeight w:val="167"/>
        </w:trPr>
        <w:tc>
          <w:tcPr>
            <w:tcW w:w="10078" w:type="dxa"/>
            <w:gridSpan w:val="5"/>
            <w:shd w:val="clear" w:color="auto" w:fill="000000" w:themeFill="text1"/>
            <w:tcMar>
              <w:top w:w="80" w:type="dxa"/>
              <w:left w:w="100" w:type="dxa"/>
              <w:bottom w:w="80" w:type="dxa"/>
              <w:right w:w="100" w:type="dxa"/>
            </w:tcMar>
            <w:vAlign w:val="center"/>
          </w:tcPr>
          <w:p w14:paraId="0631F8F4" w14:textId="55E19642" w:rsidR="0063661A" w:rsidRPr="00535AEF" w:rsidRDefault="003E6006" w:rsidP="00F16A53">
            <w:pPr>
              <w:spacing w:after="0" w:line="228" w:lineRule="auto"/>
              <w:rPr>
                <w:sz w:val="15"/>
                <w:szCs w:val="15"/>
              </w:rPr>
            </w:pPr>
            <w:r w:rsidRPr="00535AEF">
              <w:rPr>
                <w:b/>
                <w:color w:val="FFFFFF"/>
                <w:sz w:val="15"/>
                <w:szCs w:val="15"/>
              </w:rPr>
              <w:t xml:space="preserve">8. </w:t>
            </w:r>
            <w:r w:rsidR="00EF0F62" w:rsidRPr="00535AEF">
              <w:rPr>
                <w:b/>
                <w:color w:val="FFFFFF"/>
                <w:sz w:val="15"/>
                <w:szCs w:val="15"/>
              </w:rPr>
              <w:t>Firma</w:t>
            </w:r>
            <w:r w:rsidR="00A435A5" w:rsidRPr="00535AEF">
              <w:rPr>
                <w:b/>
                <w:color w:val="FFFFFF"/>
                <w:sz w:val="15"/>
                <w:szCs w:val="15"/>
              </w:rPr>
              <w:t>s</w:t>
            </w:r>
            <w:r w:rsidR="00EF0F62" w:rsidRPr="00535AEF">
              <w:rPr>
                <w:b/>
                <w:color w:val="FFFFFF"/>
                <w:sz w:val="15"/>
                <w:szCs w:val="15"/>
              </w:rPr>
              <w:t xml:space="preserve"> </w:t>
            </w:r>
          </w:p>
        </w:tc>
      </w:tr>
      <w:tr w:rsidR="0063661A" w:rsidRPr="00535AEF" w14:paraId="1F4EB83E" w14:textId="77777777" w:rsidTr="00BF7675">
        <w:trPr>
          <w:cantSplit/>
          <w:trHeight w:val="185"/>
        </w:trPr>
        <w:tc>
          <w:tcPr>
            <w:tcW w:w="5038" w:type="dxa"/>
            <w:gridSpan w:val="2"/>
            <w:tcBorders>
              <w:bottom w:val="single" w:sz="4" w:space="0" w:color="FFFFFF" w:themeColor="background1"/>
            </w:tcBorders>
            <w:tcMar>
              <w:top w:w="80" w:type="dxa"/>
              <w:left w:w="100" w:type="dxa"/>
              <w:bottom w:w="80" w:type="dxa"/>
              <w:right w:w="100" w:type="dxa"/>
            </w:tcMar>
            <w:vAlign w:val="center"/>
          </w:tcPr>
          <w:p w14:paraId="180BFDEC" w14:textId="79499851" w:rsidR="0063661A" w:rsidRPr="00535AEF" w:rsidRDefault="00665736" w:rsidP="00F16A53">
            <w:pPr>
              <w:spacing w:after="0" w:line="228" w:lineRule="auto"/>
              <w:jc w:val="center"/>
              <w:rPr>
                <w:sz w:val="15"/>
                <w:szCs w:val="15"/>
              </w:rPr>
            </w:pPr>
            <w:r w:rsidRPr="00665736">
              <w:rPr>
                <w:b/>
                <w:sz w:val="15"/>
                <w:szCs w:val="15"/>
              </w:rPr>
              <w:t>PERSONA TITULAR DE LA UNIDAD DE ADSCRIPCIÓN</w:t>
            </w:r>
          </w:p>
        </w:tc>
        <w:tc>
          <w:tcPr>
            <w:tcW w:w="5040" w:type="dxa"/>
            <w:gridSpan w:val="3"/>
            <w:tcBorders>
              <w:bottom w:val="single" w:sz="4" w:space="0" w:color="FFFFFF" w:themeColor="background1"/>
            </w:tcBorders>
            <w:tcMar>
              <w:top w:w="80" w:type="dxa"/>
              <w:left w:w="100" w:type="dxa"/>
              <w:bottom w:w="80" w:type="dxa"/>
              <w:right w:w="100" w:type="dxa"/>
            </w:tcMar>
            <w:vAlign w:val="center"/>
          </w:tcPr>
          <w:p w14:paraId="1F190E85" w14:textId="269B96F1" w:rsidR="0063661A" w:rsidRPr="00665736" w:rsidRDefault="00000000" w:rsidP="00F16A53">
            <w:pPr>
              <w:spacing w:after="0" w:line="228" w:lineRule="auto"/>
              <w:jc w:val="center"/>
              <w:rPr>
                <w:sz w:val="15"/>
                <w:szCs w:val="15"/>
              </w:rPr>
            </w:pPr>
            <w:sdt>
              <w:sdtPr>
                <w:rPr>
                  <w:sz w:val="15"/>
                  <w:szCs w:val="15"/>
                  <w:highlight w:val="yellow"/>
                </w:rPr>
                <w:alias w:val="CAMPO_53"/>
                <w:tag w:val="CAMPO_53"/>
                <w:id w:val="839044273"/>
                <w:dropDownList>
                  <w:listItem w:displayText="Seleccione (53)" w:value="Seleccione (53)"/>
                  <w:listItem w:displayText="PERSONA ENTRANTE" w:value="PERSONA ENTRANTE"/>
                  <w:listItem w:displayText="PERSONA QUE RECIBE" w:value="PERSONA QUE RECIBE"/>
                </w:dropDownList>
              </w:sdtPr>
              <w:sdtContent>
                <w:r w:rsidR="00665736">
                  <w:rPr>
                    <w:sz w:val="15"/>
                    <w:szCs w:val="15"/>
                    <w:highlight w:val="yellow"/>
                  </w:rPr>
                  <w:t>Seleccione (53)</w:t>
                </w:r>
              </w:sdtContent>
            </w:sdt>
          </w:p>
        </w:tc>
      </w:tr>
      <w:tr w:rsidR="0063661A" w:rsidRPr="00535AEF" w14:paraId="06684BC9" w14:textId="77777777" w:rsidTr="00BF7675">
        <w:trPr>
          <w:cantSplit/>
          <w:trHeight w:val="1796"/>
        </w:trPr>
        <w:tc>
          <w:tcPr>
            <w:tcW w:w="5038" w:type="dxa"/>
            <w:gridSpan w:val="2"/>
            <w:tcBorders>
              <w:top w:val="single" w:sz="4" w:space="0" w:color="FFFFFF" w:themeColor="background1"/>
            </w:tcBorders>
            <w:tcMar>
              <w:top w:w="80" w:type="dxa"/>
              <w:left w:w="100" w:type="dxa"/>
              <w:bottom w:w="80" w:type="dxa"/>
              <w:right w:w="100" w:type="dxa"/>
            </w:tcMar>
            <w:vAlign w:val="bottom"/>
          </w:tcPr>
          <w:p w14:paraId="42CBA41A" w14:textId="77777777" w:rsidR="0063661A" w:rsidRPr="00535AEF" w:rsidRDefault="00BC7ACB" w:rsidP="00F16A53">
            <w:pPr>
              <w:spacing w:after="0" w:line="228" w:lineRule="auto"/>
              <w:jc w:val="center"/>
              <w:rPr>
                <w:color w:val="666666"/>
                <w:sz w:val="15"/>
                <w:szCs w:val="15"/>
              </w:rPr>
            </w:pPr>
            <w:r w:rsidRPr="00535AEF">
              <w:rPr>
                <w:color w:val="666666"/>
                <w:sz w:val="15"/>
                <w:szCs w:val="15"/>
              </w:rPr>
              <w:t>Firma autógrafa</w:t>
            </w:r>
          </w:p>
          <w:p w14:paraId="29FEF7A5" w14:textId="24B89569" w:rsidR="00BC7ACB" w:rsidRPr="00535AEF" w:rsidRDefault="00376A63" w:rsidP="00F16A53">
            <w:pPr>
              <w:spacing w:after="0" w:line="228" w:lineRule="auto"/>
              <w:jc w:val="center"/>
              <w:rPr>
                <w:sz w:val="15"/>
                <w:szCs w:val="15"/>
              </w:rPr>
            </w:pPr>
            <w:r w:rsidRPr="00535AEF">
              <w:rPr>
                <w:sz w:val="15"/>
                <w:szCs w:val="15"/>
                <w:highlight w:val="yellow"/>
              </w:rPr>
              <w:t>(</w:t>
            </w:r>
            <w:r w:rsidR="00AA65D9" w:rsidRPr="00535AEF">
              <w:rPr>
                <w:sz w:val="15"/>
                <w:szCs w:val="15"/>
                <w:highlight w:val="yellow"/>
              </w:rPr>
              <w:t>52</w:t>
            </w:r>
            <w:r w:rsidRPr="00535AEF">
              <w:rPr>
                <w:sz w:val="15"/>
                <w:szCs w:val="15"/>
                <w:highlight w:val="yellow"/>
              </w:rPr>
              <w:t xml:space="preserve">) </w:t>
            </w:r>
            <w:r w:rsidRPr="00B0368D">
              <w:rPr>
                <w:sz w:val="15"/>
                <w:szCs w:val="15"/>
                <w:highlight w:val="yellow"/>
              </w:rPr>
              <w:t xml:space="preserve">Nombre </w:t>
            </w:r>
            <w:r w:rsidRPr="00665736">
              <w:rPr>
                <w:sz w:val="15"/>
                <w:szCs w:val="15"/>
                <w:highlight w:val="yellow"/>
              </w:rPr>
              <w:t>completo</w:t>
            </w:r>
            <w:r w:rsidR="00BD3323" w:rsidRPr="00665736">
              <w:rPr>
                <w:sz w:val="15"/>
                <w:szCs w:val="15"/>
                <w:highlight w:val="yellow"/>
              </w:rPr>
              <w:t xml:space="preserve"> </w:t>
            </w:r>
          </w:p>
        </w:tc>
        <w:tc>
          <w:tcPr>
            <w:tcW w:w="5040" w:type="dxa"/>
            <w:gridSpan w:val="3"/>
            <w:tcBorders>
              <w:top w:val="single" w:sz="4" w:space="0" w:color="FFFFFF" w:themeColor="background1"/>
            </w:tcBorders>
            <w:tcMar>
              <w:top w:w="80" w:type="dxa"/>
              <w:left w:w="100" w:type="dxa"/>
              <w:bottom w:w="80" w:type="dxa"/>
              <w:right w:w="100" w:type="dxa"/>
            </w:tcMar>
            <w:vAlign w:val="bottom"/>
          </w:tcPr>
          <w:p w14:paraId="4099F666" w14:textId="77777777" w:rsidR="0063661A" w:rsidRPr="00535AEF" w:rsidRDefault="00BC7ACB" w:rsidP="00F16A53">
            <w:pPr>
              <w:spacing w:after="0" w:line="228" w:lineRule="auto"/>
              <w:jc w:val="center"/>
              <w:rPr>
                <w:color w:val="666666"/>
                <w:sz w:val="15"/>
                <w:szCs w:val="15"/>
              </w:rPr>
            </w:pPr>
            <w:r w:rsidRPr="00535AEF">
              <w:rPr>
                <w:color w:val="666666"/>
                <w:sz w:val="15"/>
                <w:szCs w:val="15"/>
              </w:rPr>
              <w:t>Firma autógrafa</w:t>
            </w:r>
          </w:p>
          <w:p w14:paraId="356F359B" w14:textId="5848B436" w:rsidR="00BC7ACB" w:rsidRPr="00535AEF" w:rsidRDefault="00376A63" w:rsidP="00F16A53">
            <w:pPr>
              <w:spacing w:after="0" w:line="228" w:lineRule="auto"/>
              <w:jc w:val="center"/>
              <w:rPr>
                <w:sz w:val="15"/>
                <w:szCs w:val="15"/>
              </w:rPr>
            </w:pPr>
            <w:r w:rsidRPr="00535AEF">
              <w:rPr>
                <w:sz w:val="15"/>
                <w:szCs w:val="15"/>
                <w:highlight w:val="yellow"/>
              </w:rPr>
              <w:t>(</w:t>
            </w:r>
            <w:r w:rsidR="00AA65D9" w:rsidRPr="00535AEF">
              <w:rPr>
                <w:sz w:val="15"/>
                <w:szCs w:val="15"/>
                <w:highlight w:val="yellow"/>
              </w:rPr>
              <w:t>5</w:t>
            </w:r>
            <w:r w:rsidR="00665736">
              <w:rPr>
                <w:sz w:val="15"/>
                <w:szCs w:val="15"/>
                <w:highlight w:val="yellow"/>
              </w:rPr>
              <w:t>4</w:t>
            </w:r>
            <w:r w:rsidRPr="00535AEF">
              <w:rPr>
                <w:sz w:val="15"/>
                <w:szCs w:val="15"/>
                <w:highlight w:val="yellow"/>
              </w:rPr>
              <w:t>) Nombre completo</w:t>
            </w:r>
            <w:r w:rsidR="00BD3323" w:rsidRPr="00535AEF">
              <w:rPr>
                <w:sz w:val="15"/>
                <w:szCs w:val="15"/>
                <w:highlight w:val="yellow"/>
              </w:rPr>
              <w:t xml:space="preserve"> </w:t>
            </w:r>
          </w:p>
        </w:tc>
      </w:tr>
      <w:tr w:rsidR="0063661A" w:rsidRPr="00535AEF" w14:paraId="7CCE65A5" w14:textId="77777777" w:rsidTr="00BF7675">
        <w:trPr>
          <w:cantSplit/>
          <w:trHeight w:val="249"/>
        </w:trPr>
        <w:tc>
          <w:tcPr>
            <w:tcW w:w="2510" w:type="dxa"/>
            <w:shd w:val="clear" w:color="auto" w:fill="BFBFBF" w:themeFill="background1" w:themeFillShade="BF"/>
            <w:tcMar>
              <w:top w:w="80" w:type="dxa"/>
              <w:left w:w="100" w:type="dxa"/>
              <w:bottom w:w="80" w:type="dxa"/>
              <w:right w:w="100" w:type="dxa"/>
            </w:tcMar>
            <w:vAlign w:val="center"/>
          </w:tcPr>
          <w:p w14:paraId="60FAF398" w14:textId="7730C180" w:rsidR="0063661A" w:rsidRPr="00535AEF" w:rsidRDefault="00000000" w:rsidP="00F16A53">
            <w:pPr>
              <w:spacing w:after="0" w:line="228" w:lineRule="auto"/>
              <w:jc w:val="center"/>
              <w:rPr>
                <w:sz w:val="15"/>
                <w:szCs w:val="15"/>
              </w:rPr>
            </w:pPr>
            <w:r w:rsidRPr="00535AEF">
              <w:rPr>
                <w:b/>
                <w:color w:val="1F1F1F"/>
                <w:sz w:val="15"/>
                <w:szCs w:val="15"/>
              </w:rPr>
              <w:t>Lugar</w:t>
            </w:r>
            <w:r w:rsidR="00BC7ACB" w:rsidRPr="00535AEF">
              <w:rPr>
                <w:b/>
                <w:color w:val="1F1F1F"/>
                <w:sz w:val="15"/>
                <w:szCs w:val="15"/>
              </w:rPr>
              <w:t xml:space="preserve"> y fecha</w:t>
            </w:r>
            <w:r w:rsidRPr="00535AEF">
              <w:rPr>
                <w:b/>
                <w:color w:val="1F1F1F"/>
                <w:sz w:val="15"/>
                <w:szCs w:val="15"/>
              </w:rPr>
              <w:t xml:space="preserve"> de suscripción</w:t>
            </w:r>
          </w:p>
        </w:tc>
        <w:tc>
          <w:tcPr>
            <w:tcW w:w="7568" w:type="dxa"/>
            <w:gridSpan w:val="4"/>
            <w:tcMar>
              <w:top w:w="80" w:type="dxa"/>
              <w:left w:w="100" w:type="dxa"/>
              <w:bottom w:w="80" w:type="dxa"/>
              <w:right w:w="100" w:type="dxa"/>
            </w:tcMar>
            <w:vAlign w:val="center"/>
          </w:tcPr>
          <w:p w14:paraId="166005E2" w14:textId="7729FFCE" w:rsidR="0063661A" w:rsidRPr="00535AEF" w:rsidRDefault="00376A63" w:rsidP="00F16A53">
            <w:pPr>
              <w:spacing w:after="0" w:line="228" w:lineRule="auto"/>
              <w:rPr>
                <w:sz w:val="15"/>
                <w:szCs w:val="15"/>
                <w:highlight w:val="yellow"/>
              </w:rPr>
            </w:pPr>
            <w:r w:rsidRPr="00535AEF">
              <w:rPr>
                <w:sz w:val="15"/>
                <w:szCs w:val="15"/>
                <w:highlight w:val="yellow"/>
              </w:rPr>
              <w:t>(</w:t>
            </w:r>
            <w:r w:rsidR="00AA65D9" w:rsidRPr="00535AEF">
              <w:rPr>
                <w:sz w:val="15"/>
                <w:szCs w:val="15"/>
                <w:highlight w:val="yellow"/>
              </w:rPr>
              <w:t>5</w:t>
            </w:r>
            <w:r w:rsidR="00665736">
              <w:rPr>
                <w:sz w:val="15"/>
                <w:szCs w:val="15"/>
                <w:highlight w:val="yellow"/>
              </w:rPr>
              <w:t>5</w:t>
            </w:r>
            <w:r w:rsidR="00AA65D9" w:rsidRPr="00535AEF">
              <w:rPr>
                <w:sz w:val="15"/>
                <w:szCs w:val="15"/>
                <w:highlight w:val="yellow"/>
              </w:rPr>
              <w:t>)</w:t>
            </w:r>
            <w:r w:rsidRPr="00535AEF">
              <w:rPr>
                <w:sz w:val="15"/>
                <w:szCs w:val="15"/>
                <w:highlight w:val="yellow"/>
              </w:rPr>
              <w:t xml:space="preserve"> Lugar; (</w:t>
            </w:r>
            <w:r w:rsidR="00AA65D9" w:rsidRPr="00535AEF">
              <w:rPr>
                <w:sz w:val="15"/>
                <w:szCs w:val="15"/>
                <w:highlight w:val="yellow"/>
              </w:rPr>
              <w:t>5</w:t>
            </w:r>
            <w:r w:rsidR="00665736">
              <w:rPr>
                <w:sz w:val="15"/>
                <w:szCs w:val="15"/>
                <w:highlight w:val="yellow"/>
              </w:rPr>
              <w:t>6</w:t>
            </w:r>
            <w:r w:rsidRPr="00535AEF">
              <w:rPr>
                <w:sz w:val="15"/>
                <w:szCs w:val="15"/>
                <w:highlight w:val="yellow"/>
              </w:rPr>
              <w:t>) día de mes de año</w:t>
            </w:r>
          </w:p>
        </w:tc>
      </w:tr>
      <w:tr w:rsidR="00BF7675" w:rsidRPr="00535AEF" w14:paraId="6FEA8666" w14:textId="0062E9A2" w:rsidTr="00BF7675">
        <w:trPr>
          <w:cantSplit/>
          <w:trHeight w:val="185"/>
        </w:trPr>
        <w:tc>
          <w:tcPr>
            <w:tcW w:w="2510" w:type="dxa"/>
            <w:shd w:val="clear" w:color="auto" w:fill="BFBFBF" w:themeFill="background1" w:themeFillShade="BF"/>
            <w:tcMar>
              <w:top w:w="80" w:type="dxa"/>
              <w:left w:w="100" w:type="dxa"/>
              <w:bottom w:w="80" w:type="dxa"/>
              <w:right w:w="100" w:type="dxa"/>
            </w:tcMar>
            <w:vAlign w:val="center"/>
          </w:tcPr>
          <w:p w14:paraId="09053D8D" w14:textId="77777777" w:rsidR="00BF7675" w:rsidRPr="00535AEF" w:rsidRDefault="00BF7675" w:rsidP="00BF7675">
            <w:pPr>
              <w:spacing w:after="0" w:line="228" w:lineRule="auto"/>
              <w:jc w:val="center"/>
              <w:rPr>
                <w:sz w:val="15"/>
                <w:szCs w:val="15"/>
              </w:rPr>
            </w:pPr>
            <w:r w:rsidRPr="00535AEF">
              <w:rPr>
                <w:b/>
                <w:color w:val="1F1F1F"/>
                <w:sz w:val="15"/>
                <w:szCs w:val="15"/>
              </w:rPr>
              <w:lastRenderedPageBreak/>
              <w:t>Número total de anexos</w:t>
            </w:r>
          </w:p>
        </w:tc>
        <w:tc>
          <w:tcPr>
            <w:tcW w:w="2977" w:type="dxa"/>
            <w:gridSpan w:val="2"/>
            <w:tcMar>
              <w:top w:w="80" w:type="dxa"/>
              <w:left w:w="100" w:type="dxa"/>
              <w:bottom w:w="80" w:type="dxa"/>
              <w:right w:w="100" w:type="dxa"/>
            </w:tcMar>
            <w:vAlign w:val="center"/>
          </w:tcPr>
          <w:p w14:paraId="2916EF64" w14:textId="4DCABD2C" w:rsidR="00BF7675" w:rsidRPr="00535AEF" w:rsidRDefault="00BF7675" w:rsidP="00BF7675">
            <w:pPr>
              <w:spacing w:after="0" w:line="228" w:lineRule="auto"/>
              <w:rPr>
                <w:sz w:val="15"/>
                <w:szCs w:val="15"/>
                <w:highlight w:val="yellow"/>
              </w:rPr>
            </w:pPr>
            <w:r w:rsidRPr="00535AEF">
              <w:rPr>
                <w:sz w:val="15"/>
                <w:szCs w:val="15"/>
                <w:highlight w:val="yellow"/>
              </w:rPr>
              <w:t>(</w:t>
            </w:r>
            <w:r w:rsidR="00AA65D9" w:rsidRPr="00535AEF">
              <w:rPr>
                <w:sz w:val="15"/>
                <w:szCs w:val="15"/>
                <w:highlight w:val="yellow"/>
              </w:rPr>
              <w:t>5</w:t>
            </w:r>
            <w:r w:rsidR="00665736">
              <w:rPr>
                <w:sz w:val="15"/>
                <w:szCs w:val="15"/>
                <w:highlight w:val="yellow"/>
              </w:rPr>
              <w:t>7</w:t>
            </w:r>
            <w:r w:rsidRPr="00535AEF">
              <w:rPr>
                <w:sz w:val="15"/>
                <w:szCs w:val="15"/>
                <w:highlight w:val="yellow"/>
              </w:rPr>
              <w:t>) Cantidad con número</w:t>
            </w:r>
          </w:p>
        </w:tc>
        <w:tc>
          <w:tcPr>
            <w:tcW w:w="1984" w:type="dxa"/>
            <w:shd w:val="clear" w:color="auto" w:fill="BFBFBF" w:themeFill="background1" w:themeFillShade="BF"/>
            <w:vAlign w:val="center"/>
          </w:tcPr>
          <w:p w14:paraId="5BCC165A" w14:textId="3DBC0B42" w:rsidR="00BF7675" w:rsidRPr="00535AEF" w:rsidRDefault="00BF7675" w:rsidP="00BF7675">
            <w:pPr>
              <w:spacing w:after="0" w:line="228" w:lineRule="auto"/>
              <w:jc w:val="center"/>
              <w:rPr>
                <w:sz w:val="15"/>
                <w:szCs w:val="15"/>
                <w:highlight w:val="yellow"/>
              </w:rPr>
            </w:pPr>
            <w:r w:rsidRPr="00535AEF">
              <w:rPr>
                <w:b/>
                <w:color w:val="1F1F1F"/>
                <w:sz w:val="15"/>
                <w:szCs w:val="15"/>
              </w:rPr>
              <w:t>Número total de fojas de formato y anexos</w:t>
            </w:r>
          </w:p>
        </w:tc>
        <w:tc>
          <w:tcPr>
            <w:tcW w:w="2607" w:type="dxa"/>
            <w:vAlign w:val="center"/>
          </w:tcPr>
          <w:p w14:paraId="6DA9AD1D" w14:textId="140E0627" w:rsidR="00BF7675" w:rsidRPr="00535AEF" w:rsidRDefault="00BF7675" w:rsidP="00BF7675">
            <w:pPr>
              <w:spacing w:after="0" w:line="228" w:lineRule="auto"/>
              <w:rPr>
                <w:sz w:val="15"/>
                <w:szCs w:val="15"/>
                <w:highlight w:val="yellow"/>
              </w:rPr>
            </w:pPr>
            <w:r w:rsidRPr="00535AEF">
              <w:rPr>
                <w:sz w:val="15"/>
                <w:szCs w:val="15"/>
                <w:highlight w:val="yellow"/>
              </w:rPr>
              <w:t>(</w:t>
            </w:r>
            <w:r w:rsidR="00B05CDC" w:rsidRPr="00535AEF">
              <w:rPr>
                <w:sz w:val="15"/>
                <w:szCs w:val="15"/>
                <w:highlight w:val="yellow"/>
              </w:rPr>
              <w:t>5</w:t>
            </w:r>
            <w:r w:rsidR="00120B03">
              <w:rPr>
                <w:sz w:val="15"/>
                <w:szCs w:val="15"/>
                <w:highlight w:val="yellow"/>
              </w:rPr>
              <w:t>8</w:t>
            </w:r>
            <w:r w:rsidRPr="00535AEF">
              <w:rPr>
                <w:sz w:val="15"/>
                <w:szCs w:val="15"/>
                <w:highlight w:val="yellow"/>
              </w:rPr>
              <w:t>) Cantidad con número y letra</w:t>
            </w:r>
          </w:p>
        </w:tc>
      </w:tr>
    </w:tbl>
    <w:p w14:paraId="04DF3060" w14:textId="77777777" w:rsidR="00EF7B79" w:rsidRPr="00535AEF" w:rsidRDefault="00EF7B79" w:rsidP="00F16A53">
      <w:pPr>
        <w:spacing w:after="0" w:line="228" w:lineRule="auto"/>
      </w:pPr>
    </w:p>
    <w:sectPr w:rsidR="00EF7B79" w:rsidRPr="00535AEF" w:rsidSect="00F16A53">
      <w:headerReference w:type="default" r:id="rId8"/>
      <w:footerReference w:type="default" r:id="rId9"/>
      <w:pgSz w:w="12240" w:h="15840"/>
      <w:pgMar w:top="1276" w:right="1183" w:bottom="851" w:left="1134" w:header="42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F1722" w14:textId="77777777" w:rsidR="001C4862" w:rsidRDefault="001C4862">
      <w:pPr>
        <w:spacing w:after="0"/>
      </w:pPr>
      <w:r>
        <w:separator/>
      </w:r>
    </w:p>
  </w:endnote>
  <w:endnote w:type="continuationSeparator" w:id="0">
    <w:p w14:paraId="0CA15643" w14:textId="77777777" w:rsidR="001C4862" w:rsidRDefault="001C48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0E3D" w14:textId="024F8953" w:rsidR="007B7934" w:rsidRDefault="007B7934" w:rsidP="007B7934">
    <w:pPr>
      <w:pStyle w:val="Piedepgina"/>
      <w:rPr>
        <w:sz w:val="14"/>
        <w:szCs w:val="14"/>
      </w:rPr>
    </w:pPr>
    <w:r w:rsidRPr="009B5961">
      <w:rPr>
        <w:sz w:val="14"/>
        <w:szCs w:val="14"/>
      </w:rPr>
      <w:t xml:space="preserve">Elaboró: </w:t>
    </w:r>
    <w:r w:rsidRPr="005F1722">
      <w:rPr>
        <w:sz w:val="14"/>
        <w:szCs w:val="14"/>
        <w:highlight w:val="yellow"/>
      </w:rPr>
      <w:t>(</w:t>
    </w:r>
    <w:r w:rsidRPr="005F1722">
      <w:rPr>
        <w:sz w:val="14"/>
        <w:szCs w:val="14"/>
        <w:highlight w:val="yellow"/>
        <w:u w:val="single"/>
      </w:rPr>
      <w:t>I</w:t>
    </w:r>
    <w:r w:rsidRPr="005F1722">
      <w:rPr>
        <w:sz w:val="14"/>
        <w:szCs w:val="14"/>
        <w:highlight w:val="yellow"/>
      </w:rPr>
      <w:t>)</w:t>
    </w:r>
  </w:p>
  <w:p w14:paraId="0F631547" w14:textId="77777777" w:rsidR="007B7934" w:rsidRDefault="007B7934" w:rsidP="007B7934">
    <w:pPr>
      <w:pStyle w:val="Piedepgina"/>
      <w:rPr>
        <w:sz w:val="14"/>
        <w:szCs w:val="14"/>
      </w:rPr>
    </w:pPr>
  </w:p>
  <w:p w14:paraId="47A36094" w14:textId="1A908AC3" w:rsidR="0063661A" w:rsidRPr="00F739A2" w:rsidRDefault="00000000">
    <w:pPr>
      <w:pStyle w:val="Piedepgina"/>
      <w:jc w:val="center"/>
      <w:rPr>
        <w:sz w:val="12"/>
        <w:szCs w:val="12"/>
      </w:rPr>
    </w:pPr>
    <w:r w:rsidRPr="00214A12">
      <w:rPr>
        <w:sz w:val="12"/>
        <w:szCs w:val="12"/>
      </w:rPr>
      <w:t xml:space="preserve">Foja </w:t>
    </w:r>
    <w:r w:rsidRPr="00214A12">
      <w:rPr>
        <w:sz w:val="12"/>
        <w:szCs w:val="12"/>
      </w:rPr>
      <w:fldChar w:fldCharType="begin"/>
    </w:r>
    <w:r w:rsidRPr="00214A12">
      <w:rPr>
        <w:sz w:val="12"/>
        <w:szCs w:val="12"/>
      </w:rPr>
      <w:instrText>PAGE</w:instrText>
    </w:r>
    <w:r w:rsidRPr="00214A12">
      <w:rPr>
        <w:sz w:val="12"/>
        <w:szCs w:val="12"/>
      </w:rPr>
      <w:fldChar w:fldCharType="separate"/>
    </w:r>
    <w:r w:rsidR="00EF0F62" w:rsidRPr="00214A12">
      <w:rPr>
        <w:noProof/>
        <w:sz w:val="12"/>
        <w:szCs w:val="12"/>
      </w:rPr>
      <w:t>1</w:t>
    </w:r>
    <w:r w:rsidRPr="00214A12">
      <w:rPr>
        <w:sz w:val="12"/>
        <w:szCs w:val="12"/>
      </w:rPr>
      <w:fldChar w:fldCharType="end"/>
    </w:r>
    <w:r w:rsidRPr="00214A12">
      <w:rPr>
        <w:sz w:val="12"/>
        <w:szCs w:val="12"/>
      </w:rPr>
      <w:t xml:space="preserve"> de </w:t>
    </w:r>
    <w:r w:rsidRPr="00214A12">
      <w:rPr>
        <w:sz w:val="12"/>
        <w:szCs w:val="12"/>
      </w:rPr>
      <w:fldChar w:fldCharType="begin"/>
    </w:r>
    <w:r w:rsidRPr="00214A12">
      <w:rPr>
        <w:sz w:val="12"/>
        <w:szCs w:val="12"/>
      </w:rPr>
      <w:instrText>NUMPAGES</w:instrText>
    </w:r>
    <w:r w:rsidRPr="00214A12">
      <w:rPr>
        <w:sz w:val="12"/>
        <w:szCs w:val="12"/>
      </w:rPr>
      <w:fldChar w:fldCharType="separate"/>
    </w:r>
    <w:r w:rsidR="00EF0F62" w:rsidRPr="00214A12">
      <w:rPr>
        <w:noProof/>
        <w:sz w:val="12"/>
        <w:szCs w:val="12"/>
      </w:rPr>
      <w:t>2</w:t>
    </w:r>
    <w:r w:rsidRPr="00214A12">
      <w:rPr>
        <w:sz w:val="12"/>
        <w:szCs w:val="12"/>
      </w:rPr>
      <w:fldChar w:fldCharType="end"/>
    </w:r>
    <w:r w:rsidRPr="00214A12">
      <w:rPr>
        <w:sz w:val="12"/>
        <w:szCs w:val="12"/>
      </w:rPr>
      <w:t xml:space="preserve">  |  Ejemplar: </w:t>
    </w:r>
    <w:sdt>
      <w:sdtPr>
        <w:rPr>
          <w:sz w:val="12"/>
          <w:szCs w:val="12"/>
          <w:highlight w:val="yellow"/>
        </w:rPr>
        <w:alias w:val="CAMPO_II"/>
        <w:tag w:val="CAMPO_II"/>
        <w:id w:val="-123075654"/>
        <w:dropDownList>
          <w:listItem w:displayText="Seleccione (II)" w:value="Seleccione (II)"/>
          <w:listItem w:displayText="Persona titular de la unidad de adscripción que realiza la entrega extraordinaria" w:value="Persona titular de la unidad de adscripción que realiza la entrega extraordinaria"/>
          <w:listItem w:displayText="Persona entrante" w:value="Persona entrante"/>
          <w:listItem w:displayText="Persona que recibe" w:value="Persona que recibe"/>
          <w:listItem w:displayText="Área de Actos de Entrega y Recepción de la Contraloría General" w:value="Área de Actos de Entrega y Recepción de la Contraloría General"/>
        </w:dropDownList>
      </w:sdtPr>
      <w:sdtContent>
        <w:r w:rsidR="007B7934">
          <w:rPr>
            <w:sz w:val="12"/>
            <w:szCs w:val="12"/>
            <w:highlight w:val="yellow"/>
          </w:rPr>
          <w:t>Seleccione (II)</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A9070" w14:textId="77777777" w:rsidR="001C4862" w:rsidRDefault="001C4862">
      <w:pPr>
        <w:spacing w:after="0"/>
      </w:pPr>
      <w:r>
        <w:separator/>
      </w:r>
    </w:p>
  </w:footnote>
  <w:footnote w:type="continuationSeparator" w:id="0">
    <w:p w14:paraId="7E715B2E" w14:textId="77777777" w:rsidR="001C4862" w:rsidRDefault="001C486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CA42" w14:textId="3DBCE016" w:rsidR="0063661A" w:rsidRPr="00F739A2" w:rsidRDefault="0063661A" w:rsidP="00376A63">
    <w:pPr>
      <w:pStyle w:val="Encabezado"/>
      <w:jc w:val="center"/>
      <w:rPr>
        <w:b/>
        <w:sz w:val="15"/>
        <w:szCs w:val="15"/>
      </w:rPr>
    </w:pPr>
  </w:p>
  <w:tbl>
    <w:tblPr>
      <w:tblStyle w:val="Tablaconcuadrcula"/>
      <w:tblW w:w="0" w:type="auto"/>
      <w:tblInd w:w="38" w:type="dxa"/>
      <w:tblLayout w:type="fixed"/>
      <w:tblLook w:val="04A0" w:firstRow="1" w:lastRow="0" w:firstColumn="1" w:lastColumn="0" w:noHBand="0" w:noVBand="1"/>
    </w:tblPr>
    <w:tblGrid>
      <w:gridCol w:w="2004"/>
      <w:gridCol w:w="5437"/>
      <w:gridCol w:w="503"/>
      <w:gridCol w:w="2049"/>
    </w:tblGrid>
    <w:tr w:rsidR="00F739A2" w14:paraId="5484DBEF" w14:textId="6147E3A2" w:rsidTr="00171241">
      <w:trPr>
        <w:trHeight w:val="173"/>
      </w:trPr>
      <w:tc>
        <w:tcPr>
          <w:tcW w:w="2004" w:type="dxa"/>
          <w:vMerge w:val="restart"/>
          <w:tcBorders>
            <w:top w:val="nil"/>
            <w:left w:val="nil"/>
            <w:bottom w:val="nil"/>
            <w:right w:val="nil"/>
          </w:tcBorders>
        </w:tcPr>
        <w:p w14:paraId="7C5983BC" w14:textId="7F17ECEE" w:rsidR="00F739A2" w:rsidRDefault="00F739A2" w:rsidP="00F739A2">
          <w:pPr>
            <w:pStyle w:val="Encabezado"/>
            <w:rPr>
              <w:b/>
              <w:sz w:val="16"/>
              <w:szCs w:val="16"/>
            </w:rPr>
          </w:pPr>
          <w:r w:rsidRPr="008B0742">
            <w:rPr>
              <w:rFonts w:cs="Arial"/>
              <w:noProof/>
              <w:sz w:val="14"/>
              <w:szCs w:val="14"/>
            </w:rPr>
            <mc:AlternateContent>
              <mc:Choice Requires="wps">
                <w:drawing>
                  <wp:inline distT="0" distB="0" distL="0" distR="0" wp14:anchorId="53E96234" wp14:editId="1D67A5CC">
                    <wp:extent cx="1155560" cy="425450"/>
                    <wp:effectExtent l="0" t="0" r="26035" b="12700"/>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560" cy="425450"/>
                            </a:xfrm>
                            <a:prstGeom prst="rect">
                              <a:avLst/>
                            </a:prstGeom>
                            <a:solidFill>
                              <a:srgbClr val="FFFFFF"/>
                            </a:solidFill>
                            <a:ln w="9525">
                              <a:solidFill>
                                <a:srgbClr val="000000"/>
                              </a:solidFill>
                              <a:miter lim="800000"/>
                              <a:headEnd/>
                              <a:tailEnd/>
                            </a:ln>
                          </wps:spPr>
                          <wps:txbx>
                            <w:txbxContent>
                              <w:p w14:paraId="15231CE3" w14:textId="77777777" w:rsidR="00F739A2" w:rsidRPr="00F739A2" w:rsidRDefault="00F739A2" w:rsidP="00F739A2">
                                <w:pPr>
                                  <w:jc w:val="center"/>
                                  <w:rPr>
                                    <w:sz w:val="12"/>
                                    <w:szCs w:val="12"/>
                                    <w:u w:val="single"/>
                                  </w:rPr>
                                </w:pPr>
                                <w:r w:rsidRPr="00F739A2">
                                  <w:rPr>
                                    <w:sz w:val="12"/>
                                    <w:szCs w:val="12"/>
                                    <w:highlight w:val="yellow"/>
                                    <w:u w:val="single"/>
                                  </w:rPr>
                                  <w:t>Inserte logotipo vigente del Tribunal Electoral del Estado de México</w:t>
                                </w:r>
                              </w:p>
                            </w:txbxContent>
                          </wps:txbx>
                          <wps:bodyPr rot="0" vert="horz" wrap="square" lIns="91440" tIns="45720" rIns="91440" bIns="45720" anchor="t" anchorCtr="0">
                            <a:noAutofit/>
                          </wps:bodyPr>
                        </wps:wsp>
                      </a:graphicData>
                    </a:graphic>
                  </wp:inline>
                </w:drawing>
              </mc:Choice>
              <mc:Fallback>
                <w:pict>
                  <v:shapetype w14:anchorId="53E96234" id="_x0000_t202" coordsize="21600,21600" o:spt="202" path="m,l,21600r21600,l21600,xe">
                    <v:stroke joinstyle="miter"/>
                    <v:path gradientshapeok="t" o:connecttype="rect"/>
                  </v:shapetype>
                  <v:shape id="Cuadro de texto 2" o:spid="_x0000_s1026" type="#_x0000_t202" style="width:91pt;height: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">
                    <v:textbox>
                      <w:txbxContent>
                        <w:p w14:paraId="15231CE3" w14:textId="77777777" w:rsidR="00F739A2" w:rsidRPr="00F739A2" w:rsidRDefault="00F739A2" w:rsidP="00F739A2">
                          <w:pPr>
                            <w:jc w:val="center"/>
                            <w:rPr>
                              <w:sz w:val="12"/>
                              <w:szCs w:val="12"/>
                              <w:u w:val="single"/>
                            </w:rPr>
                          </w:pPr>
                          <w:r w:rsidRPr="00F739A2">
                            <w:rPr>
                              <w:sz w:val="12"/>
                              <w:szCs w:val="12"/>
                              <w:highlight w:val="yellow"/>
                              <w:u w:val="single"/>
                            </w:rPr>
                            <w:t>Inserte logotipo vigente del Tribunal Electoral del Estado de México</w:t>
                          </w:r>
                        </w:p>
                      </w:txbxContent>
                    </v:textbox>
                    <w10:anchorlock/>
                  </v:shape>
                </w:pict>
              </mc:Fallback>
            </mc:AlternateContent>
          </w:r>
        </w:p>
      </w:tc>
      <w:tc>
        <w:tcPr>
          <w:tcW w:w="5437" w:type="dxa"/>
          <w:vMerge w:val="restart"/>
          <w:tcBorders>
            <w:top w:val="nil"/>
            <w:left w:val="nil"/>
            <w:bottom w:val="nil"/>
            <w:right w:val="nil"/>
          </w:tcBorders>
          <w:vAlign w:val="center"/>
        </w:tcPr>
        <w:p w14:paraId="11ED817D" w14:textId="4E9C38F5" w:rsidR="00F739A2" w:rsidRPr="00376A63" w:rsidRDefault="00F739A2" w:rsidP="00F739A2">
          <w:pPr>
            <w:spacing w:after="0" w:line="230" w:lineRule="auto"/>
            <w:jc w:val="center"/>
            <w:rPr>
              <w:sz w:val="18"/>
              <w:szCs w:val="18"/>
            </w:rPr>
          </w:pPr>
          <w:r w:rsidRPr="00376A63">
            <w:rPr>
              <w:b/>
              <w:sz w:val="18"/>
              <w:szCs w:val="18"/>
            </w:rPr>
            <w:t xml:space="preserve">FORMATO DE ENTREGA SIMPLIFICADA </w:t>
          </w:r>
          <w:r w:rsidR="00A90931" w:rsidRPr="00A90931">
            <w:rPr>
              <w:b/>
              <w:sz w:val="18"/>
              <w:szCs w:val="18"/>
            </w:rPr>
            <w:t>EN MODALIDAD EXTRAORDINARIA</w:t>
          </w:r>
        </w:p>
        <w:p w14:paraId="111FC932" w14:textId="21F8FA57" w:rsidR="00F739A2" w:rsidRPr="00A90931" w:rsidRDefault="00A90931" w:rsidP="00F739A2">
          <w:pPr>
            <w:pStyle w:val="Encabezado"/>
            <w:jc w:val="center"/>
            <w:rPr>
              <w:b/>
              <w:spacing w:val="-2"/>
              <w:sz w:val="16"/>
              <w:szCs w:val="16"/>
            </w:rPr>
          </w:pPr>
          <w:r w:rsidRPr="00A90931">
            <w:rPr>
              <w:b/>
              <w:bCs/>
              <w:spacing w:val="-2"/>
              <w:sz w:val="15"/>
              <w:szCs w:val="15"/>
              <w:lang w:val="en-US"/>
            </w:rPr>
            <w:t>TITULAR DE UNIDAD</w:t>
          </w:r>
          <w:r w:rsidR="003A2D9A" w:rsidRPr="00A90931">
            <w:rPr>
              <w:b/>
              <w:bCs/>
              <w:spacing w:val="-2"/>
              <w:sz w:val="15"/>
              <w:szCs w:val="15"/>
              <w:lang w:val="en-US"/>
            </w:rPr>
            <w:t xml:space="preserve"> </w:t>
          </w:r>
          <w:r w:rsidR="003A2D9A" w:rsidRPr="00E139E8">
            <w:rPr>
              <w:b/>
              <w:bCs/>
              <w:spacing w:val="-2"/>
              <w:sz w:val="15"/>
              <w:szCs w:val="15"/>
              <w:lang w:val="en-US"/>
            </w:rPr>
            <w:t xml:space="preserve">A </w:t>
          </w:r>
          <w:sdt>
            <w:sdtPr>
              <w:rPr>
                <w:b/>
                <w:bCs/>
                <w:spacing w:val="-2"/>
                <w:sz w:val="15"/>
                <w:szCs w:val="15"/>
                <w:highlight w:val="yellow"/>
                <w:lang w:val="en-US"/>
              </w:rPr>
              <w:alias w:val="&lt;&lt;SELECCIONE (IV)&gt;&gt;"/>
              <w:tag w:val="&lt;&lt;SELECCIONE (IV)&gt;&gt;"/>
              <w:id w:val="440349808"/>
              <w:placeholder>
                <w:docPart w:val="DefaultPlaceholder_-1854013438"/>
              </w:placeholder>
              <w:dropDownList>
                <w:listItem w:displayText="&lt;&lt;SELECCIONE (IV)&gt;&gt;" w:value="&lt;&lt;SELECCIONE (IV)&gt;&gt;"/>
                <w:listItem w:displayText="PERSONA ENTRANTE" w:value="PERSONA ENTRANTE"/>
                <w:listItem w:displayText="PERSONA QUE RECIBE" w:value="PERSONA QUE RECIBE"/>
              </w:dropDownList>
            </w:sdtPr>
            <w:sdtContent>
              <w:r w:rsidR="00E139E8" w:rsidRPr="00E139E8">
                <w:rPr>
                  <w:b/>
                  <w:bCs/>
                  <w:spacing w:val="-2"/>
                  <w:sz w:val="15"/>
                  <w:szCs w:val="15"/>
                  <w:highlight w:val="yellow"/>
                  <w:lang w:val="en-US"/>
                </w:rPr>
                <w:t>&lt;&lt;SELECCIONE (IV)&gt;&gt;</w:t>
              </w:r>
            </w:sdtContent>
          </w:sdt>
        </w:p>
      </w:tc>
      <w:tc>
        <w:tcPr>
          <w:tcW w:w="503" w:type="dxa"/>
          <w:tcBorders>
            <w:top w:val="single" w:sz="4" w:space="0" w:color="FFFFFF" w:themeColor="background1"/>
            <w:left w:val="nil"/>
            <w:bottom w:val="single" w:sz="4" w:space="0" w:color="FFFFFF"/>
            <w:right w:val="single" w:sz="4" w:space="0" w:color="FFFFFF" w:themeColor="background1"/>
          </w:tcBorders>
          <w:vAlign w:val="center"/>
        </w:tcPr>
        <w:p w14:paraId="0B764D6C" w14:textId="3A58FDCB" w:rsidR="00F739A2" w:rsidRPr="00F739A2" w:rsidRDefault="00F739A2" w:rsidP="00F739A2">
          <w:pPr>
            <w:pStyle w:val="Encabezado"/>
            <w:jc w:val="center"/>
            <w:rPr>
              <w:b/>
              <w:sz w:val="15"/>
              <w:szCs w:val="15"/>
            </w:rPr>
          </w:pPr>
        </w:p>
      </w:tc>
      <w:tc>
        <w:tcPr>
          <w:tcW w:w="2049" w:type="dxa"/>
          <w:tcBorders>
            <w:top w:val="single" w:sz="4" w:space="0" w:color="FFFFFF"/>
            <w:left w:val="single" w:sz="4" w:space="0" w:color="FFFFFF" w:themeColor="background1"/>
            <w:bottom w:val="single" w:sz="4" w:space="0" w:color="000000"/>
            <w:right w:val="single" w:sz="4" w:space="0" w:color="FFFFFF"/>
          </w:tcBorders>
          <w:vAlign w:val="center"/>
        </w:tcPr>
        <w:p w14:paraId="1DF4AC99" w14:textId="0D20B1FD" w:rsidR="00F739A2" w:rsidRPr="00F739A2" w:rsidRDefault="00F739A2" w:rsidP="00F739A2">
          <w:pPr>
            <w:pStyle w:val="Encabezado"/>
            <w:jc w:val="center"/>
            <w:rPr>
              <w:b/>
              <w:sz w:val="15"/>
              <w:szCs w:val="15"/>
            </w:rPr>
          </w:pPr>
        </w:p>
      </w:tc>
    </w:tr>
    <w:tr w:rsidR="00F739A2" w14:paraId="200DF71D" w14:textId="77777777" w:rsidTr="00171241">
      <w:trPr>
        <w:trHeight w:val="316"/>
      </w:trPr>
      <w:tc>
        <w:tcPr>
          <w:tcW w:w="2004" w:type="dxa"/>
          <w:vMerge/>
          <w:tcBorders>
            <w:top w:val="nil"/>
            <w:left w:val="nil"/>
            <w:bottom w:val="nil"/>
            <w:right w:val="nil"/>
          </w:tcBorders>
        </w:tcPr>
        <w:p w14:paraId="7D6B21DC" w14:textId="77777777" w:rsidR="00F739A2" w:rsidRPr="008B0742" w:rsidRDefault="00F739A2" w:rsidP="00F739A2">
          <w:pPr>
            <w:pStyle w:val="Encabezado"/>
            <w:rPr>
              <w:rFonts w:cs="Arial"/>
              <w:noProof/>
              <w:sz w:val="14"/>
              <w:szCs w:val="14"/>
            </w:rPr>
          </w:pPr>
        </w:p>
      </w:tc>
      <w:tc>
        <w:tcPr>
          <w:tcW w:w="5437" w:type="dxa"/>
          <w:vMerge/>
          <w:tcBorders>
            <w:top w:val="nil"/>
            <w:left w:val="nil"/>
            <w:bottom w:val="nil"/>
            <w:right w:val="nil"/>
          </w:tcBorders>
          <w:vAlign w:val="center"/>
        </w:tcPr>
        <w:p w14:paraId="11FEEE75" w14:textId="77777777" w:rsidR="00F739A2" w:rsidRPr="00376A63" w:rsidRDefault="00F739A2" w:rsidP="00F739A2">
          <w:pPr>
            <w:spacing w:after="0" w:line="230" w:lineRule="auto"/>
            <w:jc w:val="center"/>
            <w:rPr>
              <w:b/>
              <w:sz w:val="18"/>
              <w:szCs w:val="18"/>
            </w:rPr>
          </w:pPr>
        </w:p>
      </w:tc>
      <w:tc>
        <w:tcPr>
          <w:tcW w:w="503" w:type="dxa"/>
          <w:tcBorders>
            <w:top w:val="single" w:sz="4" w:space="0" w:color="FFFFFF"/>
            <w:left w:val="nil"/>
            <w:bottom w:val="single" w:sz="4" w:space="0" w:color="FFFFFF"/>
            <w:right w:val="single" w:sz="4" w:space="0" w:color="auto"/>
          </w:tcBorders>
          <w:vAlign w:val="center"/>
        </w:tcPr>
        <w:p w14:paraId="7C0EC9F4" w14:textId="5BE0414C" w:rsidR="00F739A2" w:rsidRPr="00F739A2" w:rsidRDefault="00F739A2" w:rsidP="00F739A2">
          <w:pPr>
            <w:pStyle w:val="Encabezado"/>
            <w:jc w:val="center"/>
            <w:rPr>
              <w:b/>
              <w:sz w:val="12"/>
              <w:szCs w:val="12"/>
            </w:rPr>
          </w:pPr>
          <w:r w:rsidRPr="00F739A2">
            <w:rPr>
              <w:b/>
              <w:sz w:val="12"/>
              <w:szCs w:val="12"/>
            </w:rPr>
            <w:t>Folio</w:t>
          </w:r>
        </w:p>
      </w:tc>
      <w:tc>
        <w:tcPr>
          <w:tcW w:w="2049" w:type="dxa"/>
          <w:tcBorders>
            <w:top w:val="single" w:sz="4" w:space="0" w:color="000000"/>
            <w:left w:val="single" w:sz="4" w:space="0" w:color="auto"/>
            <w:bottom w:val="single" w:sz="4" w:space="0" w:color="000000"/>
          </w:tcBorders>
          <w:vAlign w:val="center"/>
        </w:tcPr>
        <w:p w14:paraId="5E669278" w14:textId="21125E5E" w:rsidR="00F739A2" w:rsidRPr="00F739A2" w:rsidRDefault="00F739A2" w:rsidP="00F739A2">
          <w:pPr>
            <w:pStyle w:val="Encabezado"/>
            <w:jc w:val="center"/>
            <w:rPr>
              <w:sz w:val="12"/>
              <w:szCs w:val="12"/>
              <w:highlight w:val="yellow"/>
            </w:rPr>
          </w:pPr>
          <w:r>
            <w:rPr>
              <w:sz w:val="12"/>
              <w:szCs w:val="12"/>
              <w:highlight w:val="yellow"/>
            </w:rPr>
            <w:t>(1)</w:t>
          </w:r>
        </w:p>
      </w:tc>
    </w:tr>
    <w:tr w:rsidR="00F739A2" w14:paraId="6CB6CB5B" w14:textId="77777777" w:rsidTr="00171241">
      <w:trPr>
        <w:trHeight w:val="285"/>
      </w:trPr>
      <w:tc>
        <w:tcPr>
          <w:tcW w:w="2004" w:type="dxa"/>
          <w:vMerge/>
          <w:tcBorders>
            <w:top w:val="nil"/>
            <w:left w:val="nil"/>
            <w:bottom w:val="nil"/>
            <w:right w:val="nil"/>
          </w:tcBorders>
        </w:tcPr>
        <w:p w14:paraId="15A58D2A" w14:textId="77777777" w:rsidR="00F739A2" w:rsidRPr="008B0742" w:rsidRDefault="00F739A2" w:rsidP="00F739A2">
          <w:pPr>
            <w:pStyle w:val="Encabezado"/>
            <w:rPr>
              <w:rFonts w:cs="Arial"/>
              <w:noProof/>
              <w:sz w:val="14"/>
              <w:szCs w:val="14"/>
            </w:rPr>
          </w:pPr>
        </w:p>
      </w:tc>
      <w:tc>
        <w:tcPr>
          <w:tcW w:w="5437" w:type="dxa"/>
          <w:vMerge/>
          <w:tcBorders>
            <w:top w:val="nil"/>
            <w:left w:val="nil"/>
            <w:bottom w:val="nil"/>
            <w:right w:val="nil"/>
          </w:tcBorders>
          <w:vAlign w:val="center"/>
        </w:tcPr>
        <w:p w14:paraId="0B252F45" w14:textId="77777777" w:rsidR="00F739A2" w:rsidRPr="00376A63" w:rsidRDefault="00F739A2" w:rsidP="00F739A2">
          <w:pPr>
            <w:spacing w:after="0" w:line="230" w:lineRule="auto"/>
            <w:jc w:val="center"/>
            <w:rPr>
              <w:b/>
              <w:sz w:val="18"/>
              <w:szCs w:val="18"/>
            </w:rPr>
          </w:pPr>
        </w:p>
      </w:tc>
      <w:tc>
        <w:tcPr>
          <w:tcW w:w="503" w:type="dxa"/>
          <w:tcBorders>
            <w:top w:val="single" w:sz="4" w:space="0" w:color="FFFFFF"/>
            <w:left w:val="nil"/>
            <w:bottom w:val="single" w:sz="4" w:space="0" w:color="FFFFFF"/>
            <w:right w:val="single" w:sz="4" w:space="0" w:color="FFFFFF"/>
          </w:tcBorders>
          <w:vAlign w:val="center"/>
        </w:tcPr>
        <w:p w14:paraId="2C932796" w14:textId="77777777" w:rsidR="00F739A2" w:rsidRPr="00F739A2" w:rsidRDefault="00F739A2" w:rsidP="00F739A2">
          <w:pPr>
            <w:pStyle w:val="Encabezado"/>
            <w:jc w:val="center"/>
            <w:rPr>
              <w:b/>
              <w:sz w:val="15"/>
              <w:szCs w:val="15"/>
            </w:rPr>
          </w:pPr>
        </w:p>
      </w:tc>
      <w:tc>
        <w:tcPr>
          <w:tcW w:w="2049" w:type="dxa"/>
          <w:tcBorders>
            <w:top w:val="single" w:sz="4" w:space="0" w:color="000000"/>
            <w:left w:val="single" w:sz="4" w:space="0" w:color="FFFFFF"/>
            <w:bottom w:val="single" w:sz="4" w:space="0" w:color="FFFFFF"/>
            <w:right w:val="single" w:sz="4" w:space="0" w:color="FFFFFF"/>
          </w:tcBorders>
          <w:vAlign w:val="center"/>
        </w:tcPr>
        <w:p w14:paraId="24625DD7" w14:textId="77777777" w:rsidR="00F739A2" w:rsidRPr="00F739A2" w:rsidRDefault="00F739A2" w:rsidP="00F739A2">
          <w:pPr>
            <w:pStyle w:val="Encabezado"/>
            <w:jc w:val="center"/>
            <w:rPr>
              <w:sz w:val="15"/>
              <w:szCs w:val="15"/>
              <w:highlight w:val="yellow"/>
            </w:rPr>
          </w:pPr>
        </w:p>
      </w:tc>
    </w:tr>
  </w:tbl>
  <w:p w14:paraId="526CEAF4" w14:textId="77777777" w:rsidR="00376A63" w:rsidRPr="00F739A2" w:rsidRDefault="00376A63" w:rsidP="00F739A2">
    <w:pPr>
      <w:pStyle w:val="Encabezad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2053725765">
    <w:abstractNumId w:val="8"/>
  </w:num>
  <w:num w:numId="2" w16cid:durableId="1592474389">
    <w:abstractNumId w:val="6"/>
  </w:num>
  <w:num w:numId="3" w16cid:durableId="166671695">
    <w:abstractNumId w:val="5"/>
  </w:num>
  <w:num w:numId="4" w16cid:durableId="1130169934">
    <w:abstractNumId w:val="4"/>
  </w:num>
  <w:num w:numId="5" w16cid:durableId="1225261663">
    <w:abstractNumId w:val="7"/>
  </w:num>
  <w:num w:numId="6" w16cid:durableId="1558708446">
    <w:abstractNumId w:val="3"/>
  </w:num>
  <w:num w:numId="7" w16cid:durableId="204755190">
    <w:abstractNumId w:val="2"/>
  </w:num>
  <w:num w:numId="8" w16cid:durableId="354502026">
    <w:abstractNumId w:val="1"/>
  </w:num>
  <w:num w:numId="9" w16cid:durableId="436797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2CE3"/>
    <w:rsid w:val="000A5083"/>
    <w:rsid w:val="000E6FBC"/>
    <w:rsid w:val="00120B03"/>
    <w:rsid w:val="001240C3"/>
    <w:rsid w:val="0015074B"/>
    <w:rsid w:val="00171241"/>
    <w:rsid w:val="001C4862"/>
    <w:rsid w:val="001D0157"/>
    <w:rsid w:val="001D6433"/>
    <w:rsid w:val="00205632"/>
    <w:rsid w:val="00205B3B"/>
    <w:rsid w:val="0021379F"/>
    <w:rsid w:val="00214A12"/>
    <w:rsid w:val="00275BA2"/>
    <w:rsid w:val="00280A8E"/>
    <w:rsid w:val="0029639D"/>
    <w:rsid w:val="002B367C"/>
    <w:rsid w:val="002C3B35"/>
    <w:rsid w:val="00326F90"/>
    <w:rsid w:val="00376A63"/>
    <w:rsid w:val="003A2D9A"/>
    <w:rsid w:val="003D56BE"/>
    <w:rsid w:val="003E6006"/>
    <w:rsid w:val="00405F56"/>
    <w:rsid w:val="00535AEF"/>
    <w:rsid w:val="00541B68"/>
    <w:rsid w:val="005F289F"/>
    <w:rsid w:val="0063661A"/>
    <w:rsid w:val="006618A5"/>
    <w:rsid w:val="00665736"/>
    <w:rsid w:val="00682612"/>
    <w:rsid w:val="00684B60"/>
    <w:rsid w:val="0069704D"/>
    <w:rsid w:val="006D4ECE"/>
    <w:rsid w:val="006E25F3"/>
    <w:rsid w:val="00792196"/>
    <w:rsid w:val="007B7934"/>
    <w:rsid w:val="007D2A21"/>
    <w:rsid w:val="00814604"/>
    <w:rsid w:val="00825752"/>
    <w:rsid w:val="0083203A"/>
    <w:rsid w:val="00841815"/>
    <w:rsid w:val="00852569"/>
    <w:rsid w:val="008A3CD8"/>
    <w:rsid w:val="008C643B"/>
    <w:rsid w:val="008D2077"/>
    <w:rsid w:val="00921020"/>
    <w:rsid w:val="009210A9"/>
    <w:rsid w:val="00926103"/>
    <w:rsid w:val="009672E8"/>
    <w:rsid w:val="00981641"/>
    <w:rsid w:val="0099243A"/>
    <w:rsid w:val="00A233BD"/>
    <w:rsid w:val="00A435A5"/>
    <w:rsid w:val="00A6473A"/>
    <w:rsid w:val="00A90931"/>
    <w:rsid w:val="00AA1D8D"/>
    <w:rsid w:val="00AA65D9"/>
    <w:rsid w:val="00AC6875"/>
    <w:rsid w:val="00AD682E"/>
    <w:rsid w:val="00B0368D"/>
    <w:rsid w:val="00B05CDC"/>
    <w:rsid w:val="00B47730"/>
    <w:rsid w:val="00B50A97"/>
    <w:rsid w:val="00BA2369"/>
    <w:rsid w:val="00BB5AEA"/>
    <w:rsid w:val="00BC7ACB"/>
    <w:rsid w:val="00BD3323"/>
    <w:rsid w:val="00BF7675"/>
    <w:rsid w:val="00C1461E"/>
    <w:rsid w:val="00C66044"/>
    <w:rsid w:val="00CA3982"/>
    <w:rsid w:val="00CB0664"/>
    <w:rsid w:val="00CB191F"/>
    <w:rsid w:val="00CC12A5"/>
    <w:rsid w:val="00CD61D8"/>
    <w:rsid w:val="00D34664"/>
    <w:rsid w:val="00DB6855"/>
    <w:rsid w:val="00DB7D6E"/>
    <w:rsid w:val="00E139E8"/>
    <w:rsid w:val="00EF0F62"/>
    <w:rsid w:val="00EF7B79"/>
    <w:rsid w:val="00F035D0"/>
    <w:rsid w:val="00F16A53"/>
    <w:rsid w:val="00F16E91"/>
    <w:rsid w:val="00F2733A"/>
    <w:rsid w:val="00F37832"/>
    <w:rsid w:val="00F739A2"/>
    <w:rsid w:val="00F86864"/>
    <w:rsid w:val="00F94A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836428"/>
  <w14:defaultImageDpi w14:val="300"/>
  <w15:docId w15:val="{DE39BE2F-D8EA-4C9E-ADC4-7171D64A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rial" w:hAnsi="Arial"/>
      <w:sz w:val="19"/>
      <w:lang w:val="es-MX"/>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Textodelmarcadordeposicin">
    <w:name w:val="Placeholder Text"/>
    <w:basedOn w:val="Fuentedeprrafopredeter"/>
    <w:uiPriority w:val="99"/>
    <w:semiHidden/>
    <w:rsid w:val="005F289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3D5BF659-A078-4136-835E-75AB93A6CDA0}"/>
      </w:docPartPr>
      <w:docPartBody>
        <w:p w:rsidR="00D23310" w:rsidRDefault="008F4B9D">
          <w:r w:rsidRPr="007E0A78">
            <w:rPr>
              <w:rStyle w:val="Textodelmarcadordeposicin"/>
            </w:rPr>
            <w:t>Elija un elemento.</w:t>
          </w:r>
        </w:p>
      </w:docPartBody>
    </w:docPart>
    <w:docPart>
      <w:docPartPr>
        <w:name w:val="796273E247104A52B402EB16B40D8DC5"/>
        <w:category>
          <w:name w:val="General"/>
          <w:gallery w:val="placeholder"/>
        </w:category>
        <w:types>
          <w:type w:val="bbPlcHdr"/>
        </w:types>
        <w:behaviors>
          <w:behavior w:val="content"/>
        </w:behaviors>
        <w:guid w:val="{FF13FD5C-0A8A-49C4-BA7E-50E49C7E8300}"/>
      </w:docPartPr>
      <w:docPartBody>
        <w:p w:rsidR="00D23310" w:rsidRDefault="008F4B9D" w:rsidP="008F4B9D">
          <w:pPr>
            <w:pStyle w:val="796273E247104A52B402EB16B40D8DC5"/>
          </w:pPr>
          <w:r w:rsidRPr="007E0A78">
            <w:rPr>
              <w:rStyle w:val="Textodelmarcadordeposicin"/>
            </w:rPr>
            <w:t>Elija un elemento.</w:t>
          </w:r>
        </w:p>
      </w:docPartBody>
    </w:docPart>
    <w:docPart>
      <w:docPartPr>
        <w:name w:val="CE50B68FD86C4AD5A04B38AB820810F2"/>
        <w:category>
          <w:name w:val="General"/>
          <w:gallery w:val="placeholder"/>
        </w:category>
        <w:types>
          <w:type w:val="bbPlcHdr"/>
        </w:types>
        <w:behaviors>
          <w:behavior w:val="content"/>
        </w:behaviors>
        <w:guid w:val="{46552B45-7305-46FE-A142-B253B692196F}"/>
      </w:docPartPr>
      <w:docPartBody>
        <w:p w:rsidR="00D23310" w:rsidRDefault="008F4B9D" w:rsidP="008F4B9D">
          <w:pPr>
            <w:pStyle w:val="CE50B68FD86C4AD5A04B38AB820810F2"/>
          </w:pPr>
          <w:r w:rsidRPr="007E0A78">
            <w:rPr>
              <w:rStyle w:val="Textodelmarcadordeposicin"/>
            </w:rPr>
            <w:t>Elija un elemento.</w:t>
          </w:r>
        </w:p>
      </w:docPartBody>
    </w:docPart>
    <w:docPart>
      <w:docPartPr>
        <w:name w:val="6C0A5AB9422648F88D1523E1251B1187"/>
        <w:category>
          <w:name w:val="General"/>
          <w:gallery w:val="placeholder"/>
        </w:category>
        <w:types>
          <w:type w:val="bbPlcHdr"/>
        </w:types>
        <w:behaviors>
          <w:behavior w:val="content"/>
        </w:behaviors>
        <w:guid w:val="{CEB5C231-8738-484E-B12F-32F90CFB7CFC}"/>
      </w:docPartPr>
      <w:docPartBody>
        <w:p w:rsidR="00D23310" w:rsidRDefault="008F4B9D" w:rsidP="008F4B9D">
          <w:pPr>
            <w:pStyle w:val="6C0A5AB9422648F88D1523E1251B1187"/>
          </w:pPr>
          <w:r w:rsidRPr="007E0A78">
            <w:rPr>
              <w:rStyle w:val="Textodelmarcadordeposicin"/>
            </w:rPr>
            <w:t>Elija un elemento.</w:t>
          </w:r>
        </w:p>
      </w:docPartBody>
    </w:docPart>
    <w:docPart>
      <w:docPartPr>
        <w:name w:val="9107E74B94AE4B38A9DC076D86581A91"/>
        <w:category>
          <w:name w:val="General"/>
          <w:gallery w:val="placeholder"/>
        </w:category>
        <w:types>
          <w:type w:val="bbPlcHdr"/>
        </w:types>
        <w:behaviors>
          <w:behavior w:val="content"/>
        </w:behaviors>
        <w:guid w:val="{E85AE9D7-C41A-47FB-921B-3D65759CF143}"/>
      </w:docPartPr>
      <w:docPartBody>
        <w:p w:rsidR="00D23310" w:rsidRDefault="008F4B9D" w:rsidP="008F4B9D">
          <w:pPr>
            <w:pStyle w:val="9107E74B94AE4B38A9DC076D86581A91"/>
          </w:pPr>
          <w:r w:rsidRPr="007E0A78">
            <w:rPr>
              <w:rStyle w:val="Textodelmarcadordeposicin"/>
            </w:rPr>
            <w:t>Elija un elemento.</w:t>
          </w:r>
        </w:p>
      </w:docPartBody>
    </w:docPart>
    <w:docPart>
      <w:docPartPr>
        <w:name w:val="37B335614234469799466AC8CB30EC3F"/>
        <w:category>
          <w:name w:val="General"/>
          <w:gallery w:val="placeholder"/>
        </w:category>
        <w:types>
          <w:type w:val="bbPlcHdr"/>
        </w:types>
        <w:behaviors>
          <w:behavior w:val="content"/>
        </w:behaviors>
        <w:guid w:val="{B63954B8-7EDE-4668-8521-26BB2CB408F7}"/>
      </w:docPartPr>
      <w:docPartBody>
        <w:p w:rsidR="00D23310" w:rsidRDefault="008F4B9D" w:rsidP="008F4B9D">
          <w:pPr>
            <w:pStyle w:val="37B335614234469799466AC8CB30EC3F"/>
          </w:pPr>
          <w:r w:rsidRPr="007E0A78">
            <w:rPr>
              <w:rStyle w:val="Textodelmarcadordeposicin"/>
            </w:rPr>
            <w:t>Elija un elemento.</w:t>
          </w:r>
        </w:p>
      </w:docPartBody>
    </w:docPart>
    <w:docPart>
      <w:docPartPr>
        <w:name w:val="0707EBADAFCB4D5E9E75A2446C5FE9B4"/>
        <w:category>
          <w:name w:val="General"/>
          <w:gallery w:val="placeholder"/>
        </w:category>
        <w:types>
          <w:type w:val="bbPlcHdr"/>
        </w:types>
        <w:behaviors>
          <w:behavior w:val="content"/>
        </w:behaviors>
        <w:guid w:val="{ACD5E3EA-ABD0-481F-82FF-5CF0DD52D03B}"/>
      </w:docPartPr>
      <w:docPartBody>
        <w:p w:rsidR="00D23310" w:rsidRDefault="008F4B9D" w:rsidP="008F4B9D">
          <w:pPr>
            <w:pStyle w:val="0707EBADAFCB4D5E9E75A2446C5FE9B4"/>
          </w:pPr>
          <w:r w:rsidRPr="007E0A78">
            <w:rPr>
              <w:rStyle w:val="Textodelmarcadordeposicin"/>
            </w:rPr>
            <w:t>Elija un elemento.</w:t>
          </w:r>
        </w:p>
      </w:docPartBody>
    </w:docPart>
    <w:docPart>
      <w:docPartPr>
        <w:name w:val="C52C77A843EC4A89B2994D3DF932D9C3"/>
        <w:category>
          <w:name w:val="General"/>
          <w:gallery w:val="placeholder"/>
        </w:category>
        <w:types>
          <w:type w:val="bbPlcHdr"/>
        </w:types>
        <w:behaviors>
          <w:behavior w:val="content"/>
        </w:behaviors>
        <w:guid w:val="{0499A7D1-C155-4171-9AB9-ACD7DB973DF2}"/>
      </w:docPartPr>
      <w:docPartBody>
        <w:p w:rsidR="00D23310" w:rsidRDefault="008F4B9D" w:rsidP="008F4B9D">
          <w:pPr>
            <w:pStyle w:val="C52C77A843EC4A89B2994D3DF932D9C3"/>
          </w:pPr>
          <w:r w:rsidRPr="007E0A78">
            <w:rPr>
              <w:rStyle w:val="Textodelmarcadordeposicin"/>
            </w:rPr>
            <w:t>Elija un elemento.</w:t>
          </w:r>
        </w:p>
      </w:docPartBody>
    </w:docPart>
    <w:docPart>
      <w:docPartPr>
        <w:name w:val="71D9A6A93B8E4A1FBFDABA027A3F73A9"/>
        <w:category>
          <w:name w:val="General"/>
          <w:gallery w:val="placeholder"/>
        </w:category>
        <w:types>
          <w:type w:val="bbPlcHdr"/>
        </w:types>
        <w:behaviors>
          <w:behavior w:val="content"/>
        </w:behaviors>
        <w:guid w:val="{CC03A56E-C127-4942-BD68-43F35D7D09D7}"/>
      </w:docPartPr>
      <w:docPartBody>
        <w:p w:rsidR="00D23310" w:rsidRDefault="008F4B9D" w:rsidP="008F4B9D">
          <w:pPr>
            <w:pStyle w:val="71D9A6A93B8E4A1FBFDABA027A3F73A9"/>
          </w:pPr>
          <w:r w:rsidRPr="007E0A78">
            <w:rPr>
              <w:rStyle w:val="Textodelmarcadordeposicin"/>
            </w:rPr>
            <w:t>Elija un elemento.</w:t>
          </w:r>
        </w:p>
      </w:docPartBody>
    </w:docPart>
    <w:docPart>
      <w:docPartPr>
        <w:name w:val="406C24BA7C664AE198BBFAD1B883BFD4"/>
        <w:category>
          <w:name w:val="General"/>
          <w:gallery w:val="placeholder"/>
        </w:category>
        <w:types>
          <w:type w:val="bbPlcHdr"/>
        </w:types>
        <w:behaviors>
          <w:behavior w:val="content"/>
        </w:behaviors>
        <w:guid w:val="{F40A4BCE-31EA-48F7-81DE-EF37F8580C09}"/>
      </w:docPartPr>
      <w:docPartBody>
        <w:p w:rsidR="00D23310" w:rsidRDefault="008F4B9D" w:rsidP="008F4B9D">
          <w:pPr>
            <w:pStyle w:val="406C24BA7C664AE198BBFAD1B883BFD4"/>
          </w:pPr>
          <w:r w:rsidRPr="007E0A78">
            <w:rPr>
              <w:rStyle w:val="Textodelmarcadordeposicin"/>
            </w:rPr>
            <w:t>Elija un elemento.</w:t>
          </w:r>
        </w:p>
      </w:docPartBody>
    </w:docPart>
    <w:docPart>
      <w:docPartPr>
        <w:name w:val="D49FD030C501411EA195D10F800443F9"/>
        <w:category>
          <w:name w:val="General"/>
          <w:gallery w:val="placeholder"/>
        </w:category>
        <w:types>
          <w:type w:val="bbPlcHdr"/>
        </w:types>
        <w:behaviors>
          <w:behavior w:val="content"/>
        </w:behaviors>
        <w:guid w:val="{C4D1A17E-84A2-4E67-8BF3-A7181719DA45}"/>
      </w:docPartPr>
      <w:docPartBody>
        <w:p w:rsidR="00D23310" w:rsidRDefault="008F4B9D" w:rsidP="008F4B9D">
          <w:pPr>
            <w:pStyle w:val="D49FD030C501411EA195D10F800443F9"/>
          </w:pPr>
          <w:r w:rsidRPr="007E0A78">
            <w:rPr>
              <w:rStyle w:val="Textodelmarcadordeposicin"/>
            </w:rPr>
            <w:t>Elija un elemento.</w:t>
          </w:r>
        </w:p>
      </w:docPartBody>
    </w:docPart>
    <w:docPart>
      <w:docPartPr>
        <w:name w:val="C23B841FEE244942930118E8EB53D5F2"/>
        <w:category>
          <w:name w:val="General"/>
          <w:gallery w:val="placeholder"/>
        </w:category>
        <w:types>
          <w:type w:val="bbPlcHdr"/>
        </w:types>
        <w:behaviors>
          <w:behavior w:val="content"/>
        </w:behaviors>
        <w:guid w:val="{D3074402-9BA3-43EF-8AC2-7DE83AE7B58D}"/>
      </w:docPartPr>
      <w:docPartBody>
        <w:p w:rsidR="00D23310" w:rsidRDefault="008F4B9D" w:rsidP="008F4B9D">
          <w:pPr>
            <w:pStyle w:val="C23B841FEE244942930118E8EB53D5F2"/>
          </w:pPr>
          <w:r w:rsidRPr="007E0A78">
            <w:rPr>
              <w:rStyle w:val="Textodelmarcadordeposicin"/>
            </w:rPr>
            <w:t>Elija un elemento.</w:t>
          </w:r>
        </w:p>
      </w:docPartBody>
    </w:docPart>
    <w:docPart>
      <w:docPartPr>
        <w:name w:val="482BD45E0CBA41D4B0871FD63A0A6E04"/>
        <w:category>
          <w:name w:val="General"/>
          <w:gallery w:val="placeholder"/>
        </w:category>
        <w:types>
          <w:type w:val="bbPlcHdr"/>
        </w:types>
        <w:behaviors>
          <w:behavior w:val="content"/>
        </w:behaviors>
        <w:guid w:val="{B60BCDE1-D6CE-4F5F-B3B6-B70832A8BF4E}"/>
      </w:docPartPr>
      <w:docPartBody>
        <w:p w:rsidR="00D23310" w:rsidRDefault="008F4B9D" w:rsidP="008F4B9D">
          <w:pPr>
            <w:pStyle w:val="482BD45E0CBA41D4B0871FD63A0A6E04"/>
          </w:pPr>
          <w:r w:rsidRPr="007E0A78">
            <w:rPr>
              <w:rStyle w:val="Textodelmarcadordeposicin"/>
            </w:rPr>
            <w:t>Elija un elemento.</w:t>
          </w:r>
        </w:p>
      </w:docPartBody>
    </w:docPart>
    <w:docPart>
      <w:docPartPr>
        <w:name w:val="6F33A355B0BB43518827D11914FA6FD8"/>
        <w:category>
          <w:name w:val="General"/>
          <w:gallery w:val="placeholder"/>
        </w:category>
        <w:types>
          <w:type w:val="bbPlcHdr"/>
        </w:types>
        <w:behaviors>
          <w:behavior w:val="content"/>
        </w:behaviors>
        <w:guid w:val="{D6714A14-BBC9-4D4A-878B-2710038D35B5}"/>
      </w:docPartPr>
      <w:docPartBody>
        <w:p w:rsidR="00D23310" w:rsidRDefault="008F4B9D" w:rsidP="008F4B9D">
          <w:pPr>
            <w:pStyle w:val="6F33A355B0BB43518827D11914FA6FD8"/>
          </w:pPr>
          <w:r w:rsidRPr="007E0A78">
            <w:rPr>
              <w:rStyle w:val="Textodelmarcadordeposicin"/>
            </w:rPr>
            <w:t>Elija un elemento.</w:t>
          </w:r>
        </w:p>
      </w:docPartBody>
    </w:docPart>
    <w:docPart>
      <w:docPartPr>
        <w:name w:val="7CCC738277494AD58030444859789206"/>
        <w:category>
          <w:name w:val="General"/>
          <w:gallery w:val="placeholder"/>
        </w:category>
        <w:types>
          <w:type w:val="bbPlcHdr"/>
        </w:types>
        <w:behaviors>
          <w:behavior w:val="content"/>
        </w:behaviors>
        <w:guid w:val="{C46B905D-71C2-4071-9A35-A3226144A115}"/>
      </w:docPartPr>
      <w:docPartBody>
        <w:p w:rsidR="00C629B1" w:rsidRDefault="00EE000E" w:rsidP="00EE000E">
          <w:pPr>
            <w:pStyle w:val="7CCC738277494AD58030444859789206"/>
          </w:pPr>
          <w:r w:rsidRPr="003E32E9">
            <w:rPr>
              <w:rStyle w:val="Textodelmarcadordeposicin"/>
            </w:rPr>
            <w:t>Elija un elemento.</w:t>
          </w:r>
        </w:p>
      </w:docPartBody>
    </w:docPart>
    <w:docPart>
      <w:docPartPr>
        <w:name w:val="3E35F502F9384697AA535CA450228F66"/>
        <w:category>
          <w:name w:val="General"/>
          <w:gallery w:val="placeholder"/>
        </w:category>
        <w:types>
          <w:type w:val="bbPlcHdr"/>
        </w:types>
        <w:behaviors>
          <w:behavior w:val="content"/>
        </w:behaviors>
        <w:guid w:val="{F9860044-CC01-4B5A-B9B4-07C6D673B776}"/>
      </w:docPartPr>
      <w:docPartBody>
        <w:p w:rsidR="00C629B1" w:rsidRDefault="00EE000E" w:rsidP="00EE000E">
          <w:pPr>
            <w:pStyle w:val="3E35F502F9384697AA535CA450228F66"/>
          </w:pPr>
          <w:r w:rsidRPr="003E32E9">
            <w:rPr>
              <w:rStyle w:val="Textodelmarcadordeposicin"/>
            </w:rPr>
            <w:t>Elija un elemento.</w:t>
          </w:r>
        </w:p>
      </w:docPartBody>
    </w:docPart>
    <w:docPart>
      <w:docPartPr>
        <w:name w:val="735E60D24BE54582BC744403454C583E"/>
        <w:category>
          <w:name w:val="General"/>
          <w:gallery w:val="placeholder"/>
        </w:category>
        <w:types>
          <w:type w:val="bbPlcHdr"/>
        </w:types>
        <w:behaviors>
          <w:behavior w:val="content"/>
        </w:behaviors>
        <w:guid w:val="{2CE6F56E-5B0A-47AE-B6F6-75847E81C66E}"/>
      </w:docPartPr>
      <w:docPartBody>
        <w:p w:rsidR="00C629B1" w:rsidRDefault="00EE000E" w:rsidP="00EE000E">
          <w:pPr>
            <w:pStyle w:val="735E60D24BE54582BC744403454C583E"/>
          </w:pPr>
          <w:r w:rsidRPr="003E32E9">
            <w:rPr>
              <w:rStyle w:val="Textodelmarcadordeposicin"/>
            </w:rPr>
            <w:t>Elija un elemento.</w:t>
          </w:r>
        </w:p>
      </w:docPartBody>
    </w:docPart>
    <w:docPart>
      <w:docPartPr>
        <w:name w:val="1D8047BA824544E6BCAD8DA8BA057080"/>
        <w:category>
          <w:name w:val="General"/>
          <w:gallery w:val="placeholder"/>
        </w:category>
        <w:types>
          <w:type w:val="bbPlcHdr"/>
        </w:types>
        <w:behaviors>
          <w:behavior w:val="content"/>
        </w:behaviors>
        <w:guid w:val="{96F27BB9-6963-478A-A2E9-D2C21402B5D2}"/>
      </w:docPartPr>
      <w:docPartBody>
        <w:p w:rsidR="00C629B1" w:rsidRDefault="00EE000E" w:rsidP="00EE000E">
          <w:pPr>
            <w:pStyle w:val="1D8047BA824544E6BCAD8DA8BA057080"/>
          </w:pPr>
          <w:r w:rsidRPr="007E0A78">
            <w:rPr>
              <w:rStyle w:val="Textodelmarcadordeposicin"/>
            </w:rPr>
            <w:t>Elija un elemento.</w:t>
          </w:r>
        </w:p>
      </w:docPartBody>
    </w:docPart>
    <w:docPart>
      <w:docPartPr>
        <w:name w:val="0C1FC2A1D1A0472FB9C09F2E65E93BA0"/>
        <w:category>
          <w:name w:val="General"/>
          <w:gallery w:val="placeholder"/>
        </w:category>
        <w:types>
          <w:type w:val="bbPlcHdr"/>
        </w:types>
        <w:behaviors>
          <w:behavior w:val="content"/>
        </w:behaviors>
        <w:guid w:val="{D5053639-C7FE-4215-AE1A-69DD6A83E705}"/>
      </w:docPartPr>
      <w:docPartBody>
        <w:p w:rsidR="00C629B1" w:rsidRDefault="00EE000E" w:rsidP="00EE000E">
          <w:pPr>
            <w:pStyle w:val="0C1FC2A1D1A0472FB9C09F2E65E93BA0"/>
          </w:pPr>
          <w:r w:rsidRPr="007E0A78">
            <w:rPr>
              <w:rStyle w:val="Textodelmarcadordeposicin"/>
            </w:rPr>
            <w:t>Elija un elemento.</w:t>
          </w:r>
        </w:p>
      </w:docPartBody>
    </w:docPart>
    <w:docPart>
      <w:docPartPr>
        <w:name w:val="73B88BF3FC7240BF80FEDB39E7AACAA1"/>
        <w:category>
          <w:name w:val="General"/>
          <w:gallery w:val="placeholder"/>
        </w:category>
        <w:types>
          <w:type w:val="bbPlcHdr"/>
        </w:types>
        <w:behaviors>
          <w:behavior w:val="content"/>
        </w:behaviors>
        <w:guid w:val="{5161D190-6473-4EEF-99A3-43F1497A43CB}"/>
      </w:docPartPr>
      <w:docPartBody>
        <w:p w:rsidR="00C629B1" w:rsidRDefault="00EE000E" w:rsidP="00EE000E">
          <w:pPr>
            <w:pStyle w:val="73B88BF3FC7240BF80FEDB39E7AACAA1"/>
          </w:pPr>
          <w:r w:rsidRPr="007E0A7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B9D"/>
    <w:rsid w:val="000447D3"/>
    <w:rsid w:val="00051AFD"/>
    <w:rsid w:val="000A5083"/>
    <w:rsid w:val="001D0157"/>
    <w:rsid w:val="002A5E34"/>
    <w:rsid w:val="00371131"/>
    <w:rsid w:val="003C333A"/>
    <w:rsid w:val="00514495"/>
    <w:rsid w:val="00792196"/>
    <w:rsid w:val="00797389"/>
    <w:rsid w:val="008F4B9D"/>
    <w:rsid w:val="00981641"/>
    <w:rsid w:val="00C629B1"/>
    <w:rsid w:val="00D23310"/>
    <w:rsid w:val="00E3471F"/>
    <w:rsid w:val="00E477F8"/>
    <w:rsid w:val="00EE000E"/>
    <w:rsid w:val="00F16E91"/>
    <w:rsid w:val="00F94A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E000E"/>
    <w:rPr>
      <w:color w:val="666666"/>
    </w:rPr>
  </w:style>
  <w:style w:type="paragraph" w:customStyle="1" w:styleId="796273E247104A52B402EB16B40D8DC5">
    <w:name w:val="796273E247104A52B402EB16B40D8DC5"/>
    <w:rsid w:val="008F4B9D"/>
  </w:style>
  <w:style w:type="paragraph" w:customStyle="1" w:styleId="CE50B68FD86C4AD5A04B38AB820810F2">
    <w:name w:val="CE50B68FD86C4AD5A04B38AB820810F2"/>
    <w:rsid w:val="008F4B9D"/>
  </w:style>
  <w:style w:type="paragraph" w:customStyle="1" w:styleId="6C0A5AB9422648F88D1523E1251B1187">
    <w:name w:val="6C0A5AB9422648F88D1523E1251B1187"/>
    <w:rsid w:val="008F4B9D"/>
  </w:style>
  <w:style w:type="paragraph" w:customStyle="1" w:styleId="9107E74B94AE4B38A9DC076D86581A91">
    <w:name w:val="9107E74B94AE4B38A9DC076D86581A91"/>
    <w:rsid w:val="008F4B9D"/>
  </w:style>
  <w:style w:type="paragraph" w:customStyle="1" w:styleId="37B335614234469799466AC8CB30EC3F">
    <w:name w:val="37B335614234469799466AC8CB30EC3F"/>
    <w:rsid w:val="008F4B9D"/>
  </w:style>
  <w:style w:type="paragraph" w:customStyle="1" w:styleId="0707EBADAFCB4D5E9E75A2446C5FE9B4">
    <w:name w:val="0707EBADAFCB4D5E9E75A2446C5FE9B4"/>
    <w:rsid w:val="008F4B9D"/>
  </w:style>
  <w:style w:type="paragraph" w:customStyle="1" w:styleId="C52C77A843EC4A89B2994D3DF932D9C3">
    <w:name w:val="C52C77A843EC4A89B2994D3DF932D9C3"/>
    <w:rsid w:val="008F4B9D"/>
  </w:style>
  <w:style w:type="paragraph" w:customStyle="1" w:styleId="71D9A6A93B8E4A1FBFDABA027A3F73A9">
    <w:name w:val="71D9A6A93B8E4A1FBFDABA027A3F73A9"/>
    <w:rsid w:val="008F4B9D"/>
  </w:style>
  <w:style w:type="paragraph" w:customStyle="1" w:styleId="406C24BA7C664AE198BBFAD1B883BFD4">
    <w:name w:val="406C24BA7C664AE198BBFAD1B883BFD4"/>
    <w:rsid w:val="008F4B9D"/>
  </w:style>
  <w:style w:type="paragraph" w:customStyle="1" w:styleId="D49FD030C501411EA195D10F800443F9">
    <w:name w:val="D49FD030C501411EA195D10F800443F9"/>
    <w:rsid w:val="008F4B9D"/>
  </w:style>
  <w:style w:type="paragraph" w:customStyle="1" w:styleId="C23B841FEE244942930118E8EB53D5F2">
    <w:name w:val="C23B841FEE244942930118E8EB53D5F2"/>
    <w:rsid w:val="008F4B9D"/>
  </w:style>
  <w:style w:type="paragraph" w:customStyle="1" w:styleId="482BD45E0CBA41D4B0871FD63A0A6E04">
    <w:name w:val="482BD45E0CBA41D4B0871FD63A0A6E04"/>
    <w:rsid w:val="008F4B9D"/>
  </w:style>
  <w:style w:type="paragraph" w:customStyle="1" w:styleId="6F33A355B0BB43518827D11914FA6FD8">
    <w:name w:val="6F33A355B0BB43518827D11914FA6FD8"/>
    <w:rsid w:val="008F4B9D"/>
  </w:style>
  <w:style w:type="paragraph" w:customStyle="1" w:styleId="7CCC738277494AD58030444859789206">
    <w:name w:val="7CCC738277494AD58030444859789206"/>
    <w:rsid w:val="00EE000E"/>
  </w:style>
  <w:style w:type="paragraph" w:customStyle="1" w:styleId="3E35F502F9384697AA535CA450228F66">
    <w:name w:val="3E35F502F9384697AA535CA450228F66"/>
    <w:rsid w:val="00EE000E"/>
  </w:style>
  <w:style w:type="paragraph" w:customStyle="1" w:styleId="735E60D24BE54582BC744403454C583E">
    <w:name w:val="735E60D24BE54582BC744403454C583E"/>
    <w:rsid w:val="00EE000E"/>
  </w:style>
  <w:style w:type="paragraph" w:customStyle="1" w:styleId="1D8047BA824544E6BCAD8DA8BA057080">
    <w:name w:val="1D8047BA824544E6BCAD8DA8BA057080"/>
    <w:rsid w:val="00EE000E"/>
  </w:style>
  <w:style w:type="paragraph" w:customStyle="1" w:styleId="0C1FC2A1D1A0472FB9C09F2E65E93BA0">
    <w:name w:val="0C1FC2A1D1A0472FB9C09F2E65E93BA0"/>
    <w:rsid w:val="00EE000E"/>
  </w:style>
  <w:style w:type="paragraph" w:customStyle="1" w:styleId="73B88BF3FC7240BF80FEDB39E7AACAA1">
    <w:name w:val="73B88BF3FC7240BF80FEDB39E7AACAA1"/>
    <w:rsid w:val="00EE0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6</Pages>
  <Words>1557</Words>
  <Characters>8565</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10102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Usuario</cp:lastModifiedBy>
  <cp:revision>29</cp:revision>
  <cp:lastPrinted>2026-08-02T17:13:00Z</cp:lastPrinted>
  <dcterms:created xsi:type="dcterms:W3CDTF">2026-08-02T17:01:00Z</dcterms:created>
  <dcterms:modified xsi:type="dcterms:W3CDTF">2026-08-03T03:53:00Z</dcterms:modified>
  <cp:category/>
</cp:coreProperties>
</file>